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B6F6C"/>
          <w:sz w:val="18"/>
        </w:rPr>
        <w:t>Angela's Tools · Chapter 3: Substances and Their Properties · Lab 2 of 3 · Student recording sheet</w:t>
      </w:r>
    </w:p>
    <w:p>
      <w:pPr>
        <w:pStyle w:val="Heading1"/>
      </w:pPr>
      <w:r>
        <w:t>Pick the Spoon: Property Data Decides</w:t>
      </w:r>
    </w:p>
    <w:p>
      <w:r>
        <w:rPr>
          <w:b/>
        </w:rPr>
        <w:t>Investigation question: A kit for melting candle wax and chocolate needs a stirring spoon. Seven materials are available. Which one should the company choose, and how do you decide fairly when no material is perfect?</w:t>
      </w:r>
    </w:p>
    <w:p>
      <w:r>
        <w:t>Name: ____________________________    Group: ________    Date: ____________</w:t>
      </w:r>
    </w:p>
    <w:p>
      <w:pPr>
        <w:pStyle w:val="Heading2"/>
      </w:pPr>
      <w:r>
        <w:t>Your role</w:t>
      </w:r>
    </w:p>
    <w:p>
      <w:r>
        <w:t xml:space="preserve">☐ </w:t>
      </w:r>
      <w:r>
        <w:rPr>
          <w:b/>
        </w:rPr>
        <w:t>Data lead</w:t>
      </w:r>
      <w:r>
        <w:t>: Reads each property from the table aloud, computes spoon mass and cost for each candidate, and checks the arithmetic of the others.</w:t>
      </w:r>
    </w:p>
    <w:p>
      <w:r>
        <w:t xml:space="preserve">☐ </w:t>
      </w:r>
      <w:r>
        <w:rPr>
          <w:b/>
        </w:rPr>
        <w:t>Screener</w:t>
      </w:r>
      <w:r>
        <w:t>: Applies the three must-pass criteria to each candidate, records pass or fail with the property that caused the fail, and keeps the list of survivors.</w:t>
      </w:r>
    </w:p>
    <w:p>
      <w:r>
        <w:t xml:space="preserve">☐ </w:t>
      </w:r>
      <w:r>
        <w:rPr>
          <w:b/>
        </w:rPr>
        <w:t>Scorer</w:t>
      </w:r>
      <w:r>
        <w:t>: Scores the survivors on the four scored criteria using the group's agreed scale and totals the matrix.</w:t>
      </w:r>
    </w:p>
    <w:p>
      <w:r>
        <w:t xml:space="preserve">☐ </w:t>
      </w:r>
      <w:r>
        <w:rPr>
          <w:b/>
        </w:rPr>
        <w:t>Station tester</w:t>
      </w:r>
      <w:r>
        <w:t>: Runs the verification station: measures mass and volume for the four samples, records what the hot-water test does, and reports back whether the table values held up.</w:t>
      </w:r>
    </w:p>
    <w:p>
      <w:pPr>
        <w:pStyle w:val="Heading2"/>
      </w:pPr>
      <w:r>
        <w:t>Safety</w:t>
      </w:r>
    </w:p>
    <w:p>
      <w:r>
        <w:t>• The hot-water station is teacher-operated only. Water at 80 °C scalds instantly; students observe from arm's length and never pour, reach into or move the container. Use tongs for every sample.</w:t>
      </w:r>
    </w:p>
    <w:p>
      <w:r>
        <w:t>• Keep the hot-water container on a tray away from the bench edge and away from cords and backpacks.</w:t>
      </w:r>
    </w:p>
    <w:p>
      <w:r>
        <w:t>• Steel bolts dropped into a glass cylinder can crack it; lower them in with the cylinder tilted, or use a plastic cylinder.</w:t>
      </w:r>
    </w:p>
    <w:p>
      <w:r>
        <w:t>• Pine dust and wax shavings can irritate eyes; brush samples off the bench into the waste, not onto the floor.</w:t>
      </w:r>
    </w:p>
    <w:p>
      <w:r>
        <w:t>• No flames anywhere. The flammability column in the table comes from reference information, not from a demonstration.</w:t>
      </w:r>
    </w:p>
    <w:p>
      <w:r>
        <w:t>• Wipe up water spills at once; wet floors near a balance table are a slip hazard.</w:t>
      </w:r>
    </w:p>
    <w:p>
      <w:pPr>
        <w:pStyle w:val="Heading2"/>
      </w:pPr>
      <w:r>
        <w:t>Procedure</w:t>
      </w:r>
    </w:p>
    <w:p>
      <w:r>
        <w:t>1. Read the design brief on the recording sheet: the spoon will rest in a pot of melted wax or chocolate at up to 90 °C, be washed in hot soapy water, sit near a stove burner, have a volume of about 30 cm³, and be sold in a low-cost kit. Underline every requirement.</w:t>
      </w:r>
    </w:p>
    <w:p>
      <w:r>
        <w:t>2. Data lead: for each of the seven materials, compute the spoon's mass (density × 30 cm³) and its material cost (mass in kg × cost per kg). Write both in the screening table.</w:t>
      </w:r>
    </w:p>
    <w:p>
      <w:r>
        <w:t>3. Screener: apply the three must-pass criteria to every material. Criterion 1: must not melt or soften below 120 °C. Criterion 2: must not dissolve in hot water or soak up enough water to swell or stay damp (a material that absorbs only a little, like nylon, passes; wood does not). Criterion 3: spoon mass must be 250 g or less. Mark pass or fail for each and write which property caused any fail. A material that fails any one criterion is out, no matter how good it is elsewhere.</w:t>
      </w:r>
    </w:p>
    <w:p>
      <w:r>
        <w:t>4. Scorer: for the survivors only, score four criteria from 3 (best) to 1 (worst): lighter is better, cheaper is better, not burning in a stove flame is better, and a handle that stays cool (does not conduct heat quickly) is better. Total the scores.</w:t>
      </w:r>
    </w:p>
    <w:p>
      <w:r>
        <w:t>5. Station tester (while steps 2 to 4 run): measure the density of the steel bolts, the PP caps and the wax chunk by water displacement in the 100 mL cylinder (push floating samples fully under with the wire; read the rise). Measure the pine block with the ruler instead (length × width × height) because it soaks up water. Weigh each sample and compute density; compare with the table.</w:t>
      </w:r>
    </w:p>
    <w:p>
      <w:r>
        <w:t>6. When called, bring the PP cap and the wax chunk to the teacher's hot-water station. Watch for two minutes as the teacher places both in 80 °C water with tongs. Record what happens to each.</w:t>
      </w:r>
    </w:p>
    <w:p>
      <w:r>
        <w:t>7. As a group, compare the station results with the table. Did the measured densities match within about 0.1 g/cm³? Did the hot-water test agree with the melting or softening column?</w:t>
      </w:r>
    </w:p>
    <w:p>
      <w:r>
        <w:t>8. Decide. Write the group's recommended material, the two strongest reasons from the data, and the trade-off the chosen material still has. Then sketch a two-material spoon that fixes that trade-off, labeling which material goes where and which property of each you are using.</w:t>
      </w:r>
    </w:p>
    <w:p>
      <w:r>
        <w:t>9. Clean the station: dry the samples, return them to the kit, empty and rinse the cylinder, wipe the bench. Answer the analysis questions individually.</w:t>
      </w:r>
    </w:p>
    <w:p>
      <w:pPr>
        <w:pStyle w:val="Heading2"/>
      </w:pPr>
      <w:r>
        <w:t>Record your observations</w:t>
      </w:r>
    </w:p>
    <w:p>
      <w:pPr>
        <w:pStyle w:val="Heading2"/>
      </w:pPr>
      <w:r>
        <w:t>Lab 2 recording sheet: Pick the spoon</w:t>
      </w:r>
    </w:p>
    <w:p>
      <w:r>
        <w:rPr>
          <w:b/>
          <w:color w:val="1E3A2F"/>
        </w:rPr>
        <w:t>Design brief</w:t>
      </w:r>
    </w:p>
    <w:p>
      <w:r>
        <w:rPr>
          <w:i/>
        </w:rPr>
        <w:t>A company sells a kit for melting candle wax and chocolate in a pot on the stove. The kit needs a stirring spoon. The spoon rests in melted wax or chocolate at up to 90 °C, is washed afterward in hot soapy water, sits beside a stove burner, has a volume of about 30 cm³, and must keep the kit cheap. Choose the material.</w:t>
      </w:r>
    </w:p>
    <w:p>
      <w:r>
        <w:rPr>
          <w:b/>
        </w:rPr>
        <w:t>Property data for seven candidate materials (rounded teaching values)</w:t>
      </w:r>
    </w:p>
    <w:p>
      <w:r>
        <w:rPr>
          <w:i/>
          <w:sz w:val="18"/>
        </w:rPr>
        <w:t>Simulated teaching dataset (not real measurements).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Material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Density (g/cm³)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Melts or softens at (°C)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Dissolves in or soaks up water?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Burns in a stove flame?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Conducts heat quickly?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Cost ($ per kg)</w:t>
            </w:r>
          </w:p>
        </w:tc>
      </w:tr>
      <w:tr>
        <w:tc>
          <w:tcPr>
            <w:tcW w:type="dxa" w:w="1440"/>
          </w:tcPr>
          <w:p>
            <w:r>
              <w:t>Aluminum</w:t>
            </w:r>
          </w:p>
        </w:tc>
        <w:tc>
          <w:tcPr>
            <w:tcW w:type="dxa" w:w="1440"/>
          </w:tcPr>
          <w:p>
            <w:r>
              <w:t>2.70</w:t>
            </w:r>
          </w:p>
        </w:tc>
        <w:tc>
          <w:tcPr>
            <w:tcW w:type="dxa" w:w="1440"/>
          </w:tcPr>
          <w:p>
            <w:r>
              <w:t>660</w:t>
            </w:r>
          </w:p>
        </w:tc>
        <w:tc>
          <w:tcPr>
            <w:tcW w:type="dxa" w:w="1440"/>
          </w:tcPr>
          <w:p>
            <w:r>
              <w:t>No</w:t>
            </w:r>
          </w:p>
        </w:tc>
        <w:tc>
          <w:tcPr>
            <w:tcW w:type="dxa" w:w="1440"/>
          </w:tcPr>
          <w:p>
            <w:r>
              <w:t>No</w:t>
            </w:r>
          </w:p>
        </w:tc>
        <w:tc>
          <w:tcPr>
            <w:tcW w:type="dxa" w:w="1440"/>
          </w:tcPr>
          <w:p>
            <w:r>
              <w:t>Yes</w:t>
            </w:r>
          </w:p>
        </w:tc>
        <w:tc>
          <w:tcPr>
            <w:tcW w:type="dxa" w:w="1440"/>
          </w:tcPr>
          <w:p>
            <w:r>
              <w:t>3</w:t>
            </w:r>
          </w:p>
        </w:tc>
      </w:tr>
      <w:tr>
        <w:tc>
          <w:tcPr>
            <w:tcW w:type="dxa" w:w="1440"/>
          </w:tcPr>
          <w:p>
            <w:r>
              <w:t>Stainless steel</w:t>
            </w:r>
          </w:p>
        </w:tc>
        <w:tc>
          <w:tcPr>
            <w:tcW w:type="dxa" w:w="1440"/>
          </w:tcPr>
          <w:p>
            <w:r>
              <w:t>7.9</w:t>
            </w:r>
          </w:p>
        </w:tc>
        <w:tc>
          <w:tcPr>
            <w:tcW w:type="dxa" w:w="1440"/>
          </w:tcPr>
          <w:p>
            <w:r>
              <w:t>about 1400</w:t>
            </w:r>
          </w:p>
        </w:tc>
        <w:tc>
          <w:tcPr>
            <w:tcW w:type="dxa" w:w="1440"/>
          </w:tcPr>
          <w:p>
            <w:r>
              <w:t>No</w:t>
            </w:r>
          </w:p>
        </w:tc>
        <w:tc>
          <w:tcPr>
            <w:tcW w:type="dxa" w:w="1440"/>
          </w:tcPr>
          <w:p>
            <w:r>
              <w:t>No</w:t>
            </w:r>
          </w:p>
        </w:tc>
        <w:tc>
          <w:tcPr>
            <w:tcW w:type="dxa" w:w="1440"/>
          </w:tcPr>
          <w:p>
            <w:r>
              <w:t>Yes, but slower than aluminum</w:t>
            </w:r>
          </w:p>
        </w:tc>
        <w:tc>
          <w:tcPr>
            <w:tcW w:type="dxa" w:w="1440"/>
          </w:tcPr>
          <w:p>
            <w:r>
              <w:t>4</w:t>
            </w:r>
          </w:p>
        </w:tc>
      </w:tr>
      <w:tr>
        <w:tc>
          <w:tcPr>
            <w:tcW w:type="dxa" w:w="1440"/>
          </w:tcPr>
          <w:p>
            <w:r>
              <w:t>Polypropylene (PP)</w:t>
            </w:r>
          </w:p>
        </w:tc>
        <w:tc>
          <w:tcPr>
            <w:tcW w:type="dxa" w:w="1440"/>
          </w:tcPr>
          <w:p>
            <w:r>
              <w:t>0.90</w:t>
            </w:r>
          </w:p>
        </w:tc>
        <w:tc>
          <w:tcPr>
            <w:tcW w:type="dxa" w:w="1440"/>
          </w:tcPr>
          <w:p>
            <w:r>
              <w:t>about 160</w:t>
            </w:r>
          </w:p>
        </w:tc>
        <w:tc>
          <w:tcPr>
            <w:tcW w:type="dxa" w:w="1440"/>
          </w:tcPr>
          <w:p>
            <w:r>
              <w:t>No</w:t>
            </w:r>
          </w:p>
        </w:tc>
        <w:tc>
          <w:tcPr>
            <w:tcW w:type="dxa" w:w="1440"/>
          </w:tcPr>
          <w:p>
            <w:r>
              <w:t>Yes</w:t>
            </w:r>
          </w:p>
        </w:tc>
        <w:tc>
          <w:tcPr>
            <w:tcW w:type="dxa" w:w="1440"/>
          </w:tcPr>
          <w:p>
            <w:r>
              <w:t>No</w:t>
            </w:r>
          </w:p>
        </w:tc>
        <w:tc>
          <w:tcPr>
            <w:tcW w:type="dxa" w:w="1440"/>
          </w:tcPr>
          <w:p>
            <w:r>
              <w:t>2</w:t>
            </w:r>
          </w:p>
        </w:tc>
      </w:tr>
      <w:tr>
        <w:tc>
          <w:tcPr>
            <w:tcW w:type="dxa" w:w="1440"/>
          </w:tcPr>
          <w:p>
            <w:r>
              <w:t>PLA plastic</w:t>
            </w:r>
          </w:p>
        </w:tc>
        <w:tc>
          <w:tcPr>
            <w:tcW w:type="dxa" w:w="1440"/>
          </w:tcPr>
          <w:p>
            <w:r>
              <w:t>1.24</w:t>
            </w:r>
          </w:p>
        </w:tc>
        <w:tc>
          <w:tcPr>
            <w:tcW w:type="dxa" w:w="1440"/>
          </w:tcPr>
          <w:p>
            <w:r>
              <w:t>softens about 60</w:t>
            </w:r>
          </w:p>
        </w:tc>
        <w:tc>
          <w:tcPr>
            <w:tcW w:type="dxa" w:w="1440"/>
          </w:tcPr>
          <w:p>
            <w:r>
              <w:t>No</w:t>
            </w:r>
          </w:p>
        </w:tc>
        <w:tc>
          <w:tcPr>
            <w:tcW w:type="dxa" w:w="1440"/>
          </w:tcPr>
          <w:p>
            <w:r>
              <w:t>Yes</w:t>
            </w:r>
          </w:p>
        </w:tc>
        <w:tc>
          <w:tcPr>
            <w:tcW w:type="dxa" w:w="1440"/>
          </w:tcPr>
          <w:p>
            <w:r>
              <w:t>No</w:t>
            </w:r>
          </w:p>
        </w:tc>
        <w:tc>
          <w:tcPr>
            <w:tcW w:type="dxa" w:w="1440"/>
          </w:tcPr>
          <w:p>
            <w:r>
              <w:t>4</w:t>
            </w:r>
          </w:p>
        </w:tc>
      </w:tr>
      <w:tr>
        <w:tc>
          <w:tcPr>
            <w:tcW w:type="dxa" w:w="1440"/>
          </w:tcPr>
          <w:p>
            <w:r>
              <w:t>Nylon</w:t>
            </w:r>
          </w:p>
        </w:tc>
        <w:tc>
          <w:tcPr>
            <w:tcW w:type="dxa" w:w="1440"/>
          </w:tcPr>
          <w:p>
            <w:r>
              <w:t>1.14</w:t>
            </w:r>
          </w:p>
        </w:tc>
        <w:tc>
          <w:tcPr>
            <w:tcW w:type="dxa" w:w="1440"/>
          </w:tcPr>
          <w:p>
            <w:r>
              <w:t>about 220</w:t>
            </w:r>
          </w:p>
        </w:tc>
        <w:tc>
          <w:tcPr>
            <w:tcW w:type="dxa" w:w="1440"/>
          </w:tcPr>
          <w:p>
            <w:r>
              <w:t>Soaks up a little</w:t>
            </w:r>
          </w:p>
        </w:tc>
        <w:tc>
          <w:tcPr>
            <w:tcW w:type="dxa" w:w="1440"/>
          </w:tcPr>
          <w:p>
            <w:r>
              <w:t>Yes</w:t>
            </w:r>
          </w:p>
        </w:tc>
        <w:tc>
          <w:tcPr>
            <w:tcW w:type="dxa" w:w="1440"/>
          </w:tcPr>
          <w:p>
            <w:r>
              <w:t>No</w:t>
            </w:r>
          </w:p>
        </w:tc>
        <w:tc>
          <w:tcPr>
            <w:tcW w:type="dxa" w:w="1440"/>
          </w:tcPr>
          <w:p>
            <w:r>
              <w:t>5</w:t>
            </w:r>
          </w:p>
        </w:tc>
      </w:tr>
      <w:tr>
        <w:tc>
          <w:tcPr>
            <w:tcW w:type="dxa" w:w="1440"/>
          </w:tcPr>
          <w:p>
            <w:r>
              <w:t>Pine wood</w:t>
            </w:r>
          </w:p>
        </w:tc>
        <w:tc>
          <w:tcPr>
            <w:tcW w:type="dxa" w:w="1440"/>
          </w:tcPr>
          <w:p>
            <w:r>
              <w:t>0.50</w:t>
            </w:r>
          </w:p>
        </w:tc>
        <w:tc>
          <w:tcPr>
            <w:tcW w:type="dxa" w:w="1440"/>
          </w:tcPr>
          <w:p>
            <w:r>
              <w:t>does not melt; chars above about 250</w:t>
            </w:r>
          </w:p>
        </w:tc>
        <w:tc>
          <w:tcPr>
            <w:tcW w:type="dxa" w:w="1440"/>
          </w:tcPr>
          <w:p>
            <w:r>
              <w:t>Soaks up water</w:t>
            </w:r>
          </w:p>
        </w:tc>
        <w:tc>
          <w:tcPr>
            <w:tcW w:type="dxa" w:w="1440"/>
          </w:tcPr>
          <w:p>
            <w:r>
              <w:t>Yes</w:t>
            </w:r>
          </w:p>
        </w:tc>
        <w:tc>
          <w:tcPr>
            <w:tcW w:type="dxa" w:w="1440"/>
          </w:tcPr>
          <w:p>
            <w:r>
              <w:t>No</w:t>
            </w:r>
          </w:p>
        </w:tc>
        <w:tc>
          <w:tcPr>
            <w:tcW w:type="dxa" w:w="1440"/>
          </w:tcPr>
          <w:p>
            <w:r>
              <w:t>1</w:t>
            </w:r>
          </w:p>
        </w:tc>
      </w:tr>
      <w:tr>
        <w:tc>
          <w:tcPr>
            <w:tcW w:type="dxa" w:w="1440"/>
          </w:tcPr>
          <w:p>
            <w:r>
              <w:t>Paraffin wax</w:t>
            </w:r>
          </w:p>
        </w:tc>
        <w:tc>
          <w:tcPr>
            <w:tcW w:type="dxa" w:w="1440"/>
          </w:tcPr>
          <w:p>
            <w:r>
              <w:t>0.90</w:t>
            </w:r>
          </w:p>
        </w:tc>
        <w:tc>
          <w:tcPr>
            <w:tcW w:type="dxa" w:w="1440"/>
          </w:tcPr>
          <w:p>
            <w:r>
              <w:t>about 55</w:t>
            </w:r>
          </w:p>
        </w:tc>
        <w:tc>
          <w:tcPr>
            <w:tcW w:type="dxa" w:w="1440"/>
          </w:tcPr>
          <w:p>
            <w:r>
              <w:t>No</w:t>
            </w:r>
          </w:p>
        </w:tc>
        <w:tc>
          <w:tcPr>
            <w:tcW w:type="dxa" w:w="1440"/>
          </w:tcPr>
          <w:p>
            <w:r>
              <w:t>Yes</w:t>
            </w:r>
          </w:p>
        </w:tc>
        <w:tc>
          <w:tcPr>
            <w:tcW w:type="dxa" w:w="1440"/>
          </w:tcPr>
          <w:p>
            <w:r>
              <w:t>No</w:t>
            </w:r>
          </w:p>
        </w:tc>
        <w:tc>
          <w:tcPr>
            <w:tcW w:type="dxa" w:w="1440"/>
          </w:tcPr>
          <w:p>
            <w:r>
              <w:t>2</w:t>
            </w:r>
          </w:p>
        </w:tc>
      </w:tr>
    </w:tbl>
    <w:p/>
    <w:p>
      <w:r>
        <w:rPr>
          <w:i/>
          <w:sz w:val="18"/>
        </w:rPr>
        <w:t>This is a teaching dataset: densities and temperatures are rounded from reference values, and the costs are rough approximations that change with the market.</w:t>
      </w:r>
    </w:p>
    <w:p>
      <w:r>
        <w:rPr>
          <w:b/>
        </w:rPr>
        <w:t>Step 1: screen every material (must-pass criteria)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Material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Spoon mass (g) = density × 30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Cost per spoon ($)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C1: stays solid above 120 °C?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C2: no dissolving or soaking?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C3: mass 250 g or less?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Still in? (property that failed, if any)</w:t>
            </w:r>
          </w:p>
        </w:tc>
      </w:tr>
      <w:tr>
        <w:tc>
          <w:tcPr>
            <w:tcW w:type="dxa" w:w="1440"/>
          </w:tcPr>
          <w:p>
            <w:r>
              <w:t>Aluminum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Stainless steel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Polypropylene (PP)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PLA plastic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Nylon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Pine wood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Paraffin wax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</w:tbl>
    <w:p/>
    <w:p>
      <w:r>
        <w:rPr>
          <w:b/>
        </w:rPr>
        <w:t>Step 2: score the survivors (3 = best, 2 = middle, 1 = worst)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c>
          <w:tcPr>
            <w:tcW w:type="dxa" w:w="1680"/>
          </w:tcPr>
          <w:p>
            <w:r/>
            <w:r>
              <w:rPr>
                <w:b/>
              </w:rPr>
              <w:t>Surviving material</w:t>
            </w:r>
          </w:p>
        </w:tc>
        <w:tc>
          <w:tcPr>
            <w:tcW w:type="dxa" w:w="1680"/>
          </w:tcPr>
          <w:p>
            <w:r/>
            <w:r>
              <w:rPr>
                <w:b/>
              </w:rPr>
              <w:t>Lighter is better</w:t>
            </w:r>
          </w:p>
        </w:tc>
        <w:tc>
          <w:tcPr>
            <w:tcW w:type="dxa" w:w="1680"/>
          </w:tcPr>
          <w:p>
            <w:r/>
            <w:r>
              <w:rPr>
                <w:b/>
              </w:rPr>
              <w:t>Cheaper is better</w:t>
            </w:r>
          </w:p>
        </w:tc>
        <w:tc>
          <w:tcPr>
            <w:tcW w:type="dxa" w:w="1680"/>
          </w:tcPr>
          <w:p>
            <w:r/>
            <w:r>
              <w:rPr>
                <w:b/>
              </w:rPr>
              <w:t>Does not burn is better</w:t>
            </w:r>
          </w:p>
        </w:tc>
        <w:tc>
          <w:tcPr>
            <w:tcW w:type="dxa" w:w="1680"/>
          </w:tcPr>
          <w:p>
            <w:r/>
            <w:r>
              <w:rPr>
                <w:b/>
              </w:rPr>
              <w:t>Cool handle (poor heat conductor) is better</w:t>
            </w:r>
          </w:p>
        </w:tc>
        <w:tc>
          <w:tcPr>
            <w:tcW w:type="dxa" w:w="1680"/>
          </w:tcPr>
          <w:p>
            <w:r/>
            <w:r>
              <w:rPr>
                <w:b/>
              </w:rPr>
              <w:t>Total</w:t>
            </w:r>
          </w:p>
        </w:tc>
      </w:tr>
      <w:tr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</w:tr>
      <w:tr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</w:tr>
      <w:tr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</w:tr>
      <w:tr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</w:tr>
    </w:tbl>
    <w:p/>
    <w:p>
      <w:r>
        <w:rPr>
          <w:b/>
        </w:rPr>
        <w:t>Verification station: does the table hold up?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Sample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Mass (g)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Volume method (water rise or ruler)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Volume (cm³)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Measured density (g/cm³)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Table value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Within 0.1?</w:t>
            </w:r>
          </w:p>
        </w:tc>
      </w:tr>
      <w:tr>
        <w:tc>
          <w:tcPr>
            <w:tcW w:type="dxa" w:w="1440"/>
          </w:tcPr>
          <w:p>
            <w:r>
              <w:t>Steel bolts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7.9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PP caps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0.90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Pine block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0.50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Wax chunk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0.90</w:t>
            </w:r>
          </w:p>
        </w:tc>
        <w:tc>
          <w:tcPr>
            <w:tcW w:type="dxa" w:w="1440"/>
          </w:tcPr>
          <w:p>
            <w:r/>
          </w:p>
        </w:tc>
      </w:tr>
    </w:tbl>
    <w:p/>
    <w:p>
      <w:r>
        <w:rPr>
          <w:b/>
        </w:rPr>
        <w:t>Hot-water test (teacher station, about 80 °C, two minutes)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</w:tcPr>
          <w:p>
            <w:r/>
            <w:r>
              <w:rPr>
                <w:b/>
              </w:rPr>
              <w:t>Sample</w:t>
            </w:r>
          </w:p>
        </w:tc>
        <w:tc>
          <w:tcPr>
            <w:tcW w:type="dxa" w:w="2520"/>
          </w:tcPr>
          <w:p>
            <w:r/>
            <w:r>
              <w:rPr>
                <w:b/>
              </w:rPr>
              <w:t>Before</w:t>
            </w:r>
          </w:p>
        </w:tc>
        <w:tc>
          <w:tcPr>
            <w:tcW w:type="dxa" w:w="2520"/>
          </w:tcPr>
          <w:p>
            <w:r/>
            <w:r>
              <w:rPr>
                <w:b/>
              </w:rPr>
              <w:t>After 2 minutes</w:t>
            </w:r>
          </w:p>
        </w:tc>
        <w:tc>
          <w:tcPr>
            <w:tcW w:type="dxa" w:w="2520"/>
          </w:tcPr>
          <w:p>
            <w:r/>
            <w:r>
              <w:rPr>
                <w:b/>
              </w:rPr>
              <w:t>Agrees with the 'melts or softens' column?</w:t>
            </w:r>
          </w:p>
        </w:tc>
      </w:tr>
      <w:tr>
        <w:tc>
          <w:tcPr>
            <w:tcW w:type="dxa" w:w="2520"/>
          </w:tcPr>
          <w:p>
            <w:r>
              <w:t>PP cap</w:t>
            </w:r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Wax chunk</w:t>
            </w:r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</w:p>
        </w:tc>
      </w:tr>
    </w:tbl>
    <w:p/>
    <w:p>
      <w:r>
        <w:t>1. Our recommendation: name the material, give the two strongest reasons from the data, and state the trade-off this material still has.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2. Which material was eliminated by the screen even though it had the best score on at least two of the scored criteria? Which property eliminated it?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rPr>
          <w:b/>
        </w:rPr>
        <w:t>Sketch a spoon made of two materials that fixes your recommended material's trade-off. Label which material forms the bowl and which forms the handle, and next to each label write the property from the table that you are using.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rPr>
          <w:trHeight w:val="3402"/>
        </w:trPr>
        <w:tc>
          <w:tcPr>
            <w:tcW w:type="dxa" w:w="10080"/>
          </w:tcPr>
          <w:p/>
        </w:tc>
      </w:tr>
    </w:tbl>
    <w:p/>
    <w:p>
      <w:pPr>
        <w:pStyle w:val="Heading2"/>
      </w:pPr>
      <w:r>
        <w:t>Analysis questions</w:t>
      </w:r>
    </w:p>
    <w:p>
      <w:r>
        <w:t>3. Show the calculation for the stainless steel spoon's mass and its material cost. Does it pass criterion 3?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4. Why does the process screen on must-pass criteria before scoring? Give an example from this lab of a material that would have ranked near the top if it had been scored without screening.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5. Pine wood is the lightest and cheapest material in the table, yet it was eliminated. Which property eliminated it, and why does that property matter for a spoon that is washed in hot soapy water?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6. At the station, which sample's measured density was farthest from the table value? Suggest a reason connected to how you measured its volume.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7. In 80 °C water the wax melted but the polypropylene cap did not change. Which property did that test check? Predict, with a reason, what PLA plastic would have done in the same water.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8. A classmate argues: 'Stainless steel is best because it has the highest melting point.' Use the full screen-then-score process to explain what this argument gets right and what it leaves out, and say what the two-material spoon in your drawing is trying to fix.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E3A2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1E3A2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Georgia" w:hAnsi="Georgia"/>
      <w:b/>
      <w:bCs/>
      <w:color w:val="1E3A2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