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3: Substances and Their Properties · Worksheet 5 of 10</w:t>
      </w:r>
    </w:p>
    <w:p>
      <w:pPr>
        <w:pStyle w:val="Heading1"/>
      </w:pPr>
      <w:r>
        <w:t>Mass, Volume and the Straight Line: Identifying Three Metals from Data</w:t>
      </w:r>
    </w:p>
    <w:p>
      <w:r>
        <w:rPr>
          <w:b/>
        </w:rPr>
        <w:t>Learning target: I can calculate density from mass and volume data, graph mass against volume, and use the pattern plus a reference table to identify unknown metals.</w:t>
      </w:r>
    </w:p>
    <w:p>
      <w:r>
        <w:rPr>
          <w:color w:val="6B6F6C"/>
          <w:sz w:val="18"/>
        </w:rPr>
        <w:t>Data and graphing · about 45 minutes · individual · Standards: MS-PS1-2 (practice)</w:t>
      </w:r>
    </w:p>
    <w:p>
      <w:r>
        <w:t>Name: ____________________________    Date: ____________    Period: ______</w:t>
      </w:r>
    </w:p>
    <w:p>
      <w:pPr>
        <w:pStyle w:val="Heading2"/>
      </w:pPr>
      <w:r>
        <w:t>Directions</w:t>
      </w:r>
    </w:p>
    <w:p>
      <w:r>
        <w:t>A student measured twelve metal pieces: four pieces each of three unknown metals, labeled A, B and C. The numbers are a teaching dataset, invented to be realistic, not measured in a real lab. Volume was found by water displacement in a graduated cylinder that reads to 0.5 mL (1 mL = 1 cm³). Calculate every density, graph all twelve points with a ruler, and show units on every number. Part B uses one more sample and a second property.</w:t>
      </w:r>
    </w:p>
    <w:p>
      <w:pPr>
        <w:pStyle w:val="Heading2"/>
      </w:pPr>
      <w:r>
        <w:t>Part A: Three unknown metals, twelve pieces</w:t>
      </w:r>
    </w:p>
    <w:p>
      <w:r>
        <w:rPr>
          <w:b/>
        </w:rPr>
        <w:t>Mass and volume of twelve metal pieces (teaching dataset)</w:t>
      </w:r>
    </w:p>
    <w:p>
      <w:r>
        <w:rPr>
          <w:i/>
          <w:sz w:val="18"/>
        </w:rPr>
        <w:t>Simulated teaching dataset (not real measurements).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/>
            <w:r>
              <w:rPr>
                <w:b/>
              </w:rPr>
              <w:t>Piece</w:t>
            </w:r>
          </w:p>
        </w:tc>
        <w:tc>
          <w:tcPr>
            <w:tcW w:type="dxa" w:w="3360"/>
          </w:tcPr>
          <w:p>
            <w:r/>
            <w:r>
              <w:rPr>
                <w:b/>
              </w:rPr>
              <w:t>Mass (g)</w:t>
            </w:r>
          </w:p>
        </w:tc>
        <w:tc>
          <w:tcPr>
            <w:tcW w:type="dxa" w:w="3360"/>
          </w:tcPr>
          <w:p>
            <w:r/>
            <w:r>
              <w:rPr>
                <w:b/>
              </w:rPr>
              <w:t>Volume (cm³)</w:t>
            </w:r>
          </w:p>
        </w:tc>
      </w:tr>
      <w:tr>
        <w:tc>
          <w:tcPr>
            <w:tcW w:type="dxa" w:w="3360"/>
          </w:tcPr>
          <w:p>
            <w:r>
              <w:t>A1</w:t>
            </w:r>
          </w:p>
        </w:tc>
        <w:tc>
          <w:tcPr>
            <w:tcW w:type="dxa" w:w="3360"/>
          </w:tcPr>
          <w:p>
            <w:r>
              <w:t>10.8</w:t>
            </w:r>
          </w:p>
        </w:tc>
        <w:tc>
          <w:tcPr>
            <w:tcW w:type="dxa" w:w="3360"/>
          </w:tcPr>
          <w:p>
            <w:r>
              <w:t>4.0</w:t>
            </w:r>
          </w:p>
        </w:tc>
      </w:tr>
      <w:tr>
        <w:tc>
          <w:tcPr>
            <w:tcW w:type="dxa" w:w="3360"/>
          </w:tcPr>
          <w:p>
            <w:r>
              <w:t>A2</w:t>
            </w:r>
          </w:p>
        </w:tc>
        <w:tc>
          <w:tcPr>
            <w:tcW w:type="dxa" w:w="3360"/>
          </w:tcPr>
          <w:p>
            <w:r>
              <w:t>20.3</w:t>
            </w:r>
          </w:p>
        </w:tc>
        <w:tc>
          <w:tcPr>
            <w:tcW w:type="dxa" w:w="3360"/>
          </w:tcPr>
          <w:p>
            <w:r>
              <w:t>7.5</w:t>
            </w:r>
          </w:p>
        </w:tc>
      </w:tr>
      <w:tr>
        <w:tc>
          <w:tcPr>
            <w:tcW w:type="dxa" w:w="3360"/>
          </w:tcPr>
          <w:p>
            <w:r>
              <w:t>A3</w:t>
            </w:r>
          </w:p>
        </w:tc>
        <w:tc>
          <w:tcPr>
            <w:tcW w:type="dxa" w:w="3360"/>
          </w:tcPr>
          <w:p>
            <w:r>
              <w:t>32.3</w:t>
            </w:r>
          </w:p>
        </w:tc>
        <w:tc>
          <w:tcPr>
            <w:tcW w:type="dxa" w:w="3360"/>
          </w:tcPr>
          <w:p>
            <w:r>
              <w:t>12.0</w:t>
            </w:r>
          </w:p>
        </w:tc>
      </w:tr>
      <w:tr>
        <w:tc>
          <w:tcPr>
            <w:tcW w:type="dxa" w:w="3360"/>
          </w:tcPr>
          <w:p>
            <w:r>
              <w:t>A4</w:t>
            </w:r>
          </w:p>
        </w:tc>
        <w:tc>
          <w:tcPr>
            <w:tcW w:type="dxa" w:w="3360"/>
          </w:tcPr>
          <w:p>
            <w:r>
              <w:t>41.9</w:t>
            </w:r>
          </w:p>
        </w:tc>
        <w:tc>
          <w:tcPr>
            <w:tcW w:type="dxa" w:w="3360"/>
          </w:tcPr>
          <w:p>
            <w:r>
              <w:t>15.5</w:t>
            </w:r>
          </w:p>
        </w:tc>
      </w:tr>
      <w:tr>
        <w:tc>
          <w:tcPr>
            <w:tcW w:type="dxa" w:w="3360"/>
          </w:tcPr>
          <w:p>
            <w:r>
              <w:t>B1</w:t>
            </w:r>
          </w:p>
        </w:tc>
        <w:tc>
          <w:tcPr>
            <w:tcW w:type="dxa" w:w="3360"/>
          </w:tcPr>
          <w:p>
            <w:r>
              <w:t>26.9</w:t>
            </w:r>
          </w:p>
        </w:tc>
        <w:tc>
          <w:tcPr>
            <w:tcW w:type="dxa" w:w="3360"/>
          </w:tcPr>
          <w:p>
            <w:r>
              <w:t>3.0</w:t>
            </w:r>
          </w:p>
        </w:tc>
      </w:tr>
      <w:tr>
        <w:tc>
          <w:tcPr>
            <w:tcW w:type="dxa" w:w="3360"/>
          </w:tcPr>
          <w:p>
            <w:r>
              <w:t>B2</w:t>
            </w:r>
          </w:p>
        </w:tc>
        <w:tc>
          <w:tcPr>
            <w:tcW w:type="dxa" w:w="3360"/>
          </w:tcPr>
          <w:p>
            <w:r>
              <w:t>58.1</w:t>
            </w:r>
          </w:p>
        </w:tc>
        <w:tc>
          <w:tcPr>
            <w:tcW w:type="dxa" w:w="3360"/>
          </w:tcPr>
          <w:p>
            <w:r>
              <w:t>6.5</w:t>
            </w:r>
          </w:p>
        </w:tc>
      </w:tr>
      <w:tr>
        <w:tc>
          <w:tcPr>
            <w:tcW w:type="dxa" w:w="3360"/>
          </w:tcPr>
          <w:p>
            <w:r>
              <w:t>B3</w:t>
            </w:r>
          </w:p>
        </w:tc>
        <w:tc>
          <w:tcPr>
            <w:tcW w:type="dxa" w:w="3360"/>
          </w:tcPr>
          <w:p>
            <w:r>
              <w:t>89.7</w:t>
            </w:r>
          </w:p>
        </w:tc>
        <w:tc>
          <w:tcPr>
            <w:tcW w:type="dxa" w:w="3360"/>
          </w:tcPr>
          <w:p>
            <w:r>
              <w:t>10.0</w:t>
            </w:r>
          </w:p>
        </w:tc>
      </w:tr>
      <w:tr>
        <w:tc>
          <w:tcPr>
            <w:tcW w:type="dxa" w:w="3360"/>
          </w:tcPr>
          <w:p>
            <w:r>
              <w:t>B4</w:t>
            </w:r>
          </w:p>
        </w:tc>
        <w:tc>
          <w:tcPr>
            <w:tcW w:type="dxa" w:w="3360"/>
          </w:tcPr>
          <w:p>
            <w:r>
              <w:t>125.6</w:t>
            </w:r>
          </w:p>
        </w:tc>
        <w:tc>
          <w:tcPr>
            <w:tcW w:type="dxa" w:w="3360"/>
          </w:tcPr>
          <w:p>
            <w:r>
              <w:t>14.0</w:t>
            </w:r>
          </w:p>
        </w:tc>
      </w:tr>
      <w:tr>
        <w:tc>
          <w:tcPr>
            <w:tcW w:type="dxa" w:w="3360"/>
          </w:tcPr>
          <w:p>
            <w:r>
              <w:t>C1</w:t>
            </w:r>
          </w:p>
        </w:tc>
        <w:tc>
          <w:tcPr>
            <w:tcW w:type="dxa" w:w="3360"/>
          </w:tcPr>
          <w:p>
            <w:r>
              <w:t>35.6</w:t>
            </w:r>
          </w:p>
        </w:tc>
        <w:tc>
          <w:tcPr>
            <w:tcW w:type="dxa" w:w="3360"/>
          </w:tcPr>
          <w:p>
            <w:r>
              <w:t>5.0</w:t>
            </w:r>
          </w:p>
        </w:tc>
      </w:tr>
      <w:tr>
        <w:tc>
          <w:tcPr>
            <w:tcW w:type="dxa" w:w="3360"/>
          </w:tcPr>
          <w:p>
            <w:r>
              <w:t>C2</w:t>
            </w:r>
          </w:p>
        </w:tc>
        <w:tc>
          <w:tcPr>
            <w:tcW w:type="dxa" w:w="3360"/>
          </w:tcPr>
          <w:p>
            <w:r>
              <w:t>57.2</w:t>
            </w:r>
          </w:p>
        </w:tc>
        <w:tc>
          <w:tcPr>
            <w:tcW w:type="dxa" w:w="3360"/>
          </w:tcPr>
          <w:p>
            <w:r>
              <w:t>8.0</w:t>
            </w:r>
          </w:p>
        </w:tc>
      </w:tr>
      <w:tr>
        <w:tc>
          <w:tcPr>
            <w:tcW w:type="dxa" w:w="3360"/>
          </w:tcPr>
          <w:p>
            <w:r>
              <w:t>C3</w:t>
            </w:r>
          </w:p>
        </w:tc>
        <w:tc>
          <w:tcPr>
            <w:tcW w:type="dxa" w:w="3360"/>
          </w:tcPr>
          <w:p>
            <w:r>
              <w:t>78.5</w:t>
            </w:r>
          </w:p>
        </w:tc>
        <w:tc>
          <w:tcPr>
            <w:tcW w:type="dxa" w:w="3360"/>
          </w:tcPr>
          <w:p>
            <w:r>
              <w:t>11.0</w:t>
            </w:r>
          </w:p>
        </w:tc>
      </w:tr>
      <w:tr>
        <w:tc>
          <w:tcPr>
            <w:tcW w:type="dxa" w:w="3360"/>
          </w:tcPr>
          <w:p>
            <w:r>
              <w:t>C4</w:t>
            </w:r>
          </w:p>
        </w:tc>
        <w:tc>
          <w:tcPr>
            <w:tcW w:type="dxa" w:w="3360"/>
          </w:tcPr>
          <w:p>
            <w:r>
              <w:t>114.1</w:t>
            </w:r>
          </w:p>
        </w:tc>
        <w:tc>
          <w:tcPr>
            <w:tcW w:type="dxa" w:w="3360"/>
          </w:tcPr>
          <w:p>
            <w:r>
              <w:t>16.0</w:t>
            </w:r>
          </w:p>
        </w:tc>
      </w:tr>
    </w:tbl>
    <w:p/>
    <w:p>
      <w:r>
        <w:rPr>
          <w:i/>
          <w:sz w:val="18"/>
        </w:rPr>
        <w:t>Simulated data for teaching. Each metal was cut into four pieces of different sizes before measuring.</w:t>
      </w:r>
    </w:p>
    <w:p>
      <w:r>
        <w:rPr>
          <w:b/>
        </w:rPr>
        <w:t>Reference table (real rounded values at normal air pressure)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r/>
            <w:r>
              <w:rPr>
                <w:b/>
              </w:rPr>
              <w:t>Metal</w:t>
            </w:r>
          </w:p>
        </w:tc>
        <w:tc>
          <w:tcPr>
            <w:tcW w:type="dxa" w:w="3360"/>
          </w:tcPr>
          <w:p>
            <w:r/>
            <w:r>
              <w:rPr>
                <w:b/>
              </w:rPr>
              <w:t>Density (g/cm³)</w:t>
            </w:r>
          </w:p>
        </w:tc>
        <w:tc>
          <w:tcPr>
            <w:tcW w:type="dxa" w:w="3360"/>
          </w:tcPr>
          <w:p>
            <w:r/>
            <w:r>
              <w:rPr>
                <w:b/>
              </w:rPr>
              <w:t>Melting point (°C)</w:t>
            </w:r>
          </w:p>
        </w:tc>
      </w:tr>
      <w:tr>
        <w:tc>
          <w:tcPr>
            <w:tcW w:type="dxa" w:w="3360"/>
          </w:tcPr>
          <w:p>
            <w:r>
              <w:t>Aluminum</w:t>
            </w:r>
          </w:p>
        </w:tc>
        <w:tc>
          <w:tcPr>
            <w:tcW w:type="dxa" w:w="3360"/>
          </w:tcPr>
          <w:p>
            <w:r>
              <w:t>2.7</w:t>
            </w:r>
          </w:p>
        </w:tc>
        <w:tc>
          <w:tcPr>
            <w:tcW w:type="dxa" w:w="3360"/>
          </w:tcPr>
          <w:p>
            <w:r>
              <w:t>660</w:t>
            </w:r>
          </w:p>
        </w:tc>
      </w:tr>
      <w:tr>
        <w:tc>
          <w:tcPr>
            <w:tcW w:type="dxa" w:w="3360"/>
          </w:tcPr>
          <w:p>
            <w:r>
              <w:t>Zinc</w:t>
            </w:r>
          </w:p>
        </w:tc>
        <w:tc>
          <w:tcPr>
            <w:tcW w:type="dxa" w:w="3360"/>
          </w:tcPr>
          <w:p>
            <w:r>
              <w:t>7.14</w:t>
            </w:r>
          </w:p>
        </w:tc>
        <w:tc>
          <w:tcPr>
            <w:tcW w:type="dxa" w:w="3360"/>
          </w:tcPr>
          <w:p>
            <w:r>
              <w:t>420</w:t>
            </w:r>
          </w:p>
        </w:tc>
      </w:tr>
      <w:tr>
        <w:tc>
          <w:tcPr>
            <w:tcW w:type="dxa" w:w="3360"/>
          </w:tcPr>
          <w:p>
            <w:r>
              <w:t>Tin</w:t>
            </w:r>
          </w:p>
        </w:tc>
        <w:tc>
          <w:tcPr>
            <w:tcW w:type="dxa" w:w="3360"/>
          </w:tcPr>
          <w:p>
            <w:r>
              <w:t>7.29</w:t>
            </w:r>
          </w:p>
        </w:tc>
        <w:tc>
          <w:tcPr>
            <w:tcW w:type="dxa" w:w="3360"/>
          </w:tcPr>
          <w:p>
            <w:r>
              <w:t>232</w:t>
            </w:r>
          </w:p>
        </w:tc>
      </w:tr>
      <w:tr>
        <w:tc>
          <w:tcPr>
            <w:tcW w:type="dxa" w:w="3360"/>
          </w:tcPr>
          <w:p>
            <w:r>
              <w:t>Iron</w:t>
            </w:r>
          </w:p>
        </w:tc>
        <w:tc>
          <w:tcPr>
            <w:tcW w:type="dxa" w:w="3360"/>
          </w:tcPr>
          <w:p>
            <w:r>
              <w:t>7.87</w:t>
            </w:r>
          </w:p>
        </w:tc>
        <w:tc>
          <w:tcPr>
            <w:tcW w:type="dxa" w:w="3360"/>
          </w:tcPr>
          <w:p>
            <w:r>
              <w:t>1538</w:t>
            </w:r>
          </w:p>
        </w:tc>
      </w:tr>
      <w:tr>
        <w:tc>
          <w:tcPr>
            <w:tcW w:type="dxa" w:w="3360"/>
          </w:tcPr>
          <w:p>
            <w:r>
              <w:t>Copper</w:t>
            </w:r>
          </w:p>
        </w:tc>
        <w:tc>
          <w:tcPr>
            <w:tcW w:type="dxa" w:w="3360"/>
          </w:tcPr>
          <w:p>
            <w:r>
              <w:t>8.96</w:t>
            </w:r>
          </w:p>
        </w:tc>
        <w:tc>
          <w:tcPr>
            <w:tcW w:type="dxa" w:w="3360"/>
          </w:tcPr>
          <w:p>
            <w:r>
              <w:t>1085</w:t>
            </w:r>
          </w:p>
        </w:tc>
      </w:tr>
      <w:tr>
        <w:tc>
          <w:tcPr>
            <w:tcW w:type="dxa" w:w="3360"/>
          </w:tcPr>
          <w:p>
            <w:r>
              <w:t>Silver</w:t>
            </w:r>
          </w:p>
        </w:tc>
        <w:tc>
          <w:tcPr>
            <w:tcW w:type="dxa" w:w="3360"/>
          </w:tcPr>
          <w:p>
            <w:r>
              <w:t>10.5</w:t>
            </w:r>
          </w:p>
        </w:tc>
        <w:tc>
          <w:tcPr>
            <w:tcW w:type="dxa" w:w="3360"/>
          </w:tcPr>
          <w:p>
            <w:r>
              <w:t>962</w:t>
            </w:r>
          </w:p>
        </w:tc>
      </w:tr>
      <w:tr>
        <w:tc>
          <w:tcPr>
            <w:tcW w:type="dxa" w:w="3360"/>
          </w:tcPr>
          <w:p>
            <w:r>
              <w:t>Lead</w:t>
            </w:r>
          </w:p>
        </w:tc>
        <w:tc>
          <w:tcPr>
            <w:tcW w:type="dxa" w:w="3360"/>
          </w:tcPr>
          <w:p>
            <w:r>
              <w:t>11.3</w:t>
            </w:r>
          </w:p>
        </w:tc>
        <w:tc>
          <w:tcPr>
            <w:tcW w:type="dxa" w:w="3360"/>
          </w:tcPr>
          <w:p>
            <w:r>
              <w:t>327</w:t>
            </w:r>
          </w:p>
        </w:tc>
      </w:tr>
    </w:tbl>
    <w:p/>
    <w:p>
      <w:r>
        <w:t>1. Calculate the density of every piece (mass ÷ volume). Write one full calculation below the table.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</w:tcPr>
          <w:p>
            <w:r/>
            <w:r>
              <w:rPr>
                <w:b/>
              </w:rPr>
              <w:t>Density (g/cm³), to two decimals</w:t>
            </w:r>
          </w:p>
        </w:tc>
      </w:tr>
      <w:tr>
        <w:tc>
          <w:tcPr>
            <w:tcW w:type="dxa" w:w="10080"/>
          </w:tcPr>
          <w:p>
            <w:r>
              <w:t>A1</w:t>
            </w:r>
          </w:p>
        </w:tc>
      </w:tr>
      <w:tr>
        <w:tc>
          <w:tcPr>
            <w:tcW w:type="dxa" w:w="10080"/>
          </w:tcPr>
          <w:p>
            <w:r>
              <w:t>A2</w:t>
            </w:r>
          </w:p>
        </w:tc>
      </w:tr>
      <w:tr>
        <w:tc>
          <w:tcPr>
            <w:tcW w:type="dxa" w:w="10080"/>
          </w:tcPr>
          <w:p>
            <w:r>
              <w:t>A3</w:t>
            </w:r>
          </w:p>
        </w:tc>
      </w:tr>
      <w:tr>
        <w:tc>
          <w:tcPr>
            <w:tcW w:type="dxa" w:w="10080"/>
          </w:tcPr>
          <w:p>
            <w:r>
              <w:t>A4</w:t>
            </w:r>
          </w:p>
        </w:tc>
      </w:tr>
      <w:tr>
        <w:tc>
          <w:tcPr>
            <w:tcW w:type="dxa" w:w="10080"/>
          </w:tcPr>
          <w:p>
            <w:r>
              <w:t>B1</w:t>
            </w:r>
          </w:p>
        </w:tc>
      </w:tr>
      <w:tr>
        <w:tc>
          <w:tcPr>
            <w:tcW w:type="dxa" w:w="10080"/>
          </w:tcPr>
          <w:p>
            <w:r>
              <w:t>B2</w:t>
            </w:r>
          </w:p>
        </w:tc>
      </w:tr>
      <w:tr>
        <w:tc>
          <w:tcPr>
            <w:tcW w:type="dxa" w:w="10080"/>
          </w:tcPr>
          <w:p>
            <w:r>
              <w:t>B3</w:t>
            </w:r>
          </w:p>
        </w:tc>
      </w:tr>
      <w:tr>
        <w:tc>
          <w:tcPr>
            <w:tcW w:type="dxa" w:w="10080"/>
          </w:tcPr>
          <w:p>
            <w:r>
              <w:t>B4</w:t>
            </w:r>
          </w:p>
        </w:tc>
      </w:tr>
      <w:tr>
        <w:tc>
          <w:tcPr>
            <w:tcW w:type="dxa" w:w="10080"/>
          </w:tcPr>
          <w:p>
            <w:r>
              <w:t>C1</w:t>
            </w:r>
          </w:p>
        </w:tc>
      </w:tr>
      <w:tr>
        <w:tc>
          <w:tcPr>
            <w:tcW w:type="dxa" w:w="10080"/>
          </w:tcPr>
          <w:p>
            <w:r>
              <w:t>C2</w:t>
            </w:r>
          </w:p>
        </w:tc>
      </w:tr>
      <w:tr>
        <w:tc>
          <w:tcPr>
            <w:tcW w:type="dxa" w:w="10080"/>
          </w:tcPr>
          <w:p>
            <w:r>
              <w:t>C3</w:t>
            </w:r>
          </w:p>
        </w:tc>
      </w:tr>
      <w:tr>
        <w:tc>
          <w:tcPr>
            <w:tcW w:type="dxa" w:w="10080"/>
          </w:tcPr>
          <w:p>
            <w:r>
              <w:t>C4</w:t>
            </w:r>
          </w:p>
        </w:tc>
      </w:tr>
    </w:tbl>
    <w:p/>
    <w:p>
      <w:r>
        <w:t>2. Find the average density of metal A, metal B and metal C (add the four values and divide by 4). Show the work for one metal.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drawing>
          <wp:inline xmlns:a="http://schemas.openxmlformats.org/drawingml/2006/main" xmlns:pic="http://schemas.openxmlformats.org/drawingml/2006/picture">
            <wp:extent cx="5943600" cy="35661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ss_versus_volume_for_the_three_metal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3. Describe the three lines on your graph. Which is steepest? What does the steepness of a line tell you about the metal, and why do all three lines pass through (0, 0)?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4. Use your averages from q2 and the reference table to identify metals A, B and C. For each, state the reference value you matched and how far off your average is.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5. Predict the mass of a 20.0 cm³ piece of metal B. Show the calculation, then explain how you could check the prediction on your graph if the axes were extended.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6. Piece A4 (41.9 g) has more mass than piece C1 (35.6 g), yet metal A is much less dense than metal C. Explain how both facts can be true at the same time.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Part B: A fourth sample and a second property</w:t>
      </w:r>
    </w:p>
    <w:p>
      <w:r>
        <w:t>A single small gray piece, sample D, was measured next: mass 29.2 g, volume 4.0 cm³. The student then heated a chip of D in a test tube with a thermometer in the tube while the teacher supervised. The chip stayed solid at 150 °C and at 200 °C, began to melt at about 230 °C, and was completely liquid by 240 °C.</w:t>
      </w:r>
    </w:p>
    <w:p>
      <w:r>
        <w:t>7. Calculate the density of sample D. List every metal in the reference table within 0.3 g/cm³ of your result.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8. The graduated cylinder reads only to the nearest 0.5 mL, so D's true volume could be anywhere from 3.5 to 4.5 cm³. Calculate the lowest and highest density that would give. Which reference metals fall inside that range?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9. Identify sample D. Explain why the density measurement alone could not settle it, what the melting-point result adds, and why the melting-point test would have given the same answer for a chip twice as large.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Keep the division straight</w:t>
      </w:r>
    </w:p>
    <w:p>
      <w:r>
        <w:t>Density is always mass divided by volume, never the other way around. A quick check: for every piece in this dataset the mass number is bigger than the volume number, so every density must come out bigger than 1. If you get a density smaller than 1 for a metal, you divided in the wrong order. Write each calculation as 'mass ÷ volume = density' with units: 10.8 g ÷ 4.0 cm³ = 2.70 g/cm³.</w:t>
      </w:r>
    </w:p>
    <w:p>
      <w:pPr>
        <w:pStyle w:val="Heading2"/>
      </w:pPr>
      <w:r>
        <w:t>How small a piece can the balance handle?</w:t>
      </w:r>
    </w:p>
    <w:p>
      <w:r>
        <w:t>The classroom balance reads to 0.1 g and the cylinder to 0.5 mL. For metal A (density about 2.7 g/cm³), find the smallest piece whose density you could measure to within 10 percent of the true value. Start by asking how large the volume must be so that a 0.5 mL error is less than 10 percent, then check whether the mass of that piece is large enough for the balance. Explain why a tiny flake gives a bad density even though density is an identifying property.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