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4: Capturing the Sun's Energy · Lab 2 of 3 · Student recording sheet</w:t>
      </w:r>
    </w:p>
    <w:p>
      <w:pPr>
        <w:pStyle w:val="Heading1"/>
      </w:pPr>
      <w:r>
        <w:t>Follow the Atoms, Follow the Energy: A Sealed-Jar Model</w:t>
      </w:r>
    </w:p>
    <w:p>
      <w:r>
        <w:rPr>
          <w:b/>
        </w:rPr>
        <w:t>Investigation question: Inside a sealed jar holding a water plant, water, air and a snail in sunlight, where does every atom go, where does the energy go, and what crosses the boundary in each direction?</w:t>
      </w:r>
    </w:p>
    <w:p>
      <w:r>
        <w:t>Name: ____________________________    Group: ________    Date: ____________</w:t>
      </w:r>
    </w:p>
    <w:p>
      <w:pPr>
        <w:pStyle w:val="Heading2"/>
      </w:pPr>
      <w:r>
        <w:t>Your role</w:t>
      </w:r>
    </w:p>
    <w:p>
      <w:r>
        <w:t xml:space="preserve">☐ </w:t>
      </w:r>
      <w:r>
        <w:rPr>
          <w:b/>
        </w:rPr>
        <w:t>Boundary keeper</w:t>
      </w:r>
      <w:r>
        <w:t>: Draws and labels the jar boundary and its zones (air, water, plant, snail), and challenges any token or card that crosses the line without being recorded.</w:t>
      </w:r>
    </w:p>
    <w:p>
      <w:r>
        <w:t xml:space="preserve">☐ </w:t>
      </w:r>
      <w:r>
        <w:rPr>
          <w:b/>
        </w:rPr>
        <w:t>Atom mover</w:t>
      </w:r>
      <w:r>
        <w:t>: Builds molecules from tokens, rearranges them at each stage, and keeps every token on the poster, never in a pocket or on the floor.</w:t>
      </w:r>
    </w:p>
    <w:p>
      <w:r>
        <w:t xml:space="preserve">☐ </w:t>
      </w:r>
      <w:r>
        <w:rPr>
          <w:b/>
        </w:rPr>
        <w:t>Energy tracker</w:t>
      </w:r>
      <w:r>
        <w:t>: Moves the energy cards: brings light cards in across the boundary, attaches them to sugar, and carries heat cards out when energy is released.</w:t>
      </w:r>
    </w:p>
    <w:p>
      <w:r>
        <w:t xml:space="preserve">☐ </w:t>
      </w:r>
      <w:r>
        <w:rPr>
          <w:b/>
        </w:rPr>
        <w:t>Counter and recorder</w:t>
      </w:r>
      <w:r>
        <w:t>: Counts carbon, hydrogen and oxygen tokens inside the boundary at every stage, records the counts and the location of the energy cards, and calls a halt if a count changes.</w:t>
      </w:r>
    </w:p>
    <w:p>
      <w:pPr>
        <w:pStyle w:val="Heading2"/>
      </w:pPr>
      <w:r>
        <w:t>Safety</w:t>
      </w:r>
    </w:p>
    <w:p>
      <w:r>
        <w:t>• No hazards beyond ordinary classroom materials. Pony beads are a choking hazard for young children; keep the sets bagged and off the floor.</w:t>
      </w:r>
    </w:p>
    <w:p>
      <w:r>
        <w:t>• If a live jar with pondweed and a snail is used at the front, wash hands after handling it and return the organisms to the aquarium afterward; do not seal a live animal in a jar for more than the class period.</w:t>
      </w:r>
    </w:p>
    <w:p>
      <w:pPr>
        <w:pStyle w:val="Heading2"/>
      </w:pPr>
      <w:r>
        <w:t>Procedure</w:t>
      </w:r>
    </w:p>
    <w:p>
      <w:r>
        <w:t>1. Lay the string on the poster in a large jar shape. This is the system boundary. Inside it, draw and label four zones: AIR at the top, WATER below, a PLANT in the water, and a SNAIL on the plant. Everything outside the string is 'outside the system.' Nothing may cross the string without an arrow being drawn and a note in the record.</w:t>
      </w:r>
    </w:p>
    <w:p>
      <w:r>
        <w:t>2. Stage 1, starting jar: in the AIR zone build 12 carbon dioxide molecules (each C with two O). In the WATER zone build 12 water molecules (each O with two H). Count C, H and O inside the boundary and record them on the sheet. There are no energy cards inside yet.</w:t>
      </w:r>
    </w:p>
    <w:p>
      <w:r>
        <w:t>3. Stage 2, light arrives: the energy tracker brings 12 LIGHT cards (yellow side up) across the boundary into the PLANT zone and draws a dashed arrow across the string to show it. Record where the energy cards are.</w:t>
      </w:r>
    </w:p>
    <w:p>
      <w:r>
        <w:t>4. Stage 3, photosynthesis, round one: in the PLANT zone, take 6 CO₂ and 6 H₂O apart and rebuild the tokens as one sugar: put 6 C, 12 H and 6 O into SUGAR card 1. The 12 leftover O tokens become 6 O₂ molecules; move them to the AIR zone and draw a solid arrow from plant to air. Tuck 6 LIGHT cards inside SUGAR card 1, yellow side up; a card inside a sugar card counts as 'stored.' Count all atoms inside the boundary and record.</w:t>
      </w:r>
    </w:p>
    <w:p>
      <w:r>
        <w:t>5. Stage 4, photosynthesis, round two: repeat stage 3 with the remaining 6 CO₂ and 6 H₂O to fill SUGAR card 2 with the other 6 energy cards. Count and record. Now the AIR zone should hold 12 O₂ and no CO₂, and the WATER zone no free water molecules.</w:t>
      </w:r>
    </w:p>
    <w:p>
      <w:r>
        <w:t>6. Stage 5, the plant uses sugar 1 now: the plant reacts SUGAR card 1 with 6 O₂ from the air. Take the 24 tokens out of the card, rebuild 6 CO₂ (to AIR) and 6 H₂O (to WATER), and take out the 6 energy cards. Flip them to the orange HEAT side; the plant used that energy to grow and move materials, and all of it ends up leaving the jar as heat. Carry the 6 HEAT cards across the boundary and draw a dashed arrow out. Count and record.</w:t>
      </w:r>
    </w:p>
    <w:p>
      <w:r>
        <w:t>7. Stage 6, the plant keeps sugar 2 as biomass: SUGAR card 2 stays in the PLANT zone. Label it 'stored as starch or built into cell wall.' This is the plant's body. Record where its 6 energy cards are (still inside the plant, stored).</w:t>
      </w:r>
    </w:p>
    <w:p>
      <w:r>
        <w:t>8. Stage 7, the snail eats: move SUGAR card 2 from the PLANT zone to the SNAIL zone with a solid arrow. The atoms and the stored energy cards are now part of the snail. Count and record; nothing has crossed the boundary.</w:t>
      </w:r>
    </w:p>
    <w:p>
      <w:r>
        <w:t>9. Stage 8, the snail uses the sugar: the snail reacts SUGAR card 2 with the remaining 6 O₂. Rebuild 6 CO₂ and 6 H₂O into the AIR and WATER zones, flip the 6 energy cards to HEAT, and carry them out across the boundary with a dashed arrow. Final count: record it and compare with stage 1.</w:t>
      </w:r>
    </w:p>
    <w:p>
      <w:r>
        <w:t>10. Draw the finished model on the recording sheet: the boundary, the four zones, solid arrows for every matter movement and dashed arrows for every energy movement, each arrow labeled with what moved. Then answer the questions.</w:t>
      </w:r>
    </w:p>
    <w:p>
      <w:pPr>
        <w:pStyle w:val="Heading2"/>
      </w:pPr>
      <w:r>
        <w:t>Record your observations</w:t>
      </w:r>
    </w:p>
    <w:p>
      <w:pPr>
        <w:pStyle w:val="Heading2"/>
      </w:pPr>
      <w:r>
        <w:t>Lab 2 recording sheet: Follow the atoms, follow the energy</w:t>
      </w:r>
    </w:p>
    <w:p>
      <w:r>
        <w:t>After each stage, count every token inside the string boundary and write where the energy cards are and which side is up. If a count changes between stages, stop and find the missing token before going on.</w:t>
      </w:r>
    </w:p>
    <w:p>
      <w:r>
        <w:rPr>
          <w:b/>
        </w:rPr>
        <w:t>Atom and energy count at each stage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</w:tcPr>
          <w:p>
            <w:r/>
            <w:r>
              <w:rPr>
                <w:b/>
              </w:rPr>
              <w:t>Stage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C inside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H inside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O inside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Energy cards inside and where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Light / stored / heat?</w:t>
            </w:r>
          </w:p>
        </w:tc>
      </w:tr>
      <w:tr>
        <w:tc>
          <w:tcPr>
            <w:tcW w:type="dxa" w:w="1680"/>
          </w:tcPr>
          <w:p>
            <w:r>
              <w:t>1. Starting jar (12 CO₂ in air, 12 H₂O in water)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2. 12 light cards enter the plant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3. Photosynthesis round one (sugar 1 made)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4. Photosynthesis round two (sugar 2 made)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5. Plant uses sugar 1 with oxygen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6. Plant keeps sugar 2 as biomass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7. Snail eats the plant (sugar 2 moves)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  <w:tr>
        <w:tc>
          <w:tcPr>
            <w:tcW w:type="dxa" w:w="1680"/>
          </w:tcPr>
          <w:p>
            <w:r>
              <w:t>8. Snail uses sugar 2 with oxygen</w:t>
            </w:r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  <w:tc>
          <w:tcPr>
            <w:tcW w:type="dxa" w:w="1680"/>
          </w:tcPr>
          <w:p>
            <w:r/>
          </w:p>
        </w:tc>
      </w:tr>
    </w:tbl>
    <w:p/>
    <w:p>
      <w:r>
        <w:rPr>
          <w:b/>
        </w:rPr>
        <w:t>Molecules in each zone at the start and at the end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/>
            <w:r>
              <w:rPr>
                <w:b/>
              </w:rPr>
              <w:t>Zone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Start: molecules present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End: molecules present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Same or different?</w:t>
            </w:r>
          </w:p>
        </w:tc>
      </w:tr>
      <w:tr>
        <w:tc>
          <w:tcPr>
            <w:tcW w:type="dxa" w:w="2520"/>
          </w:tcPr>
          <w:p>
            <w:r>
              <w:t>Air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Water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Plant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  <w:tr>
        <w:tc>
          <w:tcPr>
            <w:tcW w:type="dxa" w:w="2520"/>
          </w:tcPr>
          <w:p>
            <w:r>
              <w:t>Snail</w:t>
            </w:r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  <w:tc>
          <w:tcPr>
            <w:tcW w:type="dxa" w:w="2520"/>
          </w:tcPr>
          <w:p>
            <w:r/>
          </w:p>
        </w:tc>
      </w:tr>
    </w:tbl>
    <w:p/>
    <w:p>
      <w:r>
        <w:rPr>
          <w:b/>
        </w:rPr>
        <w:t>Draw the finished jar model: the boundary, the four zones, a solid arrow for each movement of matter and a dashed arrow for each movement of energy. Label every arrow with what moved (for example 'O₂ to air', 'light in', 'heat out').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4535"/>
        </w:trPr>
        <w:tc>
          <w:tcPr>
            <w:tcW w:type="dxa" w:w="10080"/>
          </w:tcPr>
          <w:p/>
        </w:tc>
      </w:tr>
    </w:tbl>
    <w:p/>
    <w:p>
      <w:r>
        <w:t>1. Compare your atom counts at stage 1 and stage 8. What happened to the number of C, H and O atoms inside the boundary during the whole run?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2. List everything that crossed the boundary, in each direction, during the run. Was any of it matter?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Analysis questions</w:t>
      </w:r>
    </w:p>
    <w:p>
      <w:r>
        <w:t>3. At stage 4 the plant's two sugar cards hold 12 carbon atoms. Where exactly were those 12 carbon atoms at stage 1, and what did the plant have to do to get them?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At stage 7 the snail's body contains sugar 2. Trace one carbon atom in that sugar from stage 1 to stage 7 in a chain of locations (air → ... → snail).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Light cards came in; heat cards went out. Explain why a solid arrow (matter) would be the wrong kind of arrow for both, and what the energy was doing while it was 'stored' inside a sugar card.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Suppose the jar had been kept in the dark from the start. Which stages could still happen and which could not? What would the final atom count be?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The real plant's body is mostly cellulose and other cell-wall materials made by linking many sugar units into chains, with the atoms of one water molecule left out at each link. If you linked sugar 2 to a neighboring group's sugar card, which tokens would you have to set aside, and would any atom be lost?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Write a four-sentence explanation of how the snail's body was built from air and water, naming what supplied the atoms and what supplied the energy at each step.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