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8: Investigating Rock Strata · Worksheet 2 of 10</w:t>
      </w:r>
    </w:p>
    <w:p>
      <w:pPr>
        <w:pStyle w:val="Heading1"/>
      </w:pPr>
      <w:r>
        <w:t>Rules, Features and Clocks: Sorting the Language of Strata</w:t>
      </w:r>
    </w:p>
    <w:p>
      <w:r>
        <w:rPr>
          <w:b/>
        </w:rPr>
        <w:t>Learning target: I can sort the vocabulary of rock strata into rules, features and methods, choose the right rule for a new situation, and use the terms correctly in my own sentences.</w:t>
      </w:r>
    </w:p>
    <w:p>
      <w:r>
        <w:rPr>
          <w:color w:val="6B6F6C"/>
          <w:sz w:val="18"/>
        </w:rPr>
        <w:t>Vocabulary in action · about 35 minutes · individual · Standards: MS-ESS1-4 (supports)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Read the twelve definitions first; they are written in plain words and you may look back at them at any time. Part A asks you to sort the terms into three bins. Part B gives short field situations; name the one rule or method that fits each. Part C completes a concept map. Part D asks you to tell similar terms apart, and Part E asks you to use the terms on something that is not a rock at all. Work alone, then compare Part B with a partner before moving on.</w:t>
      </w:r>
    </w:p>
    <w:p>
      <w:pPr>
        <w:pStyle w:val="Heading2"/>
      </w:pPr>
      <w:r>
        <w:t>The terms</w:t>
      </w:r>
    </w:p>
    <w:p>
      <w:r>
        <w:rPr>
          <w:b/>
        </w:rPr>
        <w:t>strata</w:t>
      </w:r>
      <w:r>
        <w:t>: Layers of rock, usually sedimentary rock. One layer is a stratum.</w:t>
      </w:r>
    </w:p>
    <w:p>
      <w:r>
        <w:rPr>
          <w:b/>
        </w:rPr>
        <w:t>relative dating</w:t>
      </w:r>
      <w:r>
        <w:t>: Figuring out the order in which rocks formed and events happened (first, next, last) without giving ages in years.</w:t>
      </w:r>
    </w:p>
    <w:p>
      <w:r>
        <w:rPr>
          <w:b/>
        </w:rPr>
        <w:t>absolute dating</w:t>
      </w:r>
      <w:r>
        <w:t>: Estimating how many years ago a rock formed or an event happened; for igneous rock this is done by measuring radioactive atoms and what they have decayed into.</w:t>
      </w:r>
    </w:p>
    <w:p>
      <w:r>
        <w:rPr>
          <w:b/>
        </w:rPr>
        <w:t>law of superposition</w:t>
      </w:r>
      <w:r>
        <w:t>: In a stack of layers that has not been overturned or disturbed, each layer is younger than the one below it, so the bottom layer is the oldest.</w:t>
      </w:r>
    </w:p>
    <w:p>
      <w:r>
        <w:rPr>
          <w:b/>
        </w:rPr>
        <w:t>principle of original horizontality</w:t>
      </w:r>
      <w:r>
        <w:t>: Gravity makes sediment settle into flat or nearly flat layers, so layers that are now steeply tilted or folded were bent after they formed.</w:t>
      </w:r>
    </w:p>
    <w:p>
      <w:r>
        <w:rPr>
          <w:b/>
        </w:rPr>
        <w:t>principle of lateral continuity</w:t>
      </w:r>
      <w:r>
        <w:t>: A layer of sediment spreads sideways until something stops it or it thins out, so matching layers on two sides of a gap were once one continuous layer.</w:t>
      </w:r>
    </w:p>
    <w:p>
      <w:r>
        <w:rPr>
          <w:b/>
        </w:rPr>
        <w:t>law of cross-cutting relationships</w:t>
      </w:r>
      <w:r>
        <w:t>: Anything that cuts across rock, such as an intrusion, a fault or a worn-down surface, must be younger than whatever it cuts through, because that rock had to exist first.</w:t>
      </w:r>
    </w:p>
    <w:p>
      <w:r>
        <w:rPr>
          <w:b/>
        </w:rPr>
        <w:t>intrusion</w:t>
      </w:r>
      <w:r>
        <w:t>: A body of igneous rock that formed when magma pushed into cracks or weak spots in existing rock and then cooled. A thin sheet-shaped intrusion is called a dike.</w:t>
      </w:r>
    </w:p>
    <w:p>
      <w:r>
        <w:rPr>
          <w:b/>
        </w:rPr>
        <w:t>fault</w:t>
      </w:r>
      <w:r>
        <w:t>: A break in rock along which the rock on the two sides has moved, so layers no longer line up.</w:t>
      </w:r>
    </w:p>
    <w:p>
      <w:r>
        <w:rPr>
          <w:b/>
        </w:rPr>
        <w:t>law of fossil succession</w:t>
      </w:r>
      <w:r>
        <w:t>: Fossil species appear in rock layers in the same order everywhere on Earth, because life changed over time in one sequence.</w:t>
      </w:r>
    </w:p>
    <w:p>
      <w:r>
        <w:rPr>
          <w:b/>
        </w:rPr>
        <w:t>index fossil</w:t>
      </w:r>
      <w:r>
        <w:t>: A fossil of a species that lived for a short span of geologic time, spread over a wide area, and is easy to recognize, which makes it a good marker for matching layers of about the same age.</w:t>
      </w:r>
    </w:p>
    <w:p>
      <w:r>
        <w:rPr>
          <w:b/>
        </w:rPr>
        <w:t>half-life</w:t>
      </w:r>
      <w:r>
        <w:t>: The time needed for half of a sample's radioactive atoms to decay into a different kind of atom; each half-life halves what is left.</w:t>
      </w:r>
    </w:p>
    <w:p>
      <w:pPr>
        <w:pStyle w:val="Heading2"/>
      </w:pPr>
      <w:r>
        <w:t>Part A: Three bins</w:t>
      </w:r>
    </w:p>
    <w:p>
      <w:r>
        <w:t>1. Every term above belongs in exactly one bin. Write each term in its bin. (Hint: five terms are rules, four are things you can point to in rock, and three are methods or numbers that come from a method.)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Bin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Terms that belong here</w:t>
            </w:r>
          </w:p>
        </w:tc>
      </w:tr>
      <w:tr>
        <w:tc>
          <w:tcPr>
            <w:tcW w:type="dxa" w:w="5040"/>
          </w:tcPr>
          <w:p>
            <w:r>
              <w:t>A rule geologists use to put events in order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A thing you can see or point to in the rock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A method, or a number that comes from a method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Part B: Which rule or method fits?</w:t>
      </w:r>
    </w:p>
    <w:p>
      <w:r>
        <w:t>For each field situation, write the one term from the list that a geologist would use, and finish the sentence with what it lets the geologist conclude.</w:t>
      </w:r>
    </w:p>
    <w:p>
      <w:r>
        <w:t>2. A dark band of hardened magma, one meter wide, cuts straight across three sandstone layers. Term: ______. So the geologist concludes that 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3. On both sides of a dry streambed, the same pink layer sits on the same gray layer, with the same thickness. Term: ______. So the geologist concludes that 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In a quarry the layers stand nearly on end, like books on a shelf. Term: ______. So the geologist concludes that 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A cliff shows twelve flat layers that have never been bent or broken; the geologist wants the youngest. Term: ______. So the geologist concludes that 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In Ohio and in Morocco, the same three shell species appear in the same order from bottom to top, even though the rocks look different. Term: ______. So the geologist concludes that 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A lab crushes a piece of volcanic rock, measures its uranium and lead, and reports 1,408 million years. Term: ______. So the geologist concludes that ______.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C: Complete the concept map</w:t>
      </w:r>
    </w:p>
    <w:p>
      <w:r>
        <w:drawing>
          <wp:inline xmlns:a="http://schemas.openxmlformats.org/drawingml/2006/main" xmlns:pic="http://schemas.openxmlformats.org/drawingml/2006/picture">
            <wp:extent cx="5943600" cy="38633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_geologists_read_rock_strat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Five boxes have lost their terms. Each box keeps a short description. Use Part C's table to name the missing terms.</w:t>
      </w:r>
    </w:p>
    <w:p>
      <w:r>
        <w:t>8. Write the term for each blank, then write the number of the Part B situation (q2 to q7) that used that same term. One blank has no Part B match; write 'none' for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/>
              </w:rPr>
              <w:t>Blank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Term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Matching Part B situation</w:t>
            </w:r>
          </w:p>
        </w:tc>
      </w:tr>
      <w:tr>
        <w:tc>
          <w:tcPr>
            <w:tcW w:type="dxa" w:w="3360"/>
          </w:tcPr>
          <w:p>
            <w:r>
              <w:t>Blank 1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Blank 2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Blank 3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Blank 4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Blank 5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</w:tbl>
    <w:p/>
    <w:p>
      <w:pPr>
        <w:pStyle w:val="Heading2"/>
      </w:pPr>
      <w:r>
        <w:t>Part D: Tell them apart</w:t>
      </w:r>
    </w:p>
    <w:p>
      <w:r>
        <w:t>9. Relative dating and absolute dating both answer 'how old?' Write one sentence for each that shows how their answers are different in kind.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10. A certain clam species lived for 300 million years, was found on every continent, and has an easy-to-spot ribbed shell. Explain, using the definition, why it is still a poor index fossil.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11. An intrusion and a fault are both features that cut across rock. Write one way they are alike in what they tell a geologist, and one way they are different in what they are made of or how they form.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E: The terms on a birthday cake</w:t>
      </w:r>
    </w:p>
    <w:p>
      <w:r>
        <w:t xml:space="preserve">12. A baker builds a four-layer cake one layer at a time, then pushes a candle down through the top three layers, then cuts out one slice and lifts it away. Write a short paragraph describing the cake using </w:t>
      </w:r>
      <w:r>
        <w:rPr>
          <w:b/>
        </w:rPr>
        <w:t>law of superposition</w:t>
      </w:r>
      <w:r>
        <w:t xml:space="preserve">, </w:t>
      </w:r>
      <w:r>
        <w:rPr>
          <w:b/>
        </w:rPr>
        <w:t>law of cross-cutting relationships</w:t>
      </w:r>
      <w:r>
        <w:t xml:space="preserve"> and </w:t>
      </w:r>
      <w:r>
        <w:rPr>
          <w:b/>
        </w:rPr>
        <w:t>principle of lateral continuity</w:t>
      </w:r>
      <w:r>
        <w:t xml:space="preserve"> correctly (bold or underline each term). Then write one sentence explaining which real rock feature the candle is most like, and why.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Term families</w:t>
      </w:r>
    </w:p>
    <w:p>
      <w:r>
        <w:t>If the sorting in Part A is hard, start with the names. Terms that begin with 'law of' or 'principle of' are rules. Terms you could point at in a photograph (a layer, a crack, a body of hardened magma, a fossil) are features. What is left is about methods and the numbers they produce. For Part B, ask yourself: is the clue about stacking, spreading sideways, cutting across, fossils in order, or counting atoms?</w:t>
      </w:r>
    </w:p>
    <w:p>
      <w:pPr>
        <w:pStyle w:val="Heading2"/>
      </w:pPr>
      <w:r>
        <w:t>Write the rule for a worn-down surface</w:t>
      </w:r>
    </w:p>
    <w:p>
      <w:r>
        <w:t>In many cliffs there is a surface where tilted layers were worn flat before new flat layers were laid on top. No single term in the list names that surface, but the law of cross-cutting relationships covers it. Write, in your own words, a one-sentence rule for a worn-down surface that says what it is younger than and what it is older than. Then explain why such a surface always means that some amount of time is missing from the record.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