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9: Reconstructing Earth's History · Worksheet 6 of 10</w:t>
      </w:r>
    </w:p>
    <w:p>
      <w:pPr>
        <w:pStyle w:val="Heading1"/>
      </w:pPr>
      <w:r>
        <w:t>Which Plan Divides the Cliff the Way Geologists Divide Time?</w:t>
      </w:r>
    </w:p>
    <w:p>
      <w:r>
        <w:rPr>
          <w:b/>
        </w:rPr>
        <w:t>Learning target: I can use evidence from a rock-layer record to argue where the boundaries of a time scale belong and explain why scientists organize Earth's history by events rather than by thickness or by convenient dates.</w:t>
      </w:r>
    </w:p>
    <w:p>
      <w:r>
        <w:rPr>
          <w:color w:val="6B6F6C"/>
          <w:sz w:val="18"/>
        </w:rPr>
        <w:t>Claim, evidence, reasoning · about 45 minutes · individual · Standards: MS-ESS1-4 (assesses), MS-LS4-1 (supports)</w:t>
      </w:r>
    </w:p>
    <w:p>
      <w:r>
        <w:t>Name: ____________________________    Date: ____________    Period: ______</w:t>
      </w:r>
    </w:p>
    <w:p>
      <w:pPr>
        <w:pStyle w:val="Heading2"/>
      </w:pPr>
      <w:r>
        <w:t>Directions</w:t>
      </w:r>
    </w:p>
    <w:p>
      <w:r>
        <w:t>Read the scenario and the three proposals. Study the layer table; it is a teaching dataset, invented to be realistic. Answer the three warm-up questions first; they organize your evidence. Then write your Claim, Evidence and Reasoning in the boxes. A strong response names layers by number, uses the fossil counts and the dates, and explains the rule that scientists use when they place boundaries on the geologic time scale.</w:t>
      </w:r>
    </w:p>
    <w:p>
      <w:pPr>
        <w:pStyle w:val="Heading2"/>
      </w:pPr>
      <w:r>
        <w:t>The scenario</w:t>
      </w:r>
    </w:p>
    <w:p>
      <w:r>
        <w:t xml:space="preserve">A county museum is building a walk-along exhibit beside a 124-meter cliff of layered rock. Visitors will climb a stairway from the oldest layer at the bottom to the youngest at the top, and the museum wants to paint the cliff's history as </w:t>
      </w:r>
      <w:r>
        <w:rPr>
          <w:b/>
        </w:rPr>
        <w:t>chapters</w:t>
      </w:r>
      <w:r>
        <w:t>, with a sign at each chapter boundary. Three staff members have proposed different ways to divide the cliff. The director has asked a geology student, Priya, to decide which plan matches the way scientists divide Earth's history on the geologic time scale, and to explain why with evidence from the cliff itself.</w:t>
      </w:r>
    </w:p>
    <w:p>
      <w:r>
        <w:rPr>
          <w:b/>
          <w:color w:val="1E3A2F"/>
        </w:rPr>
        <w:t>The three proposals</w:t>
      </w:r>
    </w:p>
    <w:p>
      <w:r>
        <w:rPr>
          <w:b/>
          <w:i/>
        </w:rPr>
        <w:t>Plan A (equal thickness):</w:t>
      </w:r>
      <w:r>
        <w:rPr>
          <w:i/>
        </w:rPr>
        <w:t xml:space="preserve"> divide the 124 m of rock into four chapters of 31 m each, so that each sign is the same distance up the stairway. </w:t>
      </w:r>
      <w:r>
        <w:rPr>
          <w:b/>
          <w:i/>
        </w:rPr>
        <w:t>Plan B (fossil changes):</w:t>
      </w:r>
      <w:r>
        <w:rPr>
          <w:i/>
        </w:rPr>
        <w:t xml:space="preserve"> place a boundary wherever the fossils change sharply, which in this cliff happens at two thin dark lines (layers 4 and 9), making three chapters. </w:t>
      </w:r>
      <w:r>
        <w:rPr>
          <w:b/>
          <w:i/>
        </w:rPr>
        <w:t>Plan C (dated layers):</w:t>
      </w:r>
      <w:r>
        <w:rPr>
          <w:i/>
        </w:rPr>
        <w:t xml:space="preserve"> place a boundary at each layer that has been dated in years, the lava flow (layer 1) and the two ash bands (layers 6 and 11), because those are the only places where the age is certain.</w:t>
      </w:r>
    </w:p>
    <w:p>
      <w:r>
        <w:rPr>
          <w:b/>
        </w:rPr>
        <w:t>The cliff, layer by layer, bottom to top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Layer (1 = bottom)</w:t>
            </w:r>
          </w:p>
        </w:tc>
        <w:tc>
          <w:tcPr>
            <w:tcW w:type="dxa" w:w="2016"/>
          </w:tcPr>
          <w:p>
            <w:r/>
            <w:r>
              <w:rPr>
                <w:b/>
              </w:rPr>
              <w:t>Rock</w:t>
            </w:r>
          </w:p>
        </w:tc>
        <w:tc>
          <w:tcPr>
            <w:tcW w:type="dxa" w:w="2016"/>
          </w:tcPr>
          <w:p>
            <w:r/>
            <w:r>
              <w:rPr>
                <w:b/>
              </w:rPr>
              <w:t>Thickness (m)</w:t>
            </w:r>
          </w:p>
        </w:tc>
        <w:tc>
          <w:tcPr>
            <w:tcW w:type="dxa" w:w="2016"/>
          </w:tcPr>
          <w:p>
            <w:r/>
            <w:r>
              <w:rPr>
                <w:b/>
              </w:rPr>
              <w:t>Kinds of fossils</w:t>
            </w:r>
          </w:p>
        </w:tc>
        <w:tc>
          <w:tcPr>
            <w:tcW w:type="dxa" w:w="2016"/>
          </w:tcPr>
          <w:p>
            <w:r/>
            <w:r>
              <w:rPr>
                <w:b/>
              </w:rPr>
              <w:t>Date in years, if any</w:t>
            </w:r>
          </w:p>
        </w:tc>
      </w:tr>
      <w:tr>
        <w:tc>
          <w:tcPr>
            <w:tcW w:type="dxa" w:w="2016"/>
          </w:tcPr>
          <w:p>
            <w:r>
              <w:t>1</w:t>
            </w:r>
          </w:p>
        </w:tc>
        <w:tc>
          <w:tcPr>
            <w:tcW w:type="dxa" w:w="2016"/>
          </w:tcPr>
          <w:p>
            <w:r>
              <w:t>lava flow (volcanic rock)</w:t>
            </w:r>
          </w:p>
        </w:tc>
        <w:tc>
          <w:tcPr>
            <w:tcW w:type="dxa" w:w="2016"/>
          </w:tcPr>
          <w:p>
            <w:r>
              <w:t>3.0</w:t>
            </w:r>
          </w:p>
        </w:tc>
        <w:tc>
          <w:tcPr>
            <w:tcW w:type="dxa" w:w="2016"/>
          </w:tcPr>
          <w:p>
            <w:r>
              <w:t>0</w:t>
            </w:r>
          </w:p>
        </w:tc>
        <w:tc>
          <w:tcPr>
            <w:tcW w:type="dxa" w:w="2016"/>
          </w:tcPr>
          <w:p>
            <w:r>
              <w:t>480 million years</w:t>
            </w:r>
          </w:p>
        </w:tc>
      </w:tr>
      <w:tr>
        <w:tc>
          <w:tcPr>
            <w:tcW w:type="dxa" w:w="2016"/>
          </w:tcPr>
          <w:p>
            <w:r>
              <w:t>2</w:t>
            </w:r>
          </w:p>
        </w:tc>
        <w:tc>
          <w:tcPr>
            <w:tcW w:type="dxa" w:w="2016"/>
          </w:tcPr>
          <w:p>
            <w:r>
              <w:t>limestone, sea shells</w:t>
            </w:r>
          </w:p>
        </w:tc>
        <w:tc>
          <w:tcPr>
            <w:tcW w:type="dxa" w:w="2016"/>
          </w:tcPr>
          <w:p>
            <w:r>
              <w:t>15.0</w:t>
            </w:r>
          </w:p>
        </w:tc>
        <w:tc>
          <w:tcPr>
            <w:tcW w:type="dxa" w:w="2016"/>
          </w:tcPr>
          <w:p>
            <w:r>
              <w:t>24</w:t>
            </w:r>
          </w:p>
        </w:tc>
        <w:tc>
          <w:tcPr>
            <w:tcW w:type="dxa" w:w="2016"/>
          </w:tcPr>
          <w:p>
            <w:r>
              <w:t>none</w:t>
            </w:r>
          </w:p>
        </w:tc>
      </w:tr>
      <w:tr>
        <w:tc>
          <w:tcPr>
            <w:tcW w:type="dxa" w:w="2016"/>
          </w:tcPr>
          <w:p>
            <w:r>
              <w:t>3</w:t>
            </w:r>
          </w:p>
        </w:tc>
        <w:tc>
          <w:tcPr>
            <w:tcW w:type="dxa" w:w="2016"/>
          </w:tcPr>
          <w:p>
            <w:r>
              <w:t>shale, sea shells</w:t>
            </w:r>
          </w:p>
        </w:tc>
        <w:tc>
          <w:tcPr>
            <w:tcW w:type="dxa" w:w="2016"/>
          </w:tcPr>
          <w:p>
            <w:r>
              <w:t>12.0</w:t>
            </w:r>
          </w:p>
        </w:tc>
        <w:tc>
          <w:tcPr>
            <w:tcW w:type="dxa" w:w="2016"/>
          </w:tcPr>
          <w:p>
            <w:r>
              <w:t>25</w:t>
            </w:r>
          </w:p>
        </w:tc>
        <w:tc>
          <w:tcPr>
            <w:tcW w:type="dxa" w:w="2016"/>
          </w:tcPr>
          <w:p>
            <w:r>
              <w:t>none</w:t>
            </w:r>
          </w:p>
        </w:tc>
      </w:tr>
      <w:tr>
        <w:tc>
          <w:tcPr>
            <w:tcW w:type="dxa" w:w="2016"/>
          </w:tcPr>
          <w:p>
            <w:r>
              <w:t>4</w:t>
            </w:r>
          </w:p>
        </w:tc>
        <w:tc>
          <w:tcPr>
            <w:tcW w:type="dxa" w:w="2016"/>
          </w:tcPr>
          <w:p>
            <w:r>
              <w:t>thin dark line</w:t>
            </w:r>
          </w:p>
        </w:tc>
        <w:tc>
          <w:tcPr>
            <w:tcW w:type="dxa" w:w="2016"/>
          </w:tcPr>
          <w:p>
            <w:r>
              <w:t>0.1</w:t>
            </w:r>
          </w:p>
        </w:tc>
        <w:tc>
          <w:tcPr>
            <w:tcW w:type="dxa" w:w="2016"/>
          </w:tcPr>
          <w:p>
            <w:r>
              <w:t>25 below, 9 above</w:t>
            </w:r>
          </w:p>
        </w:tc>
        <w:tc>
          <w:tcPr>
            <w:tcW w:type="dxa" w:w="2016"/>
          </w:tcPr>
          <w:p>
            <w:r>
              <w:t>none</w:t>
            </w:r>
          </w:p>
        </w:tc>
      </w:tr>
      <w:tr>
        <w:tc>
          <w:tcPr>
            <w:tcW w:type="dxa" w:w="2016"/>
          </w:tcPr>
          <w:p>
            <w:r>
              <w:t>5</w:t>
            </w:r>
          </w:p>
        </w:tc>
        <w:tc>
          <w:tcPr>
            <w:tcW w:type="dxa" w:w="2016"/>
          </w:tcPr>
          <w:p>
            <w:r>
              <w:t>sandstone, sea shells</w:t>
            </w:r>
          </w:p>
        </w:tc>
        <w:tc>
          <w:tcPr>
            <w:tcW w:type="dxa" w:w="2016"/>
          </w:tcPr>
          <w:p>
            <w:r>
              <w:t>30.0</w:t>
            </w:r>
          </w:p>
        </w:tc>
        <w:tc>
          <w:tcPr>
            <w:tcW w:type="dxa" w:w="2016"/>
          </w:tcPr>
          <w:p>
            <w:r>
              <w:t>9</w:t>
            </w:r>
          </w:p>
        </w:tc>
        <w:tc>
          <w:tcPr>
            <w:tcW w:type="dxa" w:w="2016"/>
          </w:tcPr>
          <w:p>
            <w:r>
              <w:t>none</w:t>
            </w:r>
          </w:p>
        </w:tc>
      </w:tr>
      <w:tr>
        <w:tc>
          <w:tcPr>
            <w:tcW w:type="dxa" w:w="2016"/>
          </w:tcPr>
          <w:p>
            <w:r>
              <w:t>6</w:t>
            </w:r>
          </w:p>
        </w:tc>
        <w:tc>
          <w:tcPr>
            <w:tcW w:type="dxa" w:w="2016"/>
          </w:tcPr>
          <w:p>
            <w:r>
              <w:t>white ash band</w:t>
            </w:r>
          </w:p>
        </w:tc>
        <w:tc>
          <w:tcPr>
            <w:tcW w:type="dxa" w:w="2016"/>
          </w:tcPr>
          <w:p>
            <w:r>
              <w:t>0.2</w:t>
            </w:r>
          </w:p>
        </w:tc>
        <w:tc>
          <w:tcPr>
            <w:tcW w:type="dxa" w:w="2016"/>
          </w:tcPr>
          <w:p>
            <w:r>
              <w:t>9</w:t>
            </w:r>
          </w:p>
        </w:tc>
        <w:tc>
          <w:tcPr>
            <w:tcW w:type="dxa" w:w="2016"/>
          </w:tcPr>
          <w:p>
            <w:r>
              <w:t>470 million years</w:t>
            </w:r>
          </w:p>
        </w:tc>
      </w:tr>
      <w:tr>
        <w:tc>
          <w:tcPr>
            <w:tcW w:type="dxa" w:w="2016"/>
          </w:tcPr>
          <w:p>
            <w:r>
              <w:t>7</w:t>
            </w:r>
          </w:p>
        </w:tc>
        <w:tc>
          <w:tcPr>
            <w:tcW w:type="dxa" w:w="2016"/>
          </w:tcPr>
          <w:p>
            <w:r>
              <w:t>limestone, sea shells</w:t>
            </w:r>
          </w:p>
        </w:tc>
        <w:tc>
          <w:tcPr>
            <w:tcW w:type="dxa" w:w="2016"/>
          </w:tcPr>
          <w:p>
            <w:r>
              <w:t>20.0</w:t>
            </w:r>
          </w:p>
        </w:tc>
        <w:tc>
          <w:tcPr>
            <w:tcW w:type="dxa" w:w="2016"/>
          </w:tcPr>
          <w:p>
            <w:r>
              <w:t>10</w:t>
            </w:r>
          </w:p>
        </w:tc>
        <w:tc>
          <w:tcPr>
            <w:tcW w:type="dxa" w:w="2016"/>
          </w:tcPr>
          <w:p>
            <w:r>
              <w:t>none</w:t>
            </w:r>
          </w:p>
        </w:tc>
      </w:tr>
      <w:tr>
        <w:tc>
          <w:tcPr>
            <w:tcW w:type="dxa" w:w="2016"/>
          </w:tcPr>
          <w:p>
            <w:r>
              <w:t>8</w:t>
            </w:r>
          </w:p>
        </w:tc>
        <w:tc>
          <w:tcPr>
            <w:tcW w:type="dxa" w:w="2016"/>
          </w:tcPr>
          <w:p>
            <w:r>
              <w:t>mudstone, sea shells</w:t>
            </w:r>
          </w:p>
        </w:tc>
        <w:tc>
          <w:tcPr>
            <w:tcW w:type="dxa" w:w="2016"/>
          </w:tcPr>
          <w:p>
            <w:r>
              <w:t>8.0</w:t>
            </w:r>
          </w:p>
        </w:tc>
        <w:tc>
          <w:tcPr>
            <w:tcW w:type="dxa" w:w="2016"/>
          </w:tcPr>
          <w:p>
            <w:r>
              <w:t>12</w:t>
            </w:r>
          </w:p>
        </w:tc>
        <w:tc>
          <w:tcPr>
            <w:tcW w:type="dxa" w:w="2016"/>
          </w:tcPr>
          <w:p>
            <w:r>
              <w:t>none</w:t>
            </w:r>
          </w:p>
        </w:tc>
      </w:tr>
      <w:tr>
        <w:tc>
          <w:tcPr>
            <w:tcW w:type="dxa" w:w="2016"/>
          </w:tcPr>
          <w:p>
            <w:r>
              <w:t>9</w:t>
            </w:r>
          </w:p>
        </w:tc>
        <w:tc>
          <w:tcPr>
            <w:tcW w:type="dxa" w:w="2016"/>
          </w:tcPr>
          <w:p>
            <w:r>
              <w:t>thin dark line</w:t>
            </w:r>
          </w:p>
        </w:tc>
        <w:tc>
          <w:tcPr>
            <w:tcW w:type="dxa" w:w="2016"/>
          </w:tcPr>
          <w:p>
            <w:r>
              <w:t>0.1</w:t>
            </w:r>
          </w:p>
        </w:tc>
        <w:tc>
          <w:tcPr>
            <w:tcW w:type="dxa" w:w="2016"/>
          </w:tcPr>
          <w:p>
            <w:r>
              <w:t>12 below, 5 above</w:t>
            </w:r>
          </w:p>
        </w:tc>
        <w:tc>
          <w:tcPr>
            <w:tcW w:type="dxa" w:w="2016"/>
          </w:tcPr>
          <w:p>
            <w:r>
              <w:t>none</w:t>
            </w:r>
          </w:p>
        </w:tc>
      </w:tr>
      <w:tr>
        <w:tc>
          <w:tcPr>
            <w:tcW w:type="dxa" w:w="2016"/>
          </w:tcPr>
          <w:p>
            <w:r>
              <w:t>10</w:t>
            </w:r>
          </w:p>
        </w:tc>
        <w:tc>
          <w:tcPr>
            <w:tcW w:type="dxa" w:w="2016"/>
          </w:tcPr>
          <w:p>
            <w:r>
              <w:t>sandstone, sea shells</w:t>
            </w:r>
          </w:p>
        </w:tc>
        <w:tc>
          <w:tcPr>
            <w:tcW w:type="dxa" w:w="2016"/>
          </w:tcPr>
          <w:p>
            <w:r>
              <w:t>25.0</w:t>
            </w:r>
          </w:p>
        </w:tc>
        <w:tc>
          <w:tcPr>
            <w:tcW w:type="dxa" w:w="2016"/>
          </w:tcPr>
          <w:p>
            <w:r>
              <w:t>5</w:t>
            </w:r>
          </w:p>
        </w:tc>
        <w:tc>
          <w:tcPr>
            <w:tcW w:type="dxa" w:w="2016"/>
          </w:tcPr>
          <w:p>
            <w:r>
              <w:t>none</w:t>
            </w:r>
          </w:p>
        </w:tc>
      </w:tr>
      <w:tr>
        <w:tc>
          <w:tcPr>
            <w:tcW w:type="dxa" w:w="2016"/>
          </w:tcPr>
          <w:p>
            <w:r>
              <w:t>11</w:t>
            </w:r>
          </w:p>
        </w:tc>
        <w:tc>
          <w:tcPr>
            <w:tcW w:type="dxa" w:w="2016"/>
          </w:tcPr>
          <w:p>
            <w:r>
              <w:t>gray ash band</w:t>
            </w:r>
          </w:p>
        </w:tc>
        <w:tc>
          <w:tcPr>
            <w:tcW w:type="dxa" w:w="2016"/>
          </w:tcPr>
          <w:p>
            <w:r>
              <w:t>0.3</w:t>
            </w:r>
          </w:p>
        </w:tc>
        <w:tc>
          <w:tcPr>
            <w:tcW w:type="dxa" w:w="2016"/>
          </w:tcPr>
          <w:p>
            <w:r>
              <w:t>5</w:t>
            </w:r>
          </w:p>
        </w:tc>
        <w:tc>
          <w:tcPr>
            <w:tcW w:type="dxa" w:w="2016"/>
          </w:tcPr>
          <w:p>
            <w:r>
              <w:t>380 million years</w:t>
            </w:r>
          </w:p>
        </w:tc>
      </w:tr>
      <w:tr>
        <w:tc>
          <w:tcPr>
            <w:tcW w:type="dxa" w:w="2016"/>
          </w:tcPr>
          <w:p>
            <w:r>
              <w:t>12</w:t>
            </w:r>
          </w:p>
        </w:tc>
        <w:tc>
          <w:tcPr>
            <w:tcW w:type="dxa" w:w="2016"/>
          </w:tcPr>
          <w:p>
            <w:r>
              <w:t>sandstone, fern leaves and footprints</w:t>
            </w:r>
          </w:p>
        </w:tc>
        <w:tc>
          <w:tcPr>
            <w:tcW w:type="dxa" w:w="2016"/>
          </w:tcPr>
          <w:p>
            <w:r>
              <w:t>10.3</w:t>
            </w:r>
          </w:p>
        </w:tc>
        <w:tc>
          <w:tcPr>
            <w:tcW w:type="dxa" w:w="2016"/>
          </w:tcPr>
          <w:p>
            <w:r>
              <w:t>6</w:t>
            </w:r>
          </w:p>
        </w:tc>
        <w:tc>
          <w:tcPr>
            <w:tcW w:type="dxa" w:w="2016"/>
          </w:tcPr>
          <w:p>
            <w:r>
              <w:t>none</w:t>
            </w:r>
          </w:p>
        </w:tc>
      </w:tr>
    </w:tbl>
    <w:p/>
    <w:p>
      <w:r>
        <w:rPr>
          <w:i/>
          <w:sz w:val="18"/>
        </w:rPr>
        <w:t>Simulated data for teaching. 'Kinds of fossils' counts the different kinds of shelled sea animals (or, in the top layers, land plants and animals) found in that layer. Dates come from minerals in volcanic layers only.</w:t>
      </w:r>
    </w:p>
    <w:p>
      <w:pPr>
        <w:pStyle w:val="Heading2"/>
      </w:pPr>
      <w:r>
        <w:t>Warm-up: organize the evidence</w:t>
      </w:r>
    </w:p>
    <w:p>
      <w:r>
        <w:t>1. Use the three dates to find how many years are recorded (a) between the lava flow and the first ash band (layers 2 to 5) and (b) between the two ash bands (layers 7 to 10). Then add the thicknesses of each group of layers. Show that thickness and time do not match.</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Ignoring the lava flow (molten rock holds no fossils), list every place in the cliff where the number of kinds of fossils changes by more than 3 from one layer to the next. For each, give the layer numbers and the change.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Look at the fossil counts just below and just above each ash band (layers 6 and 11). Does anything happen to life at the dated layers? What does that tell you about what an ash band records?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Your argument</w:t>
      </w:r>
    </w:p>
    <w:p>
      <w:r>
        <w:rPr>
          <w:b/>
        </w:rPr>
        <w:t>Claim: Claim: State which plan (A, B or C) divides the cliff the way scientists divide Earth's history on the geologic time scale.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rPr>
          <w:b/>
        </w:rPr>
        <w:t>Evidence: Evidence: Give at least three specific pieces of evidence from the table, with layer numbers and numbers from the data (fossil counts, thicknesses, dates). Include evidence against each of the two plans you rejected.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rPr>
          <w:b/>
        </w:rPr>
        <w:t>Reasoning: Reasoning: Explain the rule scientists use to place boundaries on the geologic time scale and show how your evidence fits that rule. Your reasoning must address (1) why thickness is not a measure of time in this cliff, and (2) what the dated layers are for if they are not boundaries.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Priya's plan has chapter boundaries without exact ages. Using the dates in the table, write the age range that each of her two boundaries must fall inside, and explain how the dated layers made that possible.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Evidence grid before writing</w:t>
      </w:r>
    </w:p>
    <w:p>
      <w:r>
        <w:t>On scrap paper, make a grid with Plans A, B and C across the top and three rows: 'fossil changes', 'thickness versus time', and 'dated layers'. In each box write one fact from the table that supports or hurts that plan (for example, under Plan A and 'thickness versus time': '57 m took 10 million years but 53 m took 90 million years'). The plan with support in every row is your claim; the facts in the other columns are your evidence against the rejected plans.</w:t>
      </w:r>
    </w:p>
    <w:p>
      <w:pPr>
        <w:pStyle w:val="Heading2"/>
      </w:pPr>
      <w:r>
        <w:t>When Plan C would be right</w:t>
      </w:r>
    </w:p>
    <w:p>
      <w:r>
        <w:t xml:space="preserve">The museum's second exhibit is not about chapters but about </w:t>
      </w:r>
      <w:r>
        <w:rPr>
          <w:i/>
        </w:rPr>
        <w:t>when</w:t>
      </w:r>
      <w:r>
        <w:t xml:space="preserve"> things happened: a sign every 10 million years. Explain why the dated layers would now be essential, how you would estimate where the 400-million-year sign goes using the two ash bands (layers 6 and 11) and the thicknesses between them, and why that estimate could be badly wrong. Then write two sentences on how the real geologic time scale uses both kinds of information: events for boundaries, dated layers for numbers.</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