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8 of 10</w:t>
      </w:r>
    </w:p>
    <w:p>
      <w:pPr>
        <w:pStyle w:val="Heading1"/>
      </w:pPr>
      <w:r>
        <w:t>Evidence Jigsaw: Twelve Clues to Earth's Past</w:t>
      </w:r>
    </w:p>
    <w:p>
      <w:r>
        <w:rPr>
          <w:b/>
        </w:rPr>
        <w:t>Learning target: I can work with a team to decide what kind of information each piece of evidence gives (an age in years, an order, or what happened), place the evidence on a timeline of Earth's history, and defend which clues matter most.</w:t>
      </w:r>
    </w:p>
    <w:p>
      <w:r>
        <w:rPr>
          <w:color w:val="6B6F6C"/>
          <w:sz w:val="18"/>
        </w:rPr>
        <w:t>Collaborative investigation · about 50 minutes · jigsaw · Standards: MS-ESS1-4 (practice), MS-ESS2-3 (supports), MS-LS4-1 (supports)</w:t>
      </w:r>
    </w:p>
    <w:p>
      <w:r>
        <w:t>Name: ____________________________    Date: ____________    Period: ______</w:t>
      </w:r>
    </w:p>
    <w:p>
      <w:pPr>
        <w:pStyle w:val="Heading2"/>
      </w:pPr>
      <w:r>
        <w:t>Directions</w:t>
      </w:r>
    </w:p>
    <w:p>
      <w:r>
        <w:t>Work in home groups of four. Step 1, expert round (12 minutes): each member takes one expert set of three cards (Set A: cards 1-3; Set B: cards 4-6; Set C: cards 7-9; Set D: cards 10-12), reads them, and meets the other students holding the same set to complete q1 together. Step 2, home round (20 minutes): return to your home group, teach your three cards in one minute each, and complete the group task and the group record. Step 3, defense (8 minutes): present your 'three strongest clues' choice to a neighboring group, who will challenge it. Step 4, individual (10 minutes): answer Part C alone.</w:t>
      </w:r>
    </w:p>
    <w:p>
      <w:r>
        <w:rPr>
          <w:b/>
        </w:rPr>
        <w:t>Twelve evidence cards (real findings, rounded values)</w:t>
      </w:r>
    </w:p>
    <w:tbl>
      <w:tblPr>
        <w:tblStyle w:val="TableGrid"/>
        <w:tblW w:type="auto" w:w="0"/>
        <w:tblLook w:firstColumn="1" w:firstRow="1" w:lastColumn="0" w:lastRow="0" w:noHBand="0" w:noVBand="1" w:val="04A0"/>
      </w:tblPr>
      <w:tblGrid>
        <w:gridCol w:w="5040"/>
        <w:gridCol w:w="5040"/>
      </w:tblGrid>
      <w:tr>
        <w:tc>
          <w:tcPr>
            <w:tcW w:type="dxa" w:w="5040"/>
          </w:tcPr>
          <w:p>
            <w:r>
              <w:t>Card 1: Meteorite ages: Pieces of the iron meteorite that blasted out Meteor Crater in Arizona, and many stony meteorites, give mineral-clock ages of about 4.56 billion years. Meteorites are fragments of asteroids, leftover pieces from the cloud that formed the sun and planets. No rock found on Earth is this old.</w:t>
            </w:r>
          </w:p>
        </w:tc>
        <w:tc>
          <w:tcPr>
            <w:tcW w:type="dxa" w:w="5040"/>
          </w:tcPr>
          <w:p>
            <w:r>
              <w:t>Card 2: Stromatolites: In Western Australia, rock about 3.5 billion years old contains layered, dome-shaped mounds. Their layers match the shape of living microbial mounds growing today in the shallow water of Shark Bay, Australia, where mats of microbes trap sediment. They are the oldest widely accepted fossils.</w:t>
            </w:r>
          </w:p>
        </w:tc>
      </w:tr>
      <w:tr>
        <w:tc>
          <w:tcPr>
            <w:tcW w:type="dxa" w:w="5040"/>
          </w:tcPr>
          <w:p>
            <w:r>
              <w:t>Card 3: Scratched bedrock and the Great Lakes: Across Canada and the northern United States, bare bedrock carries long parallel scratches and a polished surface, and boulders of Canadian rock types lie scattered as far south as Illinois. The basins of the Great Lakes were gouged out by moving ice sheets and filled with meltwater as the ice retreated, between about 14,000 and 10,000 years ago.</w:t>
            </w:r>
          </w:p>
        </w:tc>
        <w:tc>
          <w:tcPr>
            <w:tcW w:type="dxa" w:w="5040"/>
          </w:tcPr>
          <w:p>
            <w:r>
              <w:t>Card 4: Banded iron formations: Seafloor rocks between about 2.5 and 1.8 billion years old show thin rust-red layers rich in iron alternating with gray layers. Iron dissolved in seawater settles out only when it meets oxygen. Rocks like these mostly stop forming after about 1.8 billion years ago.</w:t>
            </w:r>
          </w:p>
        </w:tc>
      </w:tr>
      <w:tr>
        <w:tc>
          <w:tcPr>
            <w:tcW w:type="dxa" w:w="5040"/>
          </w:tcPr>
          <w:p>
            <w:r>
              <w:t>Card 5: Matching fossils on separate continents: Fossils of the same seed fern, Glossopteris, and of the same freshwater reptile, Mesosaurus, about 280 to 250 million years old, are found in South America, Africa, India, Antarctica and Australia, continents now separated by oceans these organisms could not cross. Rock belts in eastern North America also match belts in Scotland and Norway.</w:t>
            </w:r>
          </w:p>
        </w:tc>
        <w:tc>
          <w:tcPr>
            <w:tcW w:type="dxa" w:w="5040"/>
          </w:tcPr>
          <w:p>
            <w:r>
              <w:t>Card 6: Zircon grains: In the Jack Hills of Western Australia, a sandstone about 3 billion years old contains tiny zircon crystals with mineral-clock ages up to about 4.4 billion years. Zircon survives weathering and transport, so the grains outlived the original rock they formed in. They are the oldest known pieces of Earth.</w:t>
            </w:r>
          </w:p>
        </w:tc>
      </w:tr>
      <w:tr>
        <w:tc>
          <w:tcPr>
            <w:tcW w:type="dxa" w:w="5040"/>
          </w:tcPr>
          <w:p>
            <w:r>
              <w:t>Card 7: The iridium layer and a buried crater: At more than 100 sites worldwide, a thin clay layer is unusually rich in iridium, a metal rare in Earth's crust but common in asteroids. Below the clay, fossils include non-bird dinosaurs and many kinds of sea life; above it, those kinds are absent. Volcanic layers near the clay date to 66.0 million years, and a buried crater about 180 km wide under Chicxulub, Mexico, has the same age.</w:t>
            </w:r>
          </w:p>
        </w:tc>
        <w:tc>
          <w:tcPr>
            <w:tcW w:type="dxa" w:w="5040"/>
          </w:tcPr>
          <w:p>
            <w:r>
              <w:t>Card 8: The Siberian lava pile: In Siberia, stacked lava flows cover about 2 million square kilometers and reach several kilometers thick. Their mineral-clock ages cluster at about 252 million years, the same age as the level in rock strata worldwide where most kinds of sea fossils disappear in the most severe mass extinction known.</w:t>
            </w:r>
          </w:p>
        </w:tc>
      </w:tr>
      <w:tr>
        <w:tc>
          <w:tcPr>
            <w:tcW w:type="dxa" w:w="5040"/>
          </w:tcPr>
          <w:p>
            <w:r>
              <w:t>Card 9: Deep-sea mud cores: Long cores of mud drilled from the ocean floor contain shells of tiny organisms whose chemistry records the temperature of the water they grew in. Reading down the core, the shells show about 50 swings between colder and warmer conditions during the last 2.6 million years, each swing lasting tens of thousands of years.</w:t>
            </w:r>
          </w:p>
        </w:tc>
        <w:tc>
          <w:tcPr>
            <w:tcW w:type="dxa" w:w="5040"/>
          </w:tcPr>
          <w:p>
            <w:r>
              <w:t>Card 10: Moon rock chemistry: The oldest rocks brought back by Apollo astronauts are about 4.4 to 4.5 billion years old. Their chemistry, including a fingerprint of oxygen types that differs from one body in the solar system to another, is nearly identical to rock from Earth's mantle and unlike meteorites from elsewhere.</w:t>
            </w:r>
          </w:p>
        </w:tc>
      </w:tr>
      <w:tr>
        <w:tc>
          <w:tcPr>
            <w:tcW w:type="dxa" w:w="5040"/>
          </w:tcPr>
          <w:p>
            <w:r>
              <w:t>Card 11: Sea fossils near the top of the world: The limestone near the summit of Mount Everest contains fossils of sea lilies and other sea animals roughly 470 million years old. Satellite positioning shows India still moving north into Eurasia at about 4 to 5 centimeters per year, and the collision that began lifting the Himalayas started about 50 million years ago.</w:t>
            </w:r>
          </w:p>
        </w:tc>
        <w:tc>
          <w:tcPr>
            <w:tcW w:type="dxa" w:w="5040"/>
          </w:tcPr>
          <w:p>
            <w:r>
              <w:t>Card 12: Human fossils in Africa: Fossil skulls and stone tools found at Jebel Irhoud in Morocco were dated to about 300,000 years by measuring how long burnt flint tools had been storing energy from natural radiation. They are the oldest known fossils of our own species. No human fossil of any kind is older than about 7 million years.</w:t>
            </w:r>
          </w:p>
        </w:tc>
      </w:tr>
    </w:tbl>
    <w:p/>
    <w:p>
      <w:pPr>
        <w:pStyle w:val="Heading2"/>
      </w:pPr>
      <w:r>
        <w:t>Part A: Expert round (one set per person)</w:t>
      </w:r>
    </w:p>
    <w:p>
      <w:r>
        <w:t>1. Your expert set: ______. For each of your three cards, separate the observation from the claim it supports, then decide what kind of information it gives. A card can give more than one kind.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What was observed (the raw clue)</w:t>
            </w:r>
          </w:p>
        </w:tc>
        <w:tc>
          <w:tcPr>
            <w:tcW w:type="dxa" w:w="3360"/>
          </w:tcPr>
          <w:p>
            <w:r/>
            <w:r>
              <w:rPr>
                <w:b/>
              </w:rPr>
              <w:t>What it is evidence for (the claim it supports)</w:t>
            </w:r>
          </w:p>
        </w:tc>
        <w:tc>
          <w:tcPr>
            <w:tcW w:type="dxa" w:w="3360"/>
          </w:tcPr>
          <w:p>
            <w:r/>
            <w:r>
              <w:rPr>
                <w:b/>
              </w:rPr>
              <w:t>Kind of information: age in years, order, or what happened</w:t>
            </w:r>
          </w:p>
        </w:tc>
      </w:tr>
      <w:tr>
        <w:tc>
          <w:tcPr>
            <w:tcW w:type="dxa" w:w="3360"/>
          </w:tcPr>
          <w:p>
            <w:r>
              <w:t>My card ___</w:t>
            </w:r>
          </w:p>
        </w:tc>
        <w:tc>
          <w:tcPr>
            <w:tcW w:type="dxa" w:w="3360"/>
          </w:tcPr>
          <w:p>
            <w:r/>
          </w:p>
        </w:tc>
        <w:tc>
          <w:tcPr>
            <w:tcW w:type="dxa" w:w="3360"/>
          </w:tcPr>
          <w:p>
            <w:r/>
          </w:p>
        </w:tc>
      </w:tr>
      <w:tr>
        <w:tc>
          <w:tcPr>
            <w:tcW w:type="dxa" w:w="3360"/>
          </w:tcPr>
          <w:p>
            <w:r>
              <w:t>My card ___</w:t>
            </w:r>
          </w:p>
        </w:tc>
        <w:tc>
          <w:tcPr>
            <w:tcW w:type="dxa" w:w="3360"/>
          </w:tcPr>
          <w:p>
            <w:r/>
          </w:p>
        </w:tc>
        <w:tc>
          <w:tcPr>
            <w:tcW w:type="dxa" w:w="3360"/>
          </w:tcPr>
          <w:p>
            <w:r/>
          </w:p>
        </w:tc>
      </w:tr>
      <w:tr>
        <w:tc>
          <w:tcPr>
            <w:tcW w:type="dxa" w:w="3360"/>
          </w:tcPr>
          <w:p>
            <w:r>
              <w:t>My card ___</w:t>
            </w:r>
          </w:p>
        </w:tc>
        <w:tc>
          <w:tcPr>
            <w:tcW w:type="dxa" w:w="3360"/>
          </w:tcPr>
          <w:p>
            <w:r/>
          </w:p>
        </w:tc>
        <w:tc>
          <w:tcPr>
            <w:tcW w:type="dxa" w:w="3360"/>
          </w:tcPr>
          <w:p>
            <w:r/>
          </w:p>
        </w:tc>
      </w:tr>
    </w:tbl>
    <w:p/>
    <w:p>
      <w:pPr>
        <w:pStyle w:val="Heading2"/>
      </w:pPr>
      <w:r>
        <w:t>Part B: Home group task</w:t>
      </w:r>
    </w:p>
    <w:p>
      <w:r>
        <w:t>1. Lay a strip of masking tape along the desk or floor and mark five bins on it: Bin 1, 4.54 to 4.0 billion years ago; Bin 2, 4.0 to 2.5 billion years ago; Bin 3, 2.5 billion to 539 million years ago; Bin 4, 539 to 66 million years ago; Bin 5, 66 million years ago to today.</w:t>
      </w:r>
    </w:p>
    <w:p>
      <w:r>
        <w:t>2. Each expert places their three cards in the bin of the event the card is evidence for (not the bin where the evidence was found; a 3-billion-year-old sandstone holding 4.4-billion-year-old grains goes in Bin 1).</w:t>
      </w:r>
    </w:p>
    <w:p>
      <w:r>
        <w:t>3. Mark each card with a small sticky note: Y for an age in years, O for order only, W for 'what happened'. Some cards get two notes.</w:t>
      </w:r>
    </w:p>
    <w:p>
      <w:r>
        <w:t>4. Complete the group record table.</w:t>
      </w:r>
    </w:p>
    <w:p>
      <w:r>
        <w:t>5. As a group, choose the three cards that are the strongest evidence that Earth's history is organized by events recorded in rocks and fossils. Agree on one sentence for each choice.</w:t>
      </w:r>
    </w:p>
    <w:p>
      <w:r>
        <w:t>6. Prepare a one-minute defense of your three choices. Every member must be able to give it.</w:t>
      </w:r>
    </w:p>
    <w:p>
      <w:r>
        <w:rPr>
          <w:b/>
        </w:rPr>
        <w:t>Group record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Card</w:t>
            </w:r>
          </w:p>
        </w:tc>
        <w:tc>
          <w:tcPr>
            <w:tcW w:type="dxa" w:w="2520"/>
          </w:tcPr>
          <w:p>
            <w:r/>
            <w:r>
              <w:rPr>
                <w:b/>
              </w:rPr>
              <w:t>Event it supports</w:t>
            </w:r>
          </w:p>
        </w:tc>
        <w:tc>
          <w:tcPr>
            <w:tcW w:type="dxa" w:w="2520"/>
          </w:tcPr>
          <w:p>
            <w:r/>
            <w:r>
              <w:rPr>
                <w:b/>
              </w:rPr>
              <w:t>Y / O / W</w:t>
            </w:r>
          </w:p>
        </w:tc>
        <w:tc>
          <w:tcPr>
            <w:tcW w:type="dxa" w:w="2520"/>
          </w:tcPr>
          <w:p>
            <w:r/>
            <w:r>
              <w:rPr>
                <w:b/>
              </w:rPr>
              <w:t>Bin (1-5)</w:t>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r>
        <w:tc>
          <w:tcPr>
            <w:tcW w:type="dxa" w:w="2520"/>
          </w:tcPr>
          <w:p>
            <w:r>
              <w:t>7</w:t>
            </w:r>
          </w:p>
        </w:tc>
        <w:tc>
          <w:tcPr>
            <w:tcW w:type="dxa" w:w="2520"/>
          </w:tcPr>
          <w:p>
            <w:r/>
          </w:p>
        </w:tc>
        <w:tc>
          <w:tcPr>
            <w:tcW w:type="dxa" w:w="2520"/>
          </w:tcPr>
          <w:p>
            <w:r/>
          </w:p>
        </w:tc>
        <w:tc>
          <w:tcPr>
            <w:tcW w:type="dxa" w:w="2520"/>
          </w:tcPr>
          <w:p>
            <w:r/>
          </w:p>
        </w:tc>
      </w:tr>
      <w:tr>
        <w:tc>
          <w:tcPr>
            <w:tcW w:type="dxa" w:w="2520"/>
          </w:tcPr>
          <w:p>
            <w:r>
              <w:t>8</w:t>
            </w:r>
          </w:p>
        </w:tc>
        <w:tc>
          <w:tcPr>
            <w:tcW w:type="dxa" w:w="2520"/>
          </w:tcPr>
          <w:p>
            <w:r/>
          </w:p>
        </w:tc>
        <w:tc>
          <w:tcPr>
            <w:tcW w:type="dxa" w:w="2520"/>
          </w:tcPr>
          <w:p>
            <w:r/>
          </w:p>
        </w:tc>
        <w:tc>
          <w:tcPr>
            <w:tcW w:type="dxa" w:w="2520"/>
          </w:tcPr>
          <w:p>
            <w:r/>
          </w:p>
        </w:tc>
      </w:tr>
      <w:tr>
        <w:tc>
          <w:tcPr>
            <w:tcW w:type="dxa" w:w="2520"/>
          </w:tcPr>
          <w:p>
            <w:r>
              <w:t>9</w:t>
            </w:r>
          </w:p>
        </w:tc>
        <w:tc>
          <w:tcPr>
            <w:tcW w:type="dxa" w:w="2520"/>
          </w:tcPr>
          <w:p>
            <w:r/>
          </w:p>
        </w:tc>
        <w:tc>
          <w:tcPr>
            <w:tcW w:type="dxa" w:w="2520"/>
          </w:tcPr>
          <w:p>
            <w:r/>
          </w:p>
        </w:tc>
        <w:tc>
          <w:tcPr>
            <w:tcW w:type="dxa" w:w="2520"/>
          </w:tcPr>
          <w:p>
            <w:r/>
          </w:p>
        </w:tc>
      </w:tr>
      <w:tr>
        <w:tc>
          <w:tcPr>
            <w:tcW w:type="dxa" w:w="2520"/>
          </w:tcPr>
          <w:p>
            <w:r>
              <w:t>10</w:t>
            </w:r>
          </w:p>
        </w:tc>
        <w:tc>
          <w:tcPr>
            <w:tcW w:type="dxa" w:w="2520"/>
          </w:tcPr>
          <w:p>
            <w:r/>
          </w:p>
        </w:tc>
        <w:tc>
          <w:tcPr>
            <w:tcW w:type="dxa" w:w="2520"/>
          </w:tcPr>
          <w:p>
            <w:r/>
          </w:p>
        </w:tc>
        <w:tc>
          <w:tcPr>
            <w:tcW w:type="dxa" w:w="2520"/>
          </w:tcPr>
          <w:p>
            <w:r/>
          </w:p>
        </w:tc>
      </w:tr>
      <w:tr>
        <w:tc>
          <w:tcPr>
            <w:tcW w:type="dxa" w:w="2520"/>
          </w:tcPr>
          <w:p>
            <w:r>
              <w:t>11</w:t>
            </w:r>
          </w:p>
        </w:tc>
        <w:tc>
          <w:tcPr>
            <w:tcW w:type="dxa" w:w="2520"/>
          </w:tcPr>
          <w:p>
            <w:r/>
          </w:p>
        </w:tc>
        <w:tc>
          <w:tcPr>
            <w:tcW w:type="dxa" w:w="2520"/>
          </w:tcPr>
          <w:p>
            <w:r/>
          </w:p>
        </w:tc>
        <w:tc>
          <w:tcPr>
            <w:tcW w:type="dxa" w:w="2520"/>
          </w:tcPr>
          <w:p>
            <w:r/>
          </w:p>
        </w:tc>
      </w:tr>
      <w:tr>
        <w:tc>
          <w:tcPr>
            <w:tcW w:type="dxa" w:w="2520"/>
          </w:tcPr>
          <w:p>
            <w:r>
              <w:t>12</w:t>
            </w:r>
          </w:p>
        </w:tc>
        <w:tc>
          <w:tcPr>
            <w:tcW w:type="dxa" w:w="2520"/>
          </w:tcPr>
          <w:p>
            <w:r/>
          </w:p>
        </w:tc>
        <w:tc>
          <w:tcPr>
            <w:tcW w:type="dxa" w:w="2520"/>
          </w:tcPr>
          <w:p>
            <w:r/>
          </w:p>
        </w:tc>
        <w:tc>
          <w:tcPr>
            <w:tcW w:type="dxa" w:w="2520"/>
          </w:tcPr>
          <w:p>
            <w:r/>
          </w:p>
        </w:tc>
      </w:tr>
    </w:tbl>
    <w:p/>
    <w:p>
      <w:r>
        <w:t>2. Group answer: Which three cards did you choose as the strongest evidence that Earth's history is organized by events recorded in rocks and fossils? Write one sentence of justification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strongest challenge the neighboring group made to your choices or your bin placements, and how you answered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Which cards give an age in years? What do all of those cards have in common about the kind of material that was dated?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Cards 7 and 8 each pair a dated volcanic or impact clue with a level in the strata where fossils disappear. Explain why the pairing matters: what would each card prove on its own, and what does the pair prove together?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Choose one card that was not in your expert set. Explain its observation, the claim it supports, and one alternative explanation a skeptic might offer, then say what further evidence would decide between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Bins 1 to 3 cover about 88 percent of Earth's history but hold fewer cards than Bins 4 and 5. Explain why there is less evidence from early Earth, using at least one card as an example.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Observation versus claim</w:t>
      </w:r>
    </w:p>
    <w:p>
      <w:r>
        <w:t>The observation is what you could photograph or measure: 'scratches on bedrock,' 'a 4.56-billion-year mineral-clock age.' The claim is what it is evidence for: 'ice sheets moved over this rock,' 'the solar system formed 4.56 billion years ago.' If you cannot photograph it, it is probably the claim. For the Y/O/W note: Y only if the card gives a number of years from a mineral clock or similar measurement; O if the card uses position in strata (above/below) or 'oldest'; W if the card tells what event or condition happened.</w:t>
      </w:r>
    </w:p>
    <w:p>
      <w:pPr>
        <w:pStyle w:val="Heading2"/>
      </w:pPr>
      <w:r>
        <w:t>The thirteenth card</w:t>
      </w:r>
    </w:p>
    <w:p>
      <w:r>
        <w:t>Write a thirteenth evidence card for an event the deck does not cover well: the formation of the moon. Research the giant impact hypothesis and write the card in the same format (what was observed, with real values), then explain which bin it goes in, which letters it earns (Y, O, W), and whether Card 10 already supports the same claim. Finish with one sentence on why two independent kinds of evidence for one event are worth more than one kind.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