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11: Scales of Change on Earth's Surface · Worksheet 5 of 10</w:t>
      </w:r>
    </w:p>
    <w:p>
      <w:pPr>
        <w:pStyle w:val="Heading1"/>
      </w:pPr>
      <w:r>
        <w:t>Cliff, Continent and Cave: Measuring Rates of Change</w:t>
      </w:r>
    </w:p>
    <w:p>
      <w:r>
        <w:rPr>
          <w:b/>
        </w:rPr>
        <w:t>Learning target: I can calculate a rate of change from measurements, graph it, convert rates to a common unit so that processes at different scales can be compared, and explain what a rate can and cannot tell me about a sudden event.</w:t>
      </w:r>
    </w:p>
    <w:p>
      <w:r>
        <w:rPr>
          <w:color w:val="6B6F6C"/>
          <w:sz w:val="18"/>
        </w:rPr>
        <w:t>Data and graphing · about 45 minutes · individual · Standards: MS-ESS2-2 (practice)</w:t>
      </w:r>
    </w:p>
    <w:p>
      <w:r>
        <w:t>Name: ____________________________    Date: ____________    Period: ______</w:t>
      </w:r>
    </w:p>
    <w:p>
      <w:pPr>
        <w:pStyle w:val="Heading2"/>
      </w:pPr>
      <w:r>
        <w:t>Directions</w:t>
      </w:r>
    </w:p>
    <w:p>
      <w:r>
        <w:t>This sheet has three parts. Parts A and B use teaching datasets; the numbers were invented to be realistic, not measured at a real place. Part C compares rates. Graph carefully with a ruler. Show every calculation with units, and write the unit on every answer. A rate is a change divided by the time it took: meters per year, millimeters per year, centimeters per year. Keep track of which one you are using.</w:t>
      </w:r>
    </w:p>
    <w:p>
      <w:pPr>
        <w:pStyle w:val="Heading2"/>
      </w:pPr>
      <w:r>
        <w:t>Part A: A retreating sea cliff</w:t>
      </w:r>
    </w:p>
    <w:p>
      <w:r>
        <w:t>A park ranger drove a steel post into the ground on a grassy bluff and, once a year, measured the distance from the post to the edge of the sea cliff. Waves undercut the cliff, and chunks of it fall to the beach. The ranger's six measurements are below.</w:t>
      </w:r>
    </w:p>
    <w:p>
      <w:r>
        <w:rPr>
          <w:b/>
        </w:rPr>
        <w:t>Distance from the post to the cliff edge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Year</w:t>
            </w:r>
          </w:p>
        </w:tc>
        <w:tc>
          <w:tcPr>
            <w:tcW w:type="dxa" w:w="5040"/>
          </w:tcPr>
          <w:p>
            <w:r/>
            <w:r>
              <w:rPr>
                <w:b/>
              </w:rPr>
              <w:t>Distance from post to cliff edge (m)</w:t>
            </w:r>
          </w:p>
        </w:tc>
      </w:tr>
      <w:tr>
        <w:tc>
          <w:tcPr>
            <w:tcW w:type="dxa" w:w="5040"/>
          </w:tcPr>
          <w:p>
            <w:r>
              <w:t>0</w:t>
            </w:r>
          </w:p>
        </w:tc>
        <w:tc>
          <w:tcPr>
            <w:tcW w:type="dxa" w:w="5040"/>
          </w:tcPr>
          <w:p>
            <w:r>
              <w:t>24.0</w:t>
            </w:r>
          </w:p>
        </w:tc>
      </w:tr>
      <w:tr>
        <w:tc>
          <w:tcPr>
            <w:tcW w:type="dxa" w:w="5040"/>
          </w:tcPr>
          <w:p>
            <w:r>
              <w:t>1</w:t>
            </w:r>
          </w:p>
        </w:tc>
        <w:tc>
          <w:tcPr>
            <w:tcW w:type="dxa" w:w="5040"/>
          </w:tcPr>
          <w:p>
            <w:r>
              <w:t>23.4</w:t>
            </w:r>
          </w:p>
        </w:tc>
      </w:tr>
      <w:tr>
        <w:tc>
          <w:tcPr>
            <w:tcW w:type="dxa" w:w="5040"/>
          </w:tcPr>
          <w:p>
            <w:r>
              <w:t>2</w:t>
            </w:r>
          </w:p>
        </w:tc>
        <w:tc>
          <w:tcPr>
            <w:tcW w:type="dxa" w:w="5040"/>
          </w:tcPr>
          <w:p>
            <w:r>
              <w:t>22.9</w:t>
            </w:r>
          </w:p>
        </w:tc>
      </w:tr>
      <w:tr>
        <w:tc>
          <w:tcPr>
            <w:tcW w:type="dxa" w:w="5040"/>
          </w:tcPr>
          <w:p>
            <w:r>
              <w:t>3</w:t>
            </w:r>
          </w:p>
        </w:tc>
        <w:tc>
          <w:tcPr>
            <w:tcW w:type="dxa" w:w="5040"/>
          </w:tcPr>
          <w:p>
            <w:r>
              <w:t>22.1</w:t>
            </w:r>
          </w:p>
        </w:tc>
      </w:tr>
      <w:tr>
        <w:tc>
          <w:tcPr>
            <w:tcW w:type="dxa" w:w="5040"/>
          </w:tcPr>
          <w:p>
            <w:r>
              <w:t>4</w:t>
            </w:r>
          </w:p>
        </w:tc>
        <w:tc>
          <w:tcPr>
            <w:tcW w:type="dxa" w:w="5040"/>
          </w:tcPr>
          <w:p>
            <w:r>
              <w:t>21.6</w:t>
            </w:r>
          </w:p>
        </w:tc>
      </w:tr>
      <w:tr>
        <w:tc>
          <w:tcPr>
            <w:tcW w:type="dxa" w:w="5040"/>
          </w:tcPr>
          <w:p>
            <w:r>
              <w:t>5</w:t>
            </w:r>
          </w:p>
        </w:tc>
        <w:tc>
          <w:tcPr>
            <w:tcW w:type="dxa" w:w="5040"/>
          </w:tcPr>
          <w:p>
            <w:r>
              <w:t>21.0</w:t>
            </w:r>
          </w:p>
        </w:tc>
      </w:tr>
    </w:tbl>
    <w:p/>
    <w:p>
      <w:r>
        <w:rPr>
          <w:i/>
          <w:sz w:val="18"/>
        </w:rPr>
        <w:t>Simulated data for teaching; realistic for a soft-rock sea cliff.</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Distance_from_post_to_cliff_edge_versus_.png"/>
                    <pic:cNvPicPr/>
                  </pic:nvPicPr>
                  <pic:blipFill>
                    <a:blip r:embed="rId9"/>
                    <a:stretch>
                      <a:fillRect/>
                    </a:stretch>
                  </pic:blipFill>
                  <pic:spPr>
                    <a:xfrm>
                      <a:off x="0" y="0"/>
                      <a:ext cx="5943600" cy="3566160"/>
                    </a:xfrm>
                    <a:prstGeom prst="rect"/>
                  </pic:spPr>
                </pic:pic>
              </a:graphicData>
            </a:graphic>
          </wp:inline>
        </w:drawing>
      </w:r>
    </w:p>
    <w:p>
      <w:r>
        <w:t>1. How many meters of bluff were lost between year 0 and year 5? Calculate the average rate of cliff retreat in meters per year.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If the cliff keeps retreating at the average rate, how many years after year 5 will the cliff edge reach the post? Show the calculation.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Describe the shape of your graph. Then look at the year-by-year changes: one year lost noticeably more than the others. Which year was it, how much was lost, and what kind of event could explain a bigger loss in a single year?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A creeping continent</w:t>
      </w:r>
    </w:p>
    <w:p>
      <w:r>
        <w:t>A satellite-positioning station bolted to bedrock records its position to the nearest millimeter. Each year, the station's eastward position is compared with where it started. The movement is the whole plate, carrying the station and the continent with it.</w:t>
      </w:r>
    </w:p>
    <w:p>
      <w:r>
        <w:rPr>
          <w:b/>
        </w:rPr>
        <w:t>Eastward movement of a positioning station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Year</w:t>
            </w:r>
          </w:p>
        </w:tc>
        <w:tc>
          <w:tcPr>
            <w:tcW w:type="dxa" w:w="5040"/>
          </w:tcPr>
          <w:p>
            <w:r/>
            <w:r>
              <w:rPr>
                <w:b/>
              </w:rPr>
              <w:t>Eastward movement since year 0 (mm)</w:t>
            </w:r>
          </w:p>
        </w:tc>
      </w:tr>
      <w:tr>
        <w:tc>
          <w:tcPr>
            <w:tcW w:type="dxa" w:w="5040"/>
          </w:tcPr>
          <w:p>
            <w:r>
              <w:t>0</w:t>
            </w:r>
          </w:p>
        </w:tc>
        <w:tc>
          <w:tcPr>
            <w:tcW w:type="dxa" w:w="5040"/>
          </w:tcPr>
          <w:p>
            <w:r>
              <w:t>0</w:t>
            </w:r>
          </w:p>
        </w:tc>
      </w:tr>
      <w:tr>
        <w:tc>
          <w:tcPr>
            <w:tcW w:type="dxa" w:w="5040"/>
          </w:tcPr>
          <w:p>
            <w:r>
              <w:t>1</w:t>
            </w:r>
          </w:p>
        </w:tc>
        <w:tc>
          <w:tcPr>
            <w:tcW w:type="dxa" w:w="5040"/>
          </w:tcPr>
          <w:p>
            <w:r>
              <w:t>24</w:t>
            </w:r>
          </w:p>
        </w:tc>
      </w:tr>
      <w:tr>
        <w:tc>
          <w:tcPr>
            <w:tcW w:type="dxa" w:w="5040"/>
          </w:tcPr>
          <w:p>
            <w:r>
              <w:t>2</w:t>
            </w:r>
          </w:p>
        </w:tc>
        <w:tc>
          <w:tcPr>
            <w:tcW w:type="dxa" w:w="5040"/>
          </w:tcPr>
          <w:p>
            <w:r>
              <w:t>51</w:t>
            </w:r>
          </w:p>
        </w:tc>
      </w:tr>
      <w:tr>
        <w:tc>
          <w:tcPr>
            <w:tcW w:type="dxa" w:w="5040"/>
          </w:tcPr>
          <w:p>
            <w:r>
              <w:t>3</w:t>
            </w:r>
          </w:p>
        </w:tc>
        <w:tc>
          <w:tcPr>
            <w:tcW w:type="dxa" w:w="5040"/>
          </w:tcPr>
          <w:p>
            <w:r>
              <w:t>74</w:t>
            </w:r>
          </w:p>
        </w:tc>
      </w:tr>
      <w:tr>
        <w:tc>
          <w:tcPr>
            <w:tcW w:type="dxa" w:w="5040"/>
          </w:tcPr>
          <w:p>
            <w:r>
              <w:t>4</w:t>
            </w:r>
          </w:p>
        </w:tc>
        <w:tc>
          <w:tcPr>
            <w:tcW w:type="dxa" w:w="5040"/>
          </w:tcPr>
          <w:p>
            <w:r>
              <w:t>101</w:t>
            </w:r>
          </w:p>
        </w:tc>
      </w:tr>
      <w:tr>
        <w:tc>
          <w:tcPr>
            <w:tcW w:type="dxa" w:w="5040"/>
          </w:tcPr>
          <w:p>
            <w:r>
              <w:t>5</w:t>
            </w:r>
          </w:p>
        </w:tc>
        <w:tc>
          <w:tcPr>
            <w:tcW w:type="dxa" w:w="5040"/>
          </w:tcPr>
          <w:p>
            <w:r>
              <w:t>125</w:t>
            </w:r>
          </w:p>
        </w:tc>
      </w:tr>
    </w:tbl>
    <w:p/>
    <w:p>
      <w:r>
        <w:rPr>
          <w:i/>
          <w:sz w:val="18"/>
        </w:rPr>
        <w:t>Simulated data for teaching; realistic for a slowly moving plate.</w:t>
      </w:r>
    </w:p>
    <w:p>
      <w:r>
        <w:t>4. Calculate the station's average rate of movement in millimeters per year, then convert it to centimeters per year.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At that rate, how far would the continent move in one million years? Give the answer in kilometers and show each conversion step (mm to m to km). Then calculate how many years it would take to move 1,000 km.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Putting every rate on the same ruler</w:t>
      </w:r>
    </w:p>
    <w:p>
      <w:r>
        <w:t xml:space="preserve">Rates are hard to compare when they use different units. Convert each rate below to </w:t>
      </w:r>
      <w:r>
        <w:rPr>
          <w:b/>
        </w:rPr>
        <w:t>millimeters per year</w:t>
      </w:r>
      <w:r>
        <w:t xml:space="preserve"> so they can be lined up. Two of the rates come from your own answers above.</w:t>
      </w:r>
    </w:p>
    <w:p>
      <w:r>
        <w:rPr>
          <w:b/>
        </w:rPr>
        <w:t>Six rates of change (teaching values)</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Process</w:t>
            </w:r>
          </w:p>
        </w:tc>
        <w:tc>
          <w:tcPr>
            <w:tcW w:type="dxa" w:w="5040"/>
          </w:tcPr>
          <w:p>
            <w:r/>
            <w:r>
              <w:rPr>
                <w:b/>
              </w:rPr>
              <w:t>Rate as measured</w:t>
            </w:r>
          </w:p>
        </w:tc>
      </w:tr>
      <w:tr>
        <w:tc>
          <w:tcPr>
            <w:tcW w:type="dxa" w:w="5040"/>
          </w:tcPr>
          <w:p>
            <w:r>
              <w:t>Cave formation (stalactite) growing</w:t>
            </w:r>
          </w:p>
        </w:tc>
        <w:tc>
          <w:tcPr>
            <w:tcW w:type="dxa" w:w="5040"/>
          </w:tcPr>
          <w:p>
            <w:r>
              <w:t>0.1 mm per year</w:t>
            </w:r>
          </w:p>
        </w:tc>
      </w:tr>
      <w:tr>
        <w:tc>
          <w:tcPr>
            <w:tcW w:type="dxa" w:w="5040"/>
          </w:tcPr>
          <w:p>
            <w:r>
              <w:t>Continent moving (your Part B answer)</w:t>
            </w:r>
          </w:p>
        </w:tc>
        <w:tc>
          <w:tcPr>
            <w:tcW w:type="dxa" w:w="5040"/>
          </w:tcPr>
          <w:p>
            <w:r>
              <w:t>? cm per year</w:t>
            </w:r>
          </w:p>
        </w:tc>
      </w:tr>
      <w:tr>
        <w:tc>
          <w:tcPr>
            <w:tcW w:type="dxa" w:w="5040"/>
          </w:tcPr>
          <w:p>
            <w:r>
              <w:t>Sea cliff retreating (your Part A answer)</w:t>
            </w:r>
          </w:p>
        </w:tc>
        <w:tc>
          <w:tcPr>
            <w:tcW w:type="dxa" w:w="5040"/>
          </w:tcPr>
          <w:p>
            <w:r>
              <w:t>? m per year</w:t>
            </w:r>
          </w:p>
        </w:tc>
      </w:tr>
      <w:tr>
        <w:tc>
          <w:tcPr>
            <w:tcW w:type="dxa" w:w="5040"/>
          </w:tcPr>
          <w:p>
            <w:r>
              <w:t>Dune crest moving downwind</w:t>
            </w:r>
          </w:p>
        </w:tc>
        <w:tc>
          <w:tcPr>
            <w:tcW w:type="dxa" w:w="5040"/>
          </w:tcPr>
          <w:p>
            <w:r>
              <w:t>12 cm per month</w:t>
            </w:r>
          </w:p>
        </w:tc>
      </w:tr>
      <w:tr>
        <w:tc>
          <w:tcPr>
            <w:tcW w:type="dxa" w:w="5040"/>
          </w:tcPr>
          <w:p>
            <w:r>
              <w:t>Glacier front flowing</w:t>
            </w:r>
          </w:p>
        </w:tc>
        <w:tc>
          <w:tcPr>
            <w:tcW w:type="dxa" w:w="5040"/>
          </w:tcPr>
          <w:p>
            <w:r>
              <w:t>0.5 m per day</w:t>
            </w:r>
          </w:p>
        </w:tc>
      </w:tr>
      <w:tr>
        <w:tc>
          <w:tcPr>
            <w:tcW w:type="dxa" w:w="5040"/>
          </w:tcPr>
          <w:p>
            <w:r>
              <w:t>Landslide (moved 300 m, then stopped)</w:t>
            </w:r>
          </w:p>
        </w:tc>
        <w:tc>
          <w:tcPr>
            <w:tcW w:type="dxa" w:w="5040"/>
          </w:tcPr>
          <w:p>
            <w:r>
              <w:t>300 m in 2 minutes</w:t>
            </w:r>
          </w:p>
        </w:tc>
      </w:tr>
    </w:tbl>
    <w:p/>
    <w:p>
      <w:r>
        <w:rPr>
          <w:i/>
          <w:sz w:val="18"/>
        </w:rPr>
        <w:t>Teaching values chosen to be realistic for each kind of process; convert each one to mm per year.</w:t>
      </w:r>
    </w:p>
    <w:p>
      <w:r>
        <w:t>6. Complete the table. Useful facts: 1 cm = 10 mm, 1 m = 1,000 mm, 1 year = 12 months = 365 days = 525,600 minutes.</w:t>
      </w:r>
    </w:p>
    <w:tbl>
      <w:tblPr>
        <w:tblStyle w:val="TableGrid"/>
        <w:tblW w:type="auto" w:w="0"/>
        <w:tblLook w:firstColumn="1" w:firstRow="1" w:lastColumn="0" w:lastRow="0" w:noHBand="0" w:noVBand="1" w:val="04A0"/>
      </w:tblPr>
      <w:tblGrid>
        <w:gridCol w:w="5040"/>
        <w:gridCol w:w="5040"/>
      </w:tblGrid>
      <w:tr>
        <w:tc>
          <w:tcPr>
            <w:tcW w:type="dxa" w:w="5040"/>
          </w:tcPr>
          <w:p>
            <w:r/>
            <w:r>
              <w:rPr>
                <w:b/>
              </w:rPr>
              <w:t>Rate in mm per year</w:t>
            </w:r>
          </w:p>
        </w:tc>
        <w:tc>
          <w:tcPr>
            <w:tcW w:type="dxa" w:w="5040"/>
          </w:tcPr>
          <w:p>
            <w:r/>
            <w:r>
              <w:rPr>
                <w:b/>
              </w:rPr>
              <w:t>Show the conversion</w:t>
            </w:r>
          </w:p>
        </w:tc>
      </w:tr>
      <w:tr>
        <w:tc>
          <w:tcPr>
            <w:tcW w:type="dxa" w:w="5040"/>
          </w:tcPr>
          <w:p>
            <w:r>
              <w:t>Stalactite</w:t>
            </w:r>
          </w:p>
        </w:tc>
        <w:tc>
          <w:tcPr>
            <w:tcW w:type="dxa" w:w="5040"/>
          </w:tcPr>
          <w:p>
            <w:r/>
          </w:p>
        </w:tc>
      </w:tr>
      <w:tr>
        <w:tc>
          <w:tcPr>
            <w:tcW w:type="dxa" w:w="5040"/>
          </w:tcPr>
          <w:p>
            <w:r>
              <w:t>Continent</w:t>
            </w:r>
          </w:p>
        </w:tc>
        <w:tc>
          <w:tcPr>
            <w:tcW w:type="dxa" w:w="5040"/>
          </w:tcPr>
          <w:p>
            <w:r/>
          </w:p>
        </w:tc>
      </w:tr>
      <w:tr>
        <w:tc>
          <w:tcPr>
            <w:tcW w:type="dxa" w:w="5040"/>
          </w:tcPr>
          <w:p>
            <w:r>
              <w:t>Sea cliff</w:t>
            </w:r>
          </w:p>
        </w:tc>
        <w:tc>
          <w:tcPr>
            <w:tcW w:type="dxa" w:w="5040"/>
          </w:tcPr>
          <w:p>
            <w:r/>
          </w:p>
        </w:tc>
      </w:tr>
      <w:tr>
        <w:tc>
          <w:tcPr>
            <w:tcW w:type="dxa" w:w="5040"/>
          </w:tcPr>
          <w:p>
            <w:r>
              <w:t>Dune crest</w:t>
            </w:r>
          </w:p>
        </w:tc>
        <w:tc>
          <w:tcPr>
            <w:tcW w:type="dxa" w:w="5040"/>
          </w:tcPr>
          <w:p>
            <w:r/>
          </w:p>
        </w:tc>
      </w:tr>
      <w:tr>
        <w:tc>
          <w:tcPr>
            <w:tcW w:type="dxa" w:w="5040"/>
          </w:tcPr>
          <w:p>
            <w:r>
              <w:t>Glacier front</w:t>
            </w:r>
          </w:p>
        </w:tc>
        <w:tc>
          <w:tcPr>
            <w:tcW w:type="dxa" w:w="5040"/>
          </w:tcPr>
          <w:p>
            <w:r/>
          </w:p>
        </w:tc>
      </w:tr>
      <w:tr>
        <w:tc>
          <w:tcPr>
            <w:tcW w:type="dxa" w:w="5040"/>
          </w:tcPr>
          <w:p>
            <w:r>
              <w:t>Landslide</w:t>
            </w:r>
          </w:p>
        </w:tc>
        <w:tc>
          <w:tcPr>
            <w:tcW w:type="dxa" w:w="5040"/>
          </w:tcPr>
          <w:p>
            <w:r/>
          </w:p>
        </w:tc>
      </w:tr>
    </w:tbl>
    <w:p/>
    <w:p>
      <w:r>
        <w:t>7. Rank the six processes from fastest to slowest using your mm-per-year values. Then explain why the landslide's number is misleading, even though the arithmetic is correct.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The landslide moved 300 m of rock in two minutes. How many years would the sea cliff need to retreat 300 m? How many years would the continent need to move 300 m? Show both calculations.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Using numbers from this sheet, explain why a very slow process can still produce a bigger total change than a very fast one. Then explain why a scientist describing any change needs to report both how much space it covered and how long it took.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Rates in three lines</w:t>
      </w:r>
    </w:p>
    <w:p>
      <w:r>
        <w:t>Write every rate calculation in three lines: (1) the total change with its unit, (2) the total time with its unit, (3) change ÷ time = rate, with the unit written as 'per' (for example, 3.0 m ÷ 5 years = 0.6 m per year). To convert a rate, change one unit at a time and write the new unit after each step: 0.5 m per day → 0.5 × 365 = 182.5 m per year → 182.5 × 1,000 = 182,500 mm per year. To find a time from a rate, divide the distance by the rate and check that the distance units cancel.</w:t>
      </w:r>
    </w:p>
    <w:p>
      <w:pPr>
        <w:pStyle w:val="Heading2"/>
      </w:pPr>
      <w:r>
        <w:t>When the rate is not constant</w:t>
      </w:r>
    </w:p>
    <w:p>
      <w:r>
        <w:t>The cliff lost 0.8 m in year 3 but only 0.5 m in years 2 and 4. Suppose that from now on a big storm like year 3's hits once every five years and ordinary years lose 0.5 m. Recalculate how long the cliff will take to reach the post under this pattern, compare it with your q2 answer, and write two sentences about why planners who build near cliffs should use the storm pattern rather than a single average. Then find out how scientists measure present-day plate movement to the millimeter, and write one sentence on why a five-year record is enough to measure a rate that will run for millions of years.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