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12: Identifying Chemical Reactions · Worksheet 5 of 10</w:t>
      </w:r>
    </w:p>
    <w:p>
      <w:pPr>
        <w:pStyle w:val="Heading1"/>
      </w:pPr>
      <w:r>
        <w:t>Three Cups in Numbers: Temperature Clues and the Recovery Test</w:t>
      </w:r>
    </w:p>
    <w:p>
      <w:r>
        <w:rPr>
          <w:b/>
        </w:rPr>
        <w:t>Learning target: I can graph temperature data, calculate before-and-after differences in solubility, and use those numbers to decide which cup made a new substance and which only looked like it did.</w:t>
      </w:r>
    </w:p>
    <w:p>
      <w:r>
        <w:rPr>
          <w:color w:val="6B6F6C"/>
          <w:sz w:val="18"/>
        </w:rPr>
        <w:t>Data and graphing · about 45 minutes · individual · Standards: MS-PS1-2 (assesses)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>Both tables are teaching datasets: the numbers were invented to be realistic, not copied from a real trial. Part A asks you to graph temperature and calculate how much each cup warmed or cooled. Part B gives the results of a recovery test on the solids. Show every calculation with units. Write a sign (+ or −) on every change. Answer in complete sentences where lines are given.</w:t>
      </w:r>
    </w:p>
    <w:p>
      <w:pPr>
        <w:pStyle w:val="Heading2"/>
      </w:pPr>
      <w:r>
        <w:t>Part A: The temperature story</w:t>
      </w:r>
    </w:p>
    <w:p>
      <w:r>
        <w:t>Mr. Delgado's class repeated the three-bag demonstration in open cups so that a thermometer could stand in each one. Cup A held 2.5 g of baking soda (half as much, so that the vinegar was enough to use all of it up), and 50 mL of white vinegar was poured in. Cup B held 5.0 g of calcium chloride pellets, and 50 mL of water was poured in. Cup C held 5.0 g of Epsom salt, and 50 mL of water was poured in. Every liquid and every cup started at 21.0 °C, and the room stayed at 21 °C the whole time. Cup A fizzed for about two minutes. In Cups B and C the solids disappeared within a minute. The class read each thermometer at the times shown.</w:t>
      </w:r>
    </w:p>
    <w:p>
      <w:r>
        <w:rPr>
          <w:b/>
        </w:rPr>
        <w:t>Table 1. Temperature in each cup (teaching dataset)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/>
            <w:r>
              <w:rPr>
                <w:b/>
              </w:rPr>
              <w:t>Time (minutes)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Cup A: baking soda + vinegar (°C)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Cup B: calcium chloride + water (°C)</w:t>
            </w:r>
          </w:p>
        </w:tc>
        <w:tc>
          <w:tcPr>
            <w:tcW w:type="dxa" w:w="2520"/>
          </w:tcPr>
          <w:p>
            <w:r/>
            <w:r>
              <w:rPr>
                <w:b/>
              </w:rPr>
              <w:t>Cup C: Epsom salt + water (°C)</w:t>
            </w:r>
          </w:p>
        </w:tc>
      </w:tr>
      <w:tr>
        <w:tc>
          <w:tcPr>
            <w:tcW w:type="dxa" w:w="2520"/>
          </w:tcPr>
          <w:p>
            <w:r>
              <w:t>0</w:t>
            </w:r>
          </w:p>
        </w:tc>
        <w:tc>
          <w:tcPr>
            <w:tcW w:type="dxa" w:w="2520"/>
          </w:tcPr>
          <w:p>
            <w:r>
              <w:t>21.0</w:t>
            </w:r>
          </w:p>
        </w:tc>
        <w:tc>
          <w:tcPr>
            <w:tcW w:type="dxa" w:w="2520"/>
          </w:tcPr>
          <w:p>
            <w:r>
              <w:t>21.0</w:t>
            </w:r>
          </w:p>
        </w:tc>
        <w:tc>
          <w:tcPr>
            <w:tcW w:type="dxa" w:w="2520"/>
          </w:tcPr>
          <w:p>
            <w:r>
              <w:t>21.0</w:t>
            </w:r>
          </w:p>
        </w:tc>
      </w:tr>
      <w:tr>
        <w:tc>
          <w:tcPr>
            <w:tcW w:type="dxa" w:w="2520"/>
          </w:tcPr>
          <w:p>
            <w:r>
              <w:t>1</w:t>
            </w:r>
          </w:p>
        </w:tc>
        <w:tc>
          <w:tcPr>
            <w:tcW w:type="dxa" w:w="2520"/>
          </w:tcPr>
          <w:p>
            <w:r>
              <w:t>18.9</w:t>
            </w:r>
          </w:p>
        </w:tc>
        <w:tc>
          <w:tcPr>
            <w:tcW w:type="dxa" w:w="2520"/>
          </w:tcPr>
          <w:p>
            <w:r>
              <w:t>31.4</w:t>
            </w:r>
          </w:p>
        </w:tc>
        <w:tc>
          <w:tcPr>
            <w:tcW w:type="dxa" w:w="2520"/>
          </w:tcPr>
          <w:p>
            <w:r>
              <w:t>19.9</w:t>
            </w:r>
          </w:p>
        </w:tc>
      </w:tr>
      <w:tr>
        <w:tc>
          <w:tcPr>
            <w:tcW w:type="dxa" w:w="2520"/>
          </w:tcPr>
          <w:p>
            <w:r>
              <w:t>2</w:t>
            </w:r>
          </w:p>
        </w:tc>
        <w:tc>
          <w:tcPr>
            <w:tcW w:type="dxa" w:w="2520"/>
          </w:tcPr>
          <w:p>
            <w:r>
              <w:t>17.8</w:t>
            </w:r>
          </w:p>
        </w:tc>
        <w:tc>
          <w:tcPr>
            <w:tcW w:type="dxa" w:w="2520"/>
          </w:tcPr>
          <w:p>
            <w:r>
              <w:t>36.2</w:t>
            </w:r>
          </w:p>
        </w:tc>
        <w:tc>
          <w:tcPr>
            <w:tcW w:type="dxa" w:w="2520"/>
          </w:tcPr>
          <w:p>
            <w:r>
              <w:t>19.2</w:t>
            </w:r>
          </w:p>
        </w:tc>
      </w:tr>
      <w:tr>
        <w:tc>
          <w:tcPr>
            <w:tcW w:type="dxa" w:w="2520"/>
          </w:tcPr>
          <w:p>
            <w:r>
              <w:t>3</w:t>
            </w:r>
          </w:p>
        </w:tc>
        <w:tc>
          <w:tcPr>
            <w:tcW w:type="dxa" w:w="2520"/>
          </w:tcPr>
          <w:p>
            <w:r>
              <w:t>17.5</w:t>
            </w:r>
          </w:p>
        </w:tc>
        <w:tc>
          <w:tcPr>
            <w:tcW w:type="dxa" w:w="2520"/>
          </w:tcPr>
          <w:p>
            <w:r>
              <w:t>37.0</w:t>
            </w:r>
          </w:p>
        </w:tc>
        <w:tc>
          <w:tcPr>
            <w:tcW w:type="dxa" w:w="2520"/>
          </w:tcPr>
          <w:p>
            <w:r>
              <w:t>19.0</w:t>
            </w:r>
          </w:p>
        </w:tc>
      </w:tr>
      <w:tr>
        <w:tc>
          <w:tcPr>
            <w:tcW w:type="dxa" w:w="2520"/>
          </w:tcPr>
          <w:p>
            <w:r>
              <w:t>5</w:t>
            </w:r>
          </w:p>
        </w:tc>
        <w:tc>
          <w:tcPr>
            <w:tcW w:type="dxa" w:w="2520"/>
          </w:tcPr>
          <w:p>
            <w:r>
              <w:t>17.9</w:t>
            </w:r>
          </w:p>
        </w:tc>
        <w:tc>
          <w:tcPr>
            <w:tcW w:type="dxa" w:w="2520"/>
          </w:tcPr>
          <w:p>
            <w:r>
              <w:t>35.1</w:t>
            </w:r>
          </w:p>
        </w:tc>
        <w:tc>
          <w:tcPr>
            <w:tcW w:type="dxa" w:w="2520"/>
          </w:tcPr>
          <w:p>
            <w:r>
              <w:t>19.3</w:t>
            </w:r>
          </w:p>
        </w:tc>
      </w:tr>
      <w:tr>
        <w:tc>
          <w:tcPr>
            <w:tcW w:type="dxa" w:w="2520"/>
          </w:tcPr>
          <w:p>
            <w:r>
              <w:t>10</w:t>
            </w:r>
          </w:p>
        </w:tc>
        <w:tc>
          <w:tcPr>
            <w:tcW w:type="dxa" w:w="2520"/>
          </w:tcPr>
          <w:p>
            <w:r>
              <w:t>19.4</w:t>
            </w:r>
          </w:p>
        </w:tc>
        <w:tc>
          <w:tcPr>
            <w:tcW w:type="dxa" w:w="2520"/>
          </w:tcPr>
          <w:p>
            <w:r>
              <w:t>30.6</w:t>
            </w:r>
          </w:p>
        </w:tc>
        <w:tc>
          <w:tcPr>
            <w:tcW w:type="dxa" w:w="2520"/>
          </w:tcPr>
          <w:p>
            <w:r>
              <w:t>20.2</w:t>
            </w:r>
          </w:p>
        </w:tc>
      </w:tr>
    </w:tbl>
    <w:p/>
    <w:p>
      <w:r>
        <w:rPr>
          <w:i/>
          <w:sz w:val="18"/>
        </w:rPr>
        <w:t>Simulated data for teaching. Realistic for the amounts described, each in 50 mL of liquid at room temperature.</w:t>
      </w:r>
    </w:p>
    <w:p>
      <w:r>
        <w:drawing>
          <wp:inline xmlns:a="http://schemas.openxmlformats.org/drawingml/2006/main" xmlns:pic="http://schemas.openxmlformats.org/drawingml/2006/picture">
            <wp:extent cx="5943600" cy="35661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mperature_in_each_cup_over_ten_minut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1. For each cup, find the reading farthest from the starting temperature and calculate the change (that reading minus 21.0 °C). Write a + sign for warming and a − sign for cooling, and say at what time it happened.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2. Describe the shape of each line. Then explain why all three lines head back toward 21 °C by 10 minutes, even though nothing new was added to the cups.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3. Cups A and C both cooled. Using </w:t>
      </w:r>
      <w:r>
        <w:rPr>
          <w:b/>
        </w:rPr>
        <w:t>only</w:t>
      </w:r>
      <w:r>
        <w:t xml:space="preserve"> Table 1 and your graph, can you tell which cup, if either, made a new substance? Explain what temperature data can and cannot show.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Which statement about Cup B is best supported by Part A alone?</w:t>
      </w:r>
    </w:p>
    <w:p>
      <w:r>
        <w:t xml:space="preserve">   ○ A. A chemical reaction happened, because the cup got hot.</w:t>
      </w:r>
    </w:p>
    <w:p>
      <w:r>
        <w:t xml:space="preserve">   ○ B. The pellets dissolved, which is a physical change.</w:t>
      </w:r>
    </w:p>
    <w:p>
      <w:r>
        <w:t xml:space="preserve">   ○ C. Something happened that released energy to the water, but these data do not show whether a new substance formed.</w:t>
      </w:r>
    </w:p>
    <w:p>
      <w:r>
        <w:t xml:space="preserve">   ○ D. The thermometer in Cup B must have been faulty, because water cannot warm up on its own.</w:t>
      </w:r>
    </w:p>
    <w:p>
      <w:pPr>
        <w:pStyle w:val="Heading2"/>
      </w:pPr>
      <w:r>
        <w:t>Part B: The recovery test</w:t>
      </w:r>
    </w:p>
    <w:p>
      <w:r>
        <w:t xml:space="preserve">The class left each cup uncovered on a warm shelf for three days, until the liquid was gone. They scraped the dry solid out of each cup and tested it beside a fresh sample of the solid that had gone into that cup. Every solubility test was done at 20 °C by stirring the solid into 100 mL of water a little at a time until no more would dissolve. When the class repeated a solubility test on the </w:t>
      </w:r>
      <w:r>
        <w:rPr>
          <w:b/>
        </w:rPr>
        <w:t>same</w:t>
      </w:r>
      <w:r>
        <w:t xml:space="preserve"> powder, the two results were always within 2 g per 100 mL of each other.</w:t>
      </w:r>
    </w:p>
    <w:p>
      <w:r>
        <w:rPr>
          <w:b/>
        </w:rPr>
        <w:t>Table 2. Before-and-after tests on the solids (teaching dataset)</w:t>
      </w:r>
    </w:p>
    <w:p>
      <w:r>
        <w:rPr>
          <w:i/>
          <w:sz w:val="18"/>
        </w:rPr>
        <w:t>Simulated teaching dataset (not real measurements).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80"/>
        <w:gridCol w:w="1680"/>
        <w:gridCol w:w="1680"/>
        <w:gridCol w:w="1680"/>
        <w:gridCol w:w="1680"/>
        <w:gridCol w:w="1680"/>
      </w:tblGrid>
      <w:tr>
        <w:tc>
          <w:tcPr>
            <w:tcW w:type="dxa" w:w="1680"/>
          </w:tcPr>
          <w:p>
            <w:r/>
            <w:r>
              <w:rPr>
                <w:b/>
              </w:rPr>
              <w:t>Cup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Solid tested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Appearance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Solubility at 20 °C (g per 100 mL)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Fizzes when vinegar is added?</w:t>
            </w:r>
          </w:p>
        </w:tc>
        <w:tc>
          <w:tcPr>
            <w:tcW w:type="dxa" w:w="1680"/>
          </w:tcPr>
          <w:p>
            <w:r/>
            <w:r>
              <w:rPr>
                <w:b/>
              </w:rPr>
              <w:t>Odor</w:t>
            </w:r>
          </w:p>
        </w:tc>
      </w:tr>
      <w:tr>
        <w:tc>
          <w:tcPr>
            <w:tcW w:type="dxa" w:w="1680"/>
          </w:tcPr>
          <w:p>
            <w:r>
              <w:t>A</w:t>
            </w:r>
          </w:p>
        </w:tc>
        <w:tc>
          <w:tcPr>
            <w:tcW w:type="dxa" w:w="1680"/>
          </w:tcPr>
          <w:p>
            <w:r>
              <w:t>Baking soda (before)</w:t>
            </w:r>
          </w:p>
        </w:tc>
        <w:tc>
          <w:tcPr>
            <w:tcW w:type="dxa" w:w="1680"/>
          </w:tcPr>
          <w:p>
            <w:r>
              <w:t>white powder</w:t>
            </w:r>
          </w:p>
        </w:tc>
        <w:tc>
          <w:tcPr>
            <w:tcW w:type="dxa" w:w="1680"/>
          </w:tcPr>
          <w:p>
            <w:r>
              <w:t>9.6</w:t>
            </w:r>
          </w:p>
        </w:tc>
        <w:tc>
          <w:tcPr>
            <w:tcW w:type="dxa" w:w="1680"/>
          </w:tcPr>
          <w:p>
            <w:r>
              <w:t>yes, strongly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  <w:tr>
        <w:tc>
          <w:tcPr>
            <w:tcW w:type="dxa" w:w="1680"/>
          </w:tcPr>
          <w:p>
            <w:r>
              <w:t>A</w:t>
            </w:r>
          </w:p>
        </w:tc>
        <w:tc>
          <w:tcPr>
            <w:tcW w:type="dxa" w:w="1680"/>
          </w:tcPr>
          <w:p>
            <w:r>
              <w:t>Solid recovered (after)</w:t>
            </w:r>
          </w:p>
        </w:tc>
        <w:tc>
          <w:tcPr>
            <w:tcW w:type="dxa" w:w="1680"/>
          </w:tcPr>
          <w:p>
            <w:r>
              <w:t>white, slightly glassy crust</w:t>
            </w:r>
          </w:p>
        </w:tc>
        <w:tc>
          <w:tcPr>
            <w:tcW w:type="dxa" w:w="1680"/>
          </w:tcPr>
          <w:p>
            <w:r>
              <w:t>121</w:t>
            </w:r>
          </w:p>
        </w:tc>
        <w:tc>
          <w:tcPr>
            <w:tcW w:type="dxa" w:w="1680"/>
          </w:tcPr>
          <w:p>
            <w:r>
              <w:t>no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  <w:tr>
        <w:tc>
          <w:tcPr>
            <w:tcW w:type="dxa" w:w="1680"/>
          </w:tcPr>
          <w:p>
            <w:r>
              <w:t>B</w:t>
            </w:r>
          </w:p>
        </w:tc>
        <w:tc>
          <w:tcPr>
            <w:tcW w:type="dxa" w:w="1680"/>
          </w:tcPr>
          <w:p>
            <w:r>
              <w:t>Calcium chloride (before)</w:t>
            </w:r>
          </w:p>
        </w:tc>
        <w:tc>
          <w:tcPr>
            <w:tcW w:type="dxa" w:w="1680"/>
          </w:tcPr>
          <w:p>
            <w:r>
              <w:t>white pellets</w:t>
            </w:r>
          </w:p>
        </w:tc>
        <w:tc>
          <w:tcPr>
            <w:tcW w:type="dxa" w:w="1680"/>
          </w:tcPr>
          <w:p>
            <w:r>
              <w:t>74</w:t>
            </w:r>
          </w:p>
        </w:tc>
        <w:tc>
          <w:tcPr>
            <w:tcW w:type="dxa" w:w="1680"/>
          </w:tcPr>
          <w:p>
            <w:r>
              <w:t>no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  <w:tr>
        <w:tc>
          <w:tcPr>
            <w:tcW w:type="dxa" w:w="1680"/>
          </w:tcPr>
          <w:p>
            <w:r>
              <w:t>B</w:t>
            </w:r>
          </w:p>
        </w:tc>
        <w:tc>
          <w:tcPr>
            <w:tcW w:type="dxa" w:w="1680"/>
          </w:tcPr>
          <w:p>
            <w:r>
              <w:t>Solid recovered (after)</w:t>
            </w:r>
          </w:p>
        </w:tc>
        <w:tc>
          <w:tcPr>
            <w:tcW w:type="dxa" w:w="1680"/>
          </w:tcPr>
          <w:p>
            <w:r>
              <w:t>white crust</w:t>
            </w:r>
          </w:p>
        </w:tc>
        <w:tc>
          <w:tcPr>
            <w:tcW w:type="dxa" w:w="1680"/>
          </w:tcPr>
          <w:p>
            <w:r>
              <w:t>75</w:t>
            </w:r>
          </w:p>
        </w:tc>
        <w:tc>
          <w:tcPr>
            <w:tcW w:type="dxa" w:w="1680"/>
          </w:tcPr>
          <w:p>
            <w:r>
              <w:t>no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  <w:tr>
        <w:tc>
          <w:tcPr>
            <w:tcW w:type="dxa" w:w="1680"/>
          </w:tcPr>
          <w:p>
            <w:r>
              <w:t>C</w:t>
            </w:r>
          </w:p>
        </w:tc>
        <w:tc>
          <w:tcPr>
            <w:tcW w:type="dxa" w:w="1680"/>
          </w:tcPr>
          <w:p>
            <w:r>
              <w:t>Epsom salt (before)</w:t>
            </w:r>
          </w:p>
        </w:tc>
        <w:tc>
          <w:tcPr>
            <w:tcW w:type="dxa" w:w="1680"/>
          </w:tcPr>
          <w:p>
            <w:r>
              <w:t>clear, colorless crystals</w:t>
            </w:r>
          </w:p>
        </w:tc>
        <w:tc>
          <w:tcPr>
            <w:tcW w:type="dxa" w:w="1680"/>
          </w:tcPr>
          <w:p>
            <w:r>
              <w:t>71</w:t>
            </w:r>
          </w:p>
        </w:tc>
        <w:tc>
          <w:tcPr>
            <w:tcW w:type="dxa" w:w="1680"/>
          </w:tcPr>
          <w:p>
            <w:r>
              <w:t>no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  <w:tr>
        <w:tc>
          <w:tcPr>
            <w:tcW w:type="dxa" w:w="1680"/>
          </w:tcPr>
          <w:p>
            <w:r>
              <w:t>C</w:t>
            </w:r>
          </w:p>
        </w:tc>
        <w:tc>
          <w:tcPr>
            <w:tcW w:type="dxa" w:w="1680"/>
          </w:tcPr>
          <w:p>
            <w:r>
              <w:t>Solid recovered (after)</w:t>
            </w:r>
          </w:p>
        </w:tc>
        <w:tc>
          <w:tcPr>
            <w:tcW w:type="dxa" w:w="1680"/>
          </w:tcPr>
          <w:p>
            <w:r>
              <w:t>clear, colorless crystals</w:t>
            </w:r>
          </w:p>
        </w:tc>
        <w:tc>
          <w:tcPr>
            <w:tcW w:type="dxa" w:w="1680"/>
          </w:tcPr>
          <w:p>
            <w:r>
              <w:t>70</w:t>
            </w:r>
          </w:p>
        </w:tc>
        <w:tc>
          <w:tcPr>
            <w:tcW w:type="dxa" w:w="1680"/>
          </w:tcPr>
          <w:p>
            <w:r>
              <w:t>no</w:t>
            </w:r>
          </w:p>
        </w:tc>
        <w:tc>
          <w:tcPr>
            <w:tcW w:type="dxa" w:w="1680"/>
          </w:tcPr>
          <w:p>
            <w:r>
              <w:t>none</w:t>
            </w:r>
          </w:p>
        </w:tc>
      </w:tr>
    </w:tbl>
    <w:p/>
    <w:p>
      <w:r>
        <w:rPr>
          <w:i/>
          <w:sz w:val="18"/>
        </w:rPr>
        <w:t>Simulated data for teaching. 'Before' is the solid that went into the cup; 'after' is the dry solid recovered when the liquid was gone.</w:t>
      </w:r>
    </w:p>
    <w:p>
      <w:r>
        <w:t>5. For each cup, calculate the change in solubility (after minus before) in g per 100 mL. Then calculate how many times larger Cup A's 'after' solubility is than its 'before' solubility (divide). Round to one decimal place.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6. Cups B and C each show a difference of 1 g per 100 mL. Use the sentence about repeated tests in the Part B description to explain why a difference this small is </w:t>
      </w:r>
      <w:r>
        <w:rPr>
          <w:b/>
        </w:rPr>
        <w:t>not</w:t>
      </w:r>
      <w:r>
        <w:t xml:space="preserve"> evidence of a new substance.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7. Which cup made a new substance? Give </w:t>
      </w:r>
      <w:r>
        <w:rPr>
          <w:b/>
        </w:rPr>
        <w:t>two independent</w:t>
      </w:r>
      <w:r>
        <w:t xml:space="preserve"> pieces of evidence from Table 2, and name the one property in that cup's row that did </w:t>
      </w:r>
      <w:r>
        <w:rPr>
          <w:b/>
        </w:rPr>
        <w:t>not</w:t>
      </w:r>
      <w:r>
        <w:t xml:space="preserve"> change.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Cup B warmed the most of all three cups, yet Table 2 shows no change. What happened to the calcium chloride in Cup B, what kind of change is it, and which Table 2 result shows it?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9. A student wants to repeat the Cup A solubility tests with only 25 mL of water at 20 °C. Using Table 2, calculate how many grams of baking soda and how many grams of the recovered Cup A solid should dissolve in 25 mL. Show your work.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10. Three kinds of evidence appeared in this investigation: a temperature change (Table 1), fizzing (seen in Cup A), and a difference in solubility measured at the same temperature (Table 2). Rank them from </w:t>
      </w:r>
      <w:r>
        <w:rPr>
          <w:b/>
        </w:rPr>
        <w:t>weakest</w:t>
      </w:r>
      <w:r>
        <w:t xml:space="preserve"> to </w:t>
      </w:r>
      <w:r>
        <w:rPr>
          <w:b/>
        </w:rPr>
        <w:t>strongest</w:t>
      </w:r>
      <w:r>
        <w:t xml:space="preserve"> as evidence that a new substance formed. Justify each ranking with a specific cup.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Changes have signs</w:t>
      </w:r>
    </w:p>
    <w:p>
      <w:r>
        <w:t>A change is always 'after minus before'. If the answer is negative, the cup cooled or the value dropped; if it is positive, the cup warmed or the value rose. For q1, run your finger down each cup's column, mark the reading farthest from 21.0, and subtract 21.0 from it. For q5, Table 2 comes in pairs: the 'after' row sits right under the 'before' row for the same cup, so subtract the upper number from the lower one.</w:t>
      </w:r>
    </w:p>
    <w:p>
      <w:pPr>
        <w:pStyle w:val="Heading2"/>
      </w:pPr>
      <w:r>
        <w:t>Design Cup D and spot the temperature trap</w:t>
      </w:r>
    </w:p>
    <w:p>
      <w:r>
        <w:t>Reference values: table salt (sodium chloride) dissolves 36 g per 100 mL of water at 20 °C and 39 g per 100 mL at 100 °C. Imagine a Cup D with 5.0 g of table salt and 50 mL of water. Predict its two rows of Table 2 (before and after) and its temperature change in Table 1, with a reason for each prediction. Then explain the trap: a student measures the 'before' solubility in 20 °C water and the 'after' solubility in freshly boiled water. What numbers would that student get, what would they wrongly conclude, and how does the 2 g per 100 mL repeat-test spread help you decide whether a 3 g difference is real?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