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13: Atoms in Chemical Reactions · Worksheet 10 of 10</w:t>
      </w:r>
    </w:p>
    <w:p>
      <w:pPr>
        <w:pStyle w:val="Heading1"/>
      </w:pPr>
      <w:r>
        <w:t>Atoms in Chemical Reactions: Mastery Check</w:t>
      </w:r>
    </w:p>
    <w:p>
      <w:r>
        <w:rPr>
          <w:b/>
        </w:rPr>
        <w:t>Learning target: I can count atoms in a given equation, sort a reaction by how its atoms regroup, predict and explain balance readings in open and closed systems, and compute the efficiency of a chemical process from mass data.</w:t>
      </w:r>
    </w:p>
    <w:p>
      <w:r>
        <w:rPr>
          <w:color w:val="6B6F6C"/>
          <w:sz w:val="18"/>
        </w:rPr>
        <w:t>Retrieval and mastery check · about 35 minutes · individual · Standards: MS-PS1-5 (assesses), MS-ETS1-3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Work alone without notes. Part A has twelve short items; answer every one, and show your calculation on any numeric item. Part B is one synthesis paragraph. The equations on this quiz are correct as written; your job is to count, not to change them. Points are shown for each item; the quiz is worth 30 points.</w:t>
      </w:r>
    </w:p>
    <w:p>
      <w:pPr>
        <w:pStyle w:val="Heading2"/>
      </w:pPr>
      <w:r>
        <w:t>Part A: Retrieval items (24 points)</w:t>
      </w:r>
    </w:p>
    <w:p>
      <w:r>
        <w:t>1. In the equation 4Fe + 3O₂ → 2Fe₂O₃ (steel wool burning), which substances are the reactants?</w:t>
      </w:r>
    </w:p>
    <w:p>
      <w:r>
        <w:t xml:space="preserve">   ○ A. Fe₂O₃ only</w:t>
      </w:r>
    </w:p>
    <w:p>
      <w:r>
        <w:t xml:space="preserve">   ○ B. Fe and O₂</w:t>
      </w:r>
    </w:p>
    <w:p>
      <w:r>
        <w:t xml:space="preserve">   ○ C. O₂ and Fe₂O₃</w:t>
      </w:r>
    </w:p>
    <w:p>
      <w:r>
        <w:t xml:space="preserve">   ○ D. Fe only</w:t>
      </w:r>
    </w:p>
    <w:p>
      <w:r>
        <w:t>2. In the same equation, how many oxygen atoms are in 3O₂, and how many are in 2Fe₂O₃? Show the multiplication for each.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In 2NH₃ (two ammonia molecules), the small 3 is a:</w:t>
      </w:r>
    </w:p>
    <w:p>
      <w:r>
        <w:t xml:space="preserve">   ○ A. coefficient; it counts molecules</w:t>
      </w:r>
    </w:p>
    <w:p>
      <w:r>
        <w:t xml:space="preserve">   ○ B. subscript; it counts hydrogen atoms in each molecule</w:t>
      </w:r>
    </w:p>
    <w:p>
      <w:r>
        <w:t xml:space="preserve">   ○ C. subscript; it counts nitrogen atoms in each molecule</w:t>
      </w:r>
    </w:p>
    <w:p>
      <w:r>
        <w:t xml:space="preserve">   ○ D. coefficient; it counts atoms in total</w:t>
      </w:r>
    </w:p>
    <w:p>
      <w:r>
        <w:t>4. True or false: During a chemical reaction, atoms break apart into smaller pieces, and the pieces build the products.</w:t>
      </w:r>
    </w:p>
    <w:p>
      <w:r>
        <w:t xml:space="preserve">   ○ True      ○ False      Explain: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Tally the atoms in 2Mg + O₂ → 2MgO (magnesium burning; MgO is an extended structure counted in repeating units).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Atoms before (reactants)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Atoms after (products)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Same? (yes/no)</w:t>
            </w:r>
          </w:p>
        </w:tc>
      </w:tr>
      <w:tr>
        <w:tc>
          <w:tcPr>
            <w:tcW w:type="dxa" w:w="3360"/>
          </w:tcPr>
          <w:p>
            <w:r>
              <w:t>Mg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O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  <w:tr>
        <w:tc>
          <w:tcPr>
            <w:tcW w:type="dxa" w:w="3360"/>
          </w:tcPr>
          <w:p>
            <w:r>
              <w:t>Total</w:t>
            </w:r>
          </w:p>
        </w:tc>
        <w:tc>
          <w:tcPr>
            <w:tcW w:type="dxa" w:w="3360"/>
          </w:tcPr>
          <w:p>
            <w:r/>
          </w:p>
        </w:tc>
        <w:tc>
          <w:tcPr>
            <w:tcW w:type="dxa" w:w="3360"/>
          </w:tcPr>
          <w:p>
            <w:r/>
          </w:p>
        </w:tc>
      </w:tr>
    </w:tbl>
    <w:p/>
    <w:p>
      <w:r>
        <w:t>6. Sort each reaction by how its atoms regroup: breaking apart, joining together, or swapping partners. (a) 2H₂O₂ → 2H₂O + O₂ (b) 2Mg + O₂ → 2MgO (c) AgNO₃ + NaCl → AgCl + NaNO₃. Give a one-phrase reason for each.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A fizzing reaction runs inside a sealed rigid bottle on a balance. Before: 240.0 g. What does the balance read after the fizzing stops? Explain in one sentence.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The same reaction runs in an open dish. Before: 85.6 g. After: 84.9 g. How much gas left the dish? Show the subtraction and name what carried the mass away.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Steel wool reads 2.00 g before burning and 2.14 g after. The best explanation for the extra 0.14 g is:</w:t>
      </w:r>
    </w:p>
    <w:p>
      <w:r>
        <w:t xml:space="preserve">   ○ A. heat from the flame was stored in the metal</w:t>
      </w:r>
    </w:p>
    <w:p>
      <w:r>
        <w:t xml:space="preserve">   ○ B. oxygen atoms from the air bonded to the iron atoms</w:t>
      </w:r>
    </w:p>
    <w:p>
      <w:r>
        <w:t xml:space="preserve">   ○ C. the balance drifted while the metal was hot</w:t>
      </w:r>
    </w:p>
    <w:p>
      <w:r>
        <w:t xml:space="preserve">   ○ D. iron atoms were created by the reaction</w:t>
      </w:r>
    </w:p>
    <w:p>
      <w:r>
        <w:t>10. Nitrogen and hydrogen react to form ammonia: N₂ + 3H₂ → 2NH₃. Draw a BEFORE box and an AFTER box. Draw every atom as a labeled circle (N or H) with lines for bonds: nitrogen gas is two N atoms bonded together, hydrogen gas is two H atoms bonded together, and each ammonia molecule is one N atom bonded to three H atoms. Write the tally (N = ___, H = ___) under each box.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3118"/>
        </w:trPr>
        <w:tc>
          <w:tcPr>
            <w:tcW w:type="dxa" w:w="10080"/>
          </w:tcPr>
          <w:p/>
        </w:tc>
      </w:tr>
    </w:tbl>
    <w:p/>
    <w:p>
      <w:r>
        <w:t>11. A process uses 300 kg of reactants per batch and produces 120 kg of the wanted product; everything else is waste. (a) How much waste is made per batch? (b) What is the efficiency, as the percentage of reactant mass that becomes wanted product? Show both calculations.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12. One sentence states the law of conservation of matter. Another sentence explains why it is true. Write both sentences and label which is the law and which is the explanation.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B: Synthesis (6 points)</w:t>
      </w:r>
    </w:p>
    <w:p>
      <w:r>
        <w:t>13. A cup of vinegar and baking soda on a balance lost 1.1 g while it fizzed. A pad of steel wool on a balance gained 0.14 g while it burned. Explain both readings using one rule about atoms. Your answer must: say what crossed the boundary in each case and in which direction; state what would happen to each reading inside a sealed container; and explain why a chemical engineer who wants less waste cares about this same rule.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Before you start</w:t>
      </w:r>
    </w:p>
    <w:p>
      <w:r>
        <w:t>Counting rule: multiply the big number in front (coefficient) by the small number after a symbol (subscript); a symbol with no subscript counts as 1. Add every element across the whole side of the arrow before you compare sides. Reading rule: in a sealed, rigid container the balance reading does not change; in an open one, the reading falls if a gas leaves and rises if atoms from the air join a solid. Efficiency rule: wanted product mass ÷ reactant mass × 100.</w:t>
      </w:r>
    </w:p>
    <w:p>
      <w:pPr>
        <w:pStyle w:val="Heading2"/>
      </w:pPr>
      <w:r>
        <w:t>Write the hardest fair item</w:t>
      </w:r>
    </w:p>
    <w:p>
      <w:r>
        <w:t>Write one quiz item of your own that a classmate could only answer by using the atom model, not by memory. It must include an equation (already correct), a sealed or open container, and a balance reading, and it must have a single defensible numerical answer. Write the full answer key for it, including the calculation and one wrong answer a student might give with the misconception that produces it.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