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5 of 10</w:t>
      </w:r>
    </w:p>
    <w:p>
      <w:pPr>
        <w:pStyle w:val="Heading1"/>
      </w:pPr>
      <w:r>
        <w:t>Three Prototypes, One Winter: Reading Hand-Warmer Test Curves</w:t>
      </w:r>
    </w:p>
    <w:p>
      <w:r>
        <w:rPr>
          <w:b/>
        </w:rPr>
        <w:t>Learning target: I can graph temperature-versus-time data from three hand-warmer prototypes, calculate peak rise, warming rate and time above a threshold, and decide which prototype meets the criteria and which characteristics to combine.</w:t>
      </w:r>
    </w:p>
    <w:p>
      <w:r>
        <w:rPr>
          <w:color w:val="6B6F6C"/>
          <w:sz w:val="18"/>
        </w:rPr>
        <w:t>Data and graphing · about 45 minutes · individual · Standards: MS-ETS1-3 (practice), MS-PS1-6 (practice)</w:t>
      </w:r>
    </w:p>
    <w:p>
      <w:r>
        <w:t>Name: ____________________________    Date: ____________    Period: ______</w:t>
      </w:r>
    </w:p>
    <w:p>
      <w:pPr>
        <w:pStyle w:val="Heading2"/>
      </w:pPr>
      <w:r>
        <w:t>Directions</w:t>
      </w:r>
    </w:p>
    <w:p>
      <w:r>
        <w:t>A student engineering club tested three iron-powder hand-warmer prototypes in a room at 22 °C, reading each pouch's temperature every 30 minutes for 5 hours. The numbers are a teaching dataset: invented to be realistic, not measured in a lab. Plot all three curves on the blank graph, then answer the questions. Show every calculation with units. Use the criteria table to judge the prototypes; the club's constraints are listed with it.</w:t>
      </w:r>
    </w:p>
    <w:p>
      <w:r>
        <w:rPr>
          <w:b/>
        </w:rPr>
        <w:t>The club's criteria and constraints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Kind</w:t>
            </w:r>
          </w:p>
        </w:tc>
        <w:tc>
          <w:tcPr>
            <w:tcW w:type="dxa" w:w="3360"/>
          </w:tcPr>
          <w:p>
            <w:r/>
            <w:r>
              <w:rPr>
                <w:b/>
              </w:rPr>
              <w:t>Statement</w:t>
            </w:r>
          </w:p>
        </w:tc>
        <w:tc>
          <w:tcPr>
            <w:tcW w:type="dxa" w:w="3360"/>
          </w:tcPr>
          <w:p>
            <w:r/>
            <w:r>
              <w:rPr>
                <w:b/>
              </w:rPr>
              <w:t>How it is checked</w:t>
            </w:r>
          </w:p>
        </w:tc>
      </w:tr>
      <w:tr>
        <w:tc>
          <w:tcPr>
            <w:tcW w:type="dxa" w:w="3360"/>
          </w:tcPr>
          <w:p>
            <w:r>
              <w:t>Criterion 1</w:t>
            </w:r>
          </w:p>
        </w:tc>
        <w:tc>
          <w:tcPr>
            <w:tcW w:type="dxa" w:w="3360"/>
          </w:tcPr>
          <w:p>
            <w:r>
              <w:t>Peak temperature at least 42 °C</w:t>
            </w:r>
          </w:p>
        </w:tc>
        <w:tc>
          <w:tcPr>
            <w:tcW w:type="dxa" w:w="3360"/>
          </w:tcPr>
          <w:p>
            <w:r>
              <w:t>Highest reading in the table</w:t>
            </w:r>
          </w:p>
        </w:tc>
      </w:tr>
      <w:tr>
        <w:tc>
          <w:tcPr>
            <w:tcW w:type="dxa" w:w="3360"/>
          </w:tcPr>
          <w:p>
            <w:r>
              <w:t>Criterion 2</w:t>
            </w:r>
          </w:p>
        </w:tc>
        <w:tc>
          <w:tcPr>
            <w:tcW w:type="dxa" w:w="3360"/>
          </w:tcPr>
          <w:p>
            <w:r>
              <w:t>Stays at or above 38 °C for at least 3 hours</w:t>
            </w:r>
          </w:p>
        </w:tc>
        <w:tc>
          <w:tcPr>
            <w:tcW w:type="dxa" w:w="3360"/>
          </w:tcPr>
          <w:p>
            <w:r>
              <w:t>Time from the first reading at or above 38 °C to the last reading at or above 38 °C</w:t>
            </w:r>
          </w:p>
        </w:tc>
      </w:tr>
      <w:tr>
        <w:tc>
          <w:tcPr>
            <w:tcW w:type="dxa" w:w="3360"/>
          </w:tcPr>
          <w:p>
            <w:r>
              <w:t>Constraint A</w:t>
            </w:r>
          </w:p>
        </w:tc>
        <w:tc>
          <w:tcPr>
            <w:tcW w:type="dxa" w:w="3360"/>
          </w:tcPr>
          <w:p>
            <w:r>
              <w:t>Never above 50 °C (skin safety)</w:t>
            </w:r>
          </w:p>
        </w:tc>
        <w:tc>
          <w:tcPr>
            <w:tcW w:type="dxa" w:w="3360"/>
          </w:tcPr>
          <w:p>
            <w:r>
              <w:t>No reading above 50 °C</w:t>
            </w:r>
          </w:p>
        </w:tc>
      </w:tr>
      <w:tr>
        <w:tc>
          <w:tcPr>
            <w:tcW w:type="dxa" w:w="3360"/>
          </w:tcPr>
          <w:p>
            <w:r>
              <w:t>Constraint B</w:t>
            </w:r>
          </w:p>
        </w:tc>
        <w:tc>
          <w:tcPr>
            <w:tcW w:type="dxa" w:w="3360"/>
          </w:tcPr>
          <w:p>
            <w:r>
              <w:t>No more than 25 g of iron per pouch (cost)</w:t>
            </w:r>
          </w:p>
        </w:tc>
        <w:tc>
          <w:tcPr>
            <w:tcW w:type="dxa" w:w="3360"/>
          </w:tcPr>
          <w:p>
            <w:r>
              <w:t>Mass of iron used</w:t>
            </w:r>
          </w:p>
        </w:tc>
      </w:tr>
    </w:tbl>
    <w:p/>
    <w:p>
      <w:r>
        <w:rPr>
          <w:b/>
        </w:rPr>
        <w:t>Temperature of three prototypes over 5 hours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(min)</w:t>
            </w:r>
          </w:p>
        </w:tc>
        <w:tc>
          <w:tcPr>
            <w:tcW w:type="dxa" w:w="2520"/>
          </w:tcPr>
          <w:p>
            <w:r/>
            <w:r>
              <w:rPr>
                <w:b/>
              </w:rPr>
              <w:t>A: 10 g, thin pouch (°C)</w:t>
            </w:r>
          </w:p>
        </w:tc>
        <w:tc>
          <w:tcPr>
            <w:tcW w:type="dxa" w:w="2520"/>
          </w:tcPr>
          <w:p>
            <w:r/>
            <w:r>
              <w:rPr>
                <w:b/>
              </w:rPr>
              <w:t>B: 20 g, thin pouch (°C)</w:t>
            </w:r>
          </w:p>
        </w:tc>
        <w:tc>
          <w:tcPr>
            <w:tcW w:type="dxa" w:w="2520"/>
          </w:tcPr>
          <w:p>
            <w:r/>
            <w:r>
              <w:rPr>
                <w:b/>
              </w:rPr>
              <w:t>C: 20 g, thick pouch (°C)</w:t>
            </w:r>
          </w:p>
        </w:tc>
      </w:tr>
      <w:tr>
        <w:tc>
          <w:tcPr>
            <w:tcW w:type="dxa" w:w="2520"/>
          </w:tcPr>
          <w:p>
            <w:r>
              <w:t>0</w:t>
            </w:r>
          </w:p>
        </w:tc>
        <w:tc>
          <w:tcPr>
            <w:tcW w:type="dxa" w:w="2520"/>
          </w:tcPr>
          <w:p>
            <w:r>
              <w:t>22</w:t>
            </w:r>
          </w:p>
        </w:tc>
        <w:tc>
          <w:tcPr>
            <w:tcW w:type="dxa" w:w="2520"/>
          </w:tcPr>
          <w:p>
            <w:r>
              <w:t>22</w:t>
            </w:r>
          </w:p>
        </w:tc>
        <w:tc>
          <w:tcPr>
            <w:tcW w:type="dxa" w:w="2520"/>
          </w:tcPr>
          <w:p>
            <w:r>
              <w:t>22</w:t>
            </w:r>
          </w:p>
        </w:tc>
      </w:tr>
      <w:tr>
        <w:tc>
          <w:tcPr>
            <w:tcW w:type="dxa" w:w="2520"/>
          </w:tcPr>
          <w:p>
            <w:r>
              <w:t>30</w:t>
            </w:r>
          </w:p>
        </w:tc>
        <w:tc>
          <w:tcPr>
            <w:tcW w:type="dxa" w:w="2520"/>
          </w:tcPr>
          <w:p>
            <w:r>
              <w:t>41</w:t>
            </w:r>
          </w:p>
        </w:tc>
        <w:tc>
          <w:tcPr>
            <w:tcW w:type="dxa" w:w="2520"/>
          </w:tcPr>
          <w:p>
            <w:r>
              <w:t>44</w:t>
            </w:r>
          </w:p>
        </w:tc>
        <w:tc>
          <w:tcPr>
            <w:tcW w:type="dxa" w:w="2520"/>
          </w:tcPr>
          <w:p>
            <w:r>
              <w:t>33</w:t>
            </w:r>
          </w:p>
        </w:tc>
      </w:tr>
      <w:tr>
        <w:tc>
          <w:tcPr>
            <w:tcW w:type="dxa" w:w="2520"/>
          </w:tcPr>
          <w:p>
            <w:r>
              <w:t>60</w:t>
            </w:r>
          </w:p>
        </w:tc>
        <w:tc>
          <w:tcPr>
            <w:tcW w:type="dxa" w:w="2520"/>
          </w:tcPr>
          <w:p>
            <w:r>
              <w:t>43</w:t>
            </w:r>
          </w:p>
        </w:tc>
        <w:tc>
          <w:tcPr>
            <w:tcW w:type="dxa" w:w="2520"/>
          </w:tcPr>
          <w:p>
            <w:r>
              <w:t>49</w:t>
            </w:r>
          </w:p>
        </w:tc>
        <w:tc>
          <w:tcPr>
            <w:tcW w:type="dxa" w:w="2520"/>
          </w:tcPr>
          <w:p>
            <w:r>
              <w:t>39</w:t>
            </w:r>
          </w:p>
        </w:tc>
      </w:tr>
      <w:tr>
        <w:tc>
          <w:tcPr>
            <w:tcW w:type="dxa" w:w="2520"/>
          </w:tcPr>
          <w:p>
            <w:r>
              <w:t>90</w:t>
            </w:r>
          </w:p>
        </w:tc>
        <w:tc>
          <w:tcPr>
            <w:tcW w:type="dxa" w:w="2520"/>
          </w:tcPr>
          <w:p>
            <w:r>
              <w:t>40</w:t>
            </w:r>
          </w:p>
        </w:tc>
        <w:tc>
          <w:tcPr>
            <w:tcW w:type="dxa" w:w="2520"/>
          </w:tcPr>
          <w:p>
            <w:r>
              <w:t>47</w:t>
            </w:r>
          </w:p>
        </w:tc>
        <w:tc>
          <w:tcPr>
            <w:tcW w:type="dxa" w:w="2520"/>
          </w:tcPr>
          <w:p>
            <w:r>
              <w:t>42</w:t>
            </w:r>
          </w:p>
        </w:tc>
      </w:tr>
      <w:tr>
        <w:tc>
          <w:tcPr>
            <w:tcW w:type="dxa" w:w="2520"/>
          </w:tcPr>
          <w:p>
            <w:r>
              <w:t>120</w:t>
            </w:r>
          </w:p>
        </w:tc>
        <w:tc>
          <w:tcPr>
            <w:tcW w:type="dxa" w:w="2520"/>
          </w:tcPr>
          <w:p>
            <w:r>
              <w:t>36</w:t>
            </w:r>
          </w:p>
        </w:tc>
        <w:tc>
          <w:tcPr>
            <w:tcW w:type="dxa" w:w="2520"/>
          </w:tcPr>
          <w:p>
            <w:r>
              <w:t>44</w:t>
            </w:r>
          </w:p>
        </w:tc>
        <w:tc>
          <w:tcPr>
            <w:tcW w:type="dxa" w:w="2520"/>
          </w:tcPr>
          <w:p>
            <w:r>
              <w:t>43</w:t>
            </w:r>
          </w:p>
        </w:tc>
      </w:tr>
      <w:tr>
        <w:tc>
          <w:tcPr>
            <w:tcW w:type="dxa" w:w="2520"/>
          </w:tcPr>
          <w:p>
            <w:r>
              <w:t>150</w:t>
            </w:r>
          </w:p>
        </w:tc>
        <w:tc>
          <w:tcPr>
            <w:tcW w:type="dxa" w:w="2520"/>
          </w:tcPr>
          <w:p>
            <w:r>
              <w:t>32</w:t>
            </w:r>
          </w:p>
        </w:tc>
        <w:tc>
          <w:tcPr>
            <w:tcW w:type="dxa" w:w="2520"/>
          </w:tcPr>
          <w:p>
            <w:r>
              <w:t>41</w:t>
            </w:r>
          </w:p>
        </w:tc>
        <w:tc>
          <w:tcPr>
            <w:tcW w:type="dxa" w:w="2520"/>
          </w:tcPr>
          <w:p>
            <w:r>
              <w:t>43</w:t>
            </w:r>
          </w:p>
        </w:tc>
      </w:tr>
      <w:tr>
        <w:tc>
          <w:tcPr>
            <w:tcW w:type="dxa" w:w="2520"/>
          </w:tcPr>
          <w:p>
            <w:r>
              <w:t>180</w:t>
            </w:r>
          </w:p>
        </w:tc>
        <w:tc>
          <w:tcPr>
            <w:tcW w:type="dxa" w:w="2520"/>
          </w:tcPr>
          <w:p>
            <w:r>
              <w:t>28</w:t>
            </w:r>
          </w:p>
        </w:tc>
        <w:tc>
          <w:tcPr>
            <w:tcW w:type="dxa" w:w="2520"/>
          </w:tcPr>
          <w:p>
            <w:r>
              <w:t>38</w:t>
            </w:r>
          </w:p>
        </w:tc>
        <w:tc>
          <w:tcPr>
            <w:tcW w:type="dxa" w:w="2520"/>
          </w:tcPr>
          <w:p>
            <w:r>
              <w:t>42</w:t>
            </w:r>
          </w:p>
        </w:tc>
      </w:tr>
      <w:tr>
        <w:tc>
          <w:tcPr>
            <w:tcW w:type="dxa" w:w="2520"/>
          </w:tcPr>
          <w:p>
            <w:r>
              <w:t>210</w:t>
            </w:r>
          </w:p>
        </w:tc>
        <w:tc>
          <w:tcPr>
            <w:tcW w:type="dxa" w:w="2520"/>
          </w:tcPr>
          <w:p>
            <w:r>
              <w:t>25</w:t>
            </w:r>
          </w:p>
        </w:tc>
        <w:tc>
          <w:tcPr>
            <w:tcW w:type="dxa" w:w="2520"/>
          </w:tcPr>
          <w:p>
            <w:r>
              <w:t>34</w:t>
            </w:r>
          </w:p>
        </w:tc>
        <w:tc>
          <w:tcPr>
            <w:tcW w:type="dxa" w:w="2520"/>
          </w:tcPr>
          <w:p>
            <w:r>
              <w:t>41</w:t>
            </w:r>
          </w:p>
        </w:tc>
      </w:tr>
      <w:tr>
        <w:tc>
          <w:tcPr>
            <w:tcW w:type="dxa" w:w="2520"/>
          </w:tcPr>
          <w:p>
            <w:r>
              <w:t>240</w:t>
            </w:r>
          </w:p>
        </w:tc>
        <w:tc>
          <w:tcPr>
            <w:tcW w:type="dxa" w:w="2520"/>
          </w:tcPr>
          <w:p>
            <w:r>
              <w:t>23</w:t>
            </w:r>
          </w:p>
        </w:tc>
        <w:tc>
          <w:tcPr>
            <w:tcW w:type="dxa" w:w="2520"/>
          </w:tcPr>
          <w:p>
            <w:r>
              <w:t>30</w:t>
            </w:r>
          </w:p>
        </w:tc>
        <w:tc>
          <w:tcPr>
            <w:tcW w:type="dxa" w:w="2520"/>
          </w:tcPr>
          <w:p>
            <w:r>
              <w:t>40</w:t>
            </w:r>
          </w:p>
        </w:tc>
      </w:tr>
      <w:tr>
        <w:tc>
          <w:tcPr>
            <w:tcW w:type="dxa" w:w="2520"/>
          </w:tcPr>
          <w:p>
            <w:r>
              <w:t>270</w:t>
            </w:r>
          </w:p>
        </w:tc>
        <w:tc>
          <w:tcPr>
            <w:tcW w:type="dxa" w:w="2520"/>
          </w:tcPr>
          <w:p>
            <w:r>
              <w:t>22</w:t>
            </w:r>
          </w:p>
        </w:tc>
        <w:tc>
          <w:tcPr>
            <w:tcW w:type="dxa" w:w="2520"/>
          </w:tcPr>
          <w:p>
            <w:r>
              <w:t>26</w:t>
            </w:r>
          </w:p>
        </w:tc>
        <w:tc>
          <w:tcPr>
            <w:tcW w:type="dxa" w:w="2520"/>
          </w:tcPr>
          <w:p>
            <w:r>
              <w:t>38</w:t>
            </w:r>
          </w:p>
        </w:tc>
      </w:tr>
      <w:tr>
        <w:tc>
          <w:tcPr>
            <w:tcW w:type="dxa" w:w="2520"/>
          </w:tcPr>
          <w:p>
            <w:r>
              <w:t>300</w:t>
            </w:r>
          </w:p>
        </w:tc>
        <w:tc>
          <w:tcPr>
            <w:tcW w:type="dxa" w:w="2520"/>
          </w:tcPr>
          <w:p>
            <w:r>
              <w:t>22</w:t>
            </w:r>
          </w:p>
        </w:tc>
        <w:tc>
          <w:tcPr>
            <w:tcW w:type="dxa" w:w="2520"/>
          </w:tcPr>
          <w:p>
            <w:r>
              <w:t>23</w:t>
            </w:r>
          </w:p>
        </w:tc>
        <w:tc>
          <w:tcPr>
            <w:tcW w:type="dxa" w:w="2520"/>
          </w:tcPr>
          <w:p>
            <w:r>
              <w:t>36</w:t>
            </w:r>
          </w:p>
        </w:tc>
      </w:tr>
    </w:tbl>
    <w:p/>
    <w:p>
      <w:r>
        <w:rPr>
          <w:i/>
          <w:sz w:val="18"/>
        </w:rPr>
        <w:t>Simulated readings for a classroom scenario. Room temperature 22 °C throughout. Prototype A: 10 g iron, thin cloth pouch. Prototype B: 20 g iron, thin cloth pouch. Prototype C: 20 g iron, thick cloth pouch that lets air in slowly.</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Pouch_temperature_versus_time_for_protot.png"/>
                    <pic:cNvPicPr/>
                  </pic:nvPicPr>
                  <pic:blipFill>
                    <a:blip r:embed="rId9"/>
                    <a:stretch>
                      <a:fillRect/>
                    </a:stretch>
                  </pic:blipFill>
                  <pic:spPr>
                    <a:xfrm>
                      <a:off x="0" y="0"/>
                      <a:ext cx="5943600" cy="3566160"/>
                    </a:xfrm>
                    <a:prstGeom prst="rect"/>
                  </pic:spPr>
                </pic:pic>
              </a:graphicData>
            </a:graphic>
          </wp:inline>
        </w:drawing>
      </w:r>
    </w:p>
    <w:p>
      <w:pPr>
        <w:pStyle w:val="Heading2"/>
      </w:pPr>
      <w:r>
        <w:t>Part A: Reading the curves</w:t>
      </w:r>
    </w:p>
    <w:p>
      <w:r>
        <w:t>1. Complete the table from the dataset. The rise is the peak minus the 22 °C starting temperature; show one subtraction below the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Peak temperature (°C)</w:t>
            </w:r>
          </w:p>
        </w:tc>
        <w:tc>
          <w:tcPr>
            <w:tcW w:type="dxa" w:w="3360"/>
          </w:tcPr>
          <w:p>
            <w:r/>
            <w:r>
              <w:rPr>
                <w:b/>
              </w:rPr>
              <w:t>Time of peak (min)</w:t>
            </w:r>
          </w:p>
        </w:tc>
        <w:tc>
          <w:tcPr>
            <w:tcW w:type="dxa" w:w="3360"/>
          </w:tcPr>
          <w:p>
            <w:r/>
            <w:r>
              <w:rPr>
                <w:b/>
              </w:rPr>
              <w:t>Rise above room temperature (°C)</w:t>
            </w:r>
          </w:p>
        </w:tc>
      </w:tr>
      <w:tr>
        <w:tc>
          <w:tcPr>
            <w:tcW w:type="dxa" w:w="3360"/>
          </w:tcPr>
          <w:p>
            <w:r>
              <w:t>Prototype A</w:t>
            </w:r>
          </w:p>
        </w:tc>
        <w:tc>
          <w:tcPr>
            <w:tcW w:type="dxa" w:w="3360"/>
          </w:tcPr>
          <w:p>
            <w:r/>
          </w:p>
        </w:tc>
        <w:tc>
          <w:tcPr>
            <w:tcW w:type="dxa" w:w="3360"/>
          </w:tcPr>
          <w:p>
            <w:r/>
          </w:p>
        </w:tc>
      </w:tr>
      <w:tr>
        <w:tc>
          <w:tcPr>
            <w:tcW w:type="dxa" w:w="3360"/>
          </w:tcPr>
          <w:p>
            <w:r>
              <w:t>Prototype B</w:t>
            </w:r>
          </w:p>
        </w:tc>
        <w:tc>
          <w:tcPr>
            <w:tcW w:type="dxa" w:w="3360"/>
          </w:tcPr>
          <w:p>
            <w:r/>
          </w:p>
        </w:tc>
        <w:tc>
          <w:tcPr>
            <w:tcW w:type="dxa" w:w="3360"/>
          </w:tcPr>
          <w:p>
            <w:r/>
          </w:p>
        </w:tc>
      </w:tr>
      <w:tr>
        <w:tc>
          <w:tcPr>
            <w:tcW w:type="dxa" w:w="3360"/>
          </w:tcPr>
          <w:p>
            <w:r>
              <w:t>Prototype C</w:t>
            </w:r>
          </w:p>
        </w:tc>
        <w:tc>
          <w:tcPr>
            <w:tcW w:type="dxa" w:w="3360"/>
          </w:tcPr>
          <w:p>
            <w:r/>
          </w:p>
        </w:tc>
        <w:tc>
          <w:tcPr>
            <w:tcW w:type="dxa" w:w="3360"/>
          </w:tcPr>
          <w:p>
            <w:r/>
          </w:p>
        </w:tc>
      </w:tr>
    </w:tbl>
    <w:p/>
    <w:p>
      <w:r>
        <w:t>2. Calculate the average warming rate of prototype A and of prototype C during the first 30 minutes, in °C per minute. Round to the nearest hundredth. Which warmed faster, and by how many times?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Use your dashed 38 °C line and the table to estimate how long each prototype stayed at or above 38 °C. Convert minutes to hours.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First reading at or above 38 °C (min)</w:t>
            </w:r>
          </w:p>
        </w:tc>
        <w:tc>
          <w:tcPr>
            <w:tcW w:type="dxa" w:w="3360"/>
          </w:tcPr>
          <w:p>
            <w:r/>
            <w:r>
              <w:rPr>
                <w:b/>
              </w:rPr>
              <w:t>Last reading at or above 38 °C (min)</w:t>
            </w:r>
          </w:p>
        </w:tc>
        <w:tc>
          <w:tcPr>
            <w:tcW w:type="dxa" w:w="3360"/>
          </w:tcPr>
          <w:p>
            <w:r/>
            <w:r>
              <w:rPr>
                <w:b/>
              </w:rPr>
              <w:t>Time at or above 38 °C (hours)</w:t>
            </w:r>
          </w:p>
        </w:tc>
      </w:tr>
      <w:tr>
        <w:tc>
          <w:tcPr>
            <w:tcW w:type="dxa" w:w="3360"/>
          </w:tcPr>
          <w:p>
            <w:r>
              <w:t>Prototype A</w:t>
            </w:r>
          </w:p>
        </w:tc>
        <w:tc>
          <w:tcPr>
            <w:tcW w:type="dxa" w:w="3360"/>
          </w:tcPr>
          <w:p>
            <w:r/>
          </w:p>
        </w:tc>
        <w:tc>
          <w:tcPr>
            <w:tcW w:type="dxa" w:w="3360"/>
          </w:tcPr>
          <w:p>
            <w:r/>
          </w:p>
        </w:tc>
      </w:tr>
      <w:tr>
        <w:tc>
          <w:tcPr>
            <w:tcW w:type="dxa" w:w="3360"/>
          </w:tcPr>
          <w:p>
            <w:r>
              <w:t>Prototype B</w:t>
            </w:r>
          </w:p>
        </w:tc>
        <w:tc>
          <w:tcPr>
            <w:tcW w:type="dxa" w:w="3360"/>
          </w:tcPr>
          <w:p>
            <w:r/>
          </w:p>
        </w:tc>
        <w:tc>
          <w:tcPr>
            <w:tcW w:type="dxa" w:w="3360"/>
          </w:tcPr>
          <w:p>
            <w:r/>
          </w:p>
        </w:tc>
      </w:tr>
      <w:tr>
        <w:tc>
          <w:tcPr>
            <w:tcW w:type="dxa" w:w="3360"/>
          </w:tcPr>
          <w:p>
            <w:r>
              <w:t>Prototype C</w:t>
            </w:r>
          </w:p>
        </w:tc>
        <w:tc>
          <w:tcPr>
            <w:tcW w:type="dxa" w:w="3360"/>
          </w:tcPr>
          <w:p>
            <w:r/>
          </w:p>
        </w:tc>
        <w:tc>
          <w:tcPr>
            <w:tcW w:type="dxa" w:w="3360"/>
          </w:tcPr>
          <w:p>
            <w:r/>
          </w:p>
        </w:tc>
      </w:tr>
    </w:tbl>
    <w:p/>
    <w:p>
      <w:pPr>
        <w:pStyle w:val="Heading2"/>
      </w:pPr>
      <w:r>
        <w:t>Part B: Judging against the criteria</w:t>
      </w:r>
    </w:p>
    <w:p>
      <w:r>
        <w:t>4. Write PASS or FAIL in every cell, using your answers above.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Criterion 1: peak ≥ 42 °C</w:t>
            </w:r>
          </w:p>
        </w:tc>
        <w:tc>
          <w:tcPr>
            <w:tcW w:type="dxa" w:w="2520"/>
          </w:tcPr>
          <w:p>
            <w:r/>
            <w:r>
              <w:rPr>
                <w:b/>
              </w:rPr>
              <w:t>Criterion 2: ≥ 38 °C for ≥ 3 h</w:t>
            </w:r>
          </w:p>
        </w:tc>
        <w:tc>
          <w:tcPr>
            <w:tcW w:type="dxa" w:w="2520"/>
          </w:tcPr>
          <w:p>
            <w:r/>
            <w:r>
              <w:rPr>
                <w:b/>
              </w:rPr>
              <w:t>Constraint A: never &gt; 50 °C</w:t>
            </w:r>
          </w:p>
        </w:tc>
        <w:tc>
          <w:tcPr>
            <w:tcW w:type="dxa" w:w="2520"/>
          </w:tcPr>
          <w:p>
            <w:r/>
            <w:r>
              <w:rPr>
                <w:b/>
              </w:rPr>
              <w:t>Constraint B: ≤ 25 g iron</w:t>
            </w:r>
          </w:p>
        </w:tc>
      </w:tr>
      <w:tr>
        <w:tc>
          <w:tcPr>
            <w:tcW w:type="dxa" w:w="2520"/>
          </w:tcPr>
          <w:p>
            <w:r>
              <w:t>Prototype A</w:t>
            </w:r>
          </w:p>
        </w:tc>
        <w:tc>
          <w:tcPr>
            <w:tcW w:type="dxa" w:w="2520"/>
          </w:tcPr>
          <w:p>
            <w:r/>
          </w:p>
        </w:tc>
        <w:tc>
          <w:tcPr>
            <w:tcW w:type="dxa" w:w="2520"/>
          </w:tcPr>
          <w:p>
            <w:r/>
          </w:p>
        </w:tc>
        <w:tc>
          <w:tcPr>
            <w:tcW w:type="dxa" w:w="2520"/>
          </w:tcPr>
          <w:p>
            <w:r/>
          </w:p>
        </w:tc>
      </w:tr>
      <w:tr>
        <w:tc>
          <w:tcPr>
            <w:tcW w:type="dxa" w:w="2520"/>
          </w:tcPr>
          <w:p>
            <w:r>
              <w:t>Prototype B</w:t>
            </w:r>
          </w:p>
        </w:tc>
        <w:tc>
          <w:tcPr>
            <w:tcW w:type="dxa" w:w="2520"/>
          </w:tcPr>
          <w:p>
            <w:r/>
          </w:p>
        </w:tc>
        <w:tc>
          <w:tcPr>
            <w:tcW w:type="dxa" w:w="2520"/>
          </w:tcPr>
          <w:p>
            <w:r/>
          </w:p>
        </w:tc>
        <w:tc>
          <w:tcPr>
            <w:tcW w:type="dxa" w:w="2520"/>
          </w:tcPr>
          <w:p>
            <w:r/>
          </w:p>
        </w:tc>
      </w:tr>
      <w:tr>
        <w:tc>
          <w:tcPr>
            <w:tcW w:type="dxa" w:w="2520"/>
          </w:tcPr>
          <w:p>
            <w:r>
              <w:t>Prototype C</w:t>
            </w:r>
          </w:p>
        </w:tc>
        <w:tc>
          <w:tcPr>
            <w:tcW w:type="dxa" w:w="2520"/>
          </w:tcPr>
          <w:p>
            <w:r/>
          </w:p>
        </w:tc>
        <w:tc>
          <w:tcPr>
            <w:tcW w:type="dxa" w:w="2520"/>
          </w:tcPr>
          <w:p>
            <w:r/>
          </w:p>
        </w:tc>
        <w:tc>
          <w:tcPr>
            <w:tcW w:type="dxa" w:w="2520"/>
          </w:tcPr>
          <w:p>
            <w:r/>
          </w:p>
        </w:tc>
      </w:tr>
    </w:tbl>
    <w:p/>
    <w:p>
      <w:r>
        <w:t>5. Which prototype meets every criterion and constraint? Which prototype came closest to breaking Constraint A, and what reading tells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Prototypes B and C hold the same 20 g of iron, yet B got hotter and C lasted longer. Explain both differences using the thickness of the pouch, the speed of the reaction, and the idea that the same amount of iron releases the same total energy to the surroundings.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Combine the best characteristics</w:t>
      </w:r>
    </w:p>
    <w:p>
      <w:r>
        <w:t>7. For each prototype, name its one best characteristic and its one worst result from the tests.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Propose a prototype D for the club that combines the best characteristics and stays inside both constraints. State the mass of iron and the pouch type, predict its peak temperature and its time at or above 38 °C, and justify both predictions with numbers from the dataset.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The club can run only one more test. Explain why testing prototype D with the exact same procedure (same room, same reading times) matters for comparing it fairly with A, B and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 and time, one step at a time</w:t>
      </w:r>
    </w:p>
    <w:p>
      <w:r>
        <w:t>A warming rate is a change in temperature divided by the time it took: (reading at 30 min − reading at 0 min) ÷ 30 min, in °C per minute. Write the subtraction on one line and the division on the next. For time above 38 °C, run your finger down a prototype's column and circle every reading that is 38 or more; the time is from the first circled row to the last circled row. Divide minutes by 60 to get hours (for example, 150 min ÷ 60 = 2.5 h).</w:t>
      </w:r>
    </w:p>
    <w:p>
      <w:pPr>
        <w:pStyle w:val="Heading2"/>
      </w:pPr>
      <w:r>
        <w:t>Between the readings</w:t>
      </w:r>
    </w:p>
    <w:p>
      <w:r>
        <w:t>Prototype A read 40 °C at 90 min and 36 °C at 120 min, so it crossed below 38 °C somewhere between those readings. Assuming the temperature fell at a steady rate between the two readings, calculate the minute at which A reached exactly 38 °C and revise its time above 38 °C. Then do the same for prototype B between 180 and 210 min. Write a sentence on how reading every 10 minutes instead of every 30 would change the certainty of the club's time measurements, and what it would cost in effort.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