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1 of 10</w:t>
      </w:r>
    </w:p>
    <w:p>
      <w:pPr>
        <w:pStyle w:val="Heading1"/>
      </w:pPr>
      <w:r>
        <w:t>Three Meters of Snow, Then Dust: Where Did the Mountain's Water Go?</w:t>
      </w:r>
    </w:p>
    <w:p>
      <w:r>
        <w:rPr>
          <w:b/>
        </w:rPr>
        <w:t>Learning target: I can observe a seasonal change in a mountain's water, record what I notice and wonder, and write a first explanation of where the water could have gone.</w:t>
      </w:r>
    </w:p>
    <w:p>
      <w:r>
        <w:rPr>
          <w:color w:val="6B6F6C"/>
          <w:sz w:val="18"/>
        </w:rPr>
        <w:t>Phenomenon exploration · about 30 minutes · individual · Standards: MS-ESS2-4 (practice)</w:t>
      </w:r>
    </w:p>
    <w:p>
      <w:r>
        <w:t>Name: ____________________________    Date: ____________    Period: ______</w:t>
      </w:r>
    </w:p>
    <w:p>
      <w:pPr>
        <w:pStyle w:val="Heading2"/>
      </w:pPr>
      <w:r>
        <w:t>Directions</w:t>
      </w:r>
    </w:p>
    <w:p>
      <w:r>
        <w:t>Read the two scene descriptions and study the comparison figure. Work on your own for Part A and Part B. Then turn to a partner for Part C, compare your explanations, and finish Part D alone. There are no wrong answers in Part B; your job is to be specific and honest about what you already know and what you are unsure of.</w:t>
      </w:r>
    </w:p>
    <w:p>
      <w:pPr>
        <w:pStyle w:val="Heading2"/>
      </w:pPr>
      <w:r>
        <w:t>The scene</w:t>
      </w:r>
    </w:p>
    <w:p>
      <w:r>
        <w:rPr>
          <w:b/>
        </w:rPr>
        <w:t>April 2.</w:t>
      </w:r>
      <w:r>
        <w:t xml:space="preserve"> A snow surveyor near Echo Summit in the Sierra Nevada pushes a hollow metal tube down through the snow until it hits soil. The snow is 3.1 meters deep. The trees are buried to their lower branches. Nothing is melting yet; the morning air is −4 °C and the creek below the meadow is a trickle you could step across.</w:t>
      </w:r>
    </w:p>
    <w:p>
      <w:r>
        <w:rPr>
          <w:b/>
        </w:rPr>
        <w:t>July 20.</w:t>
      </w:r>
      <w:r>
        <w:t xml:space="preserve"> The same surveyor returns. The meadow is dry grass and dust. There is no snow anywhere below the ridge. The creek is running knee-deep and cold. A rancher in the valley 40 km away says her well, which was low in March, is full again. The sky has been cloudless for six weeks, and not one drop of rain has fallen since early May.</w:t>
      </w:r>
    </w:p>
    <w:p>
      <w:r>
        <w:drawing>
          <wp:inline xmlns:a="http://schemas.openxmlformats.org/drawingml/2006/main" xmlns:pic="http://schemas.openxmlformats.org/drawingml/2006/picture">
            <wp:extent cx="5943600" cy="3099163"/>
            <wp:docPr id="1" name="Picture 1"/>
            <wp:cNvGraphicFramePr>
              <a:graphicFrameLocks noChangeAspect="1"/>
            </wp:cNvGraphicFramePr>
            <a:graphic>
              <a:graphicData uri="http://schemas.openxmlformats.org/drawingml/2006/picture">
                <pic:pic>
                  <pic:nvPicPr>
                    <pic:cNvPr id="0" name="One_meadow_two_dates.png"/>
                    <pic:cNvPicPr/>
                  </pic:nvPicPr>
                  <pic:blipFill>
                    <a:blip r:embed="rId9"/>
                    <a:stretch>
                      <a:fillRect/>
                    </a:stretch>
                  </pic:blipFill>
                  <pic:spPr>
                    <a:xfrm>
                      <a:off x="0" y="0"/>
                      <a:ext cx="5943600" cy="3099163"/>
                    </a:xfrm>
                    <a:prstGeom prst="rect"/>
                  </pic:spPr>
                </pic:pic>
              </a:graphicData>
            </a:graphic>
          </wp:inline>
        </w:drawing>
      </w:r>
    </w:p>
    <w:p>
      <w:r>
        <w:rPr>
          <w:i/>
          <w:sz w:val="18"/>
        </w:rPr>
        <w:t>The same meadow on two dates. Snow depth, creek size, and the well in the valley are all different. The ridge, the trees, and the soil are the same.</w:t>
      </w:r>
    </w:p>
    <w:p>
      <w:pPr>
        <w:pStyle w:val="Heading2"/>
      </w:pPr>
      <w:r>
        <w:t>Part A: Notice and wonder</w:t>
      </w:r>
    </w:p>
    <w:p>
      <w:r>
        <w:t>1. List at least four things that changed between April 2 and July 20. Use the figure and the two descriptions. Be specific (give numbers where the text gives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List two things that did </w:t>
      </w:r>
      <w:r>
        <w:rPr>
          <w:b/>
        </w:rPr>
        <w:t>not</w:t>
      </w:r>
      <w:r>
        <w:t xml:space="preserve"> change. Why is it useful for a scientist to notice what stayed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Write three questions you would want answered before you could explain where the snow went. Start each with </w:t>
      </w:r>
      <w:r>
        <w:rPr>
          <w:i/>
        </w:rPr>
        <w:t>How</w:t>
      </w:r>
      <w:r>
        <w:t xml:space="preserve">, </w:t>
      </w:r>
      <w:r>
        <w:rPr>
          <w:i/>
        </w:rPr>
        <w:t>Why</w:t>
      </w:r>
      <w:r>
        <w:t xml:space="preserve">, or </w:t>
      </w:r>
      <w:r>
        <w:rPr>
          <w:i/>
        </w:rPr>
        <w:t>Where</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w:t>
      </w:r>
    </w:p>
    <w:p>
      <w:r>
        <w:t>4. Think of a time you watched water disappear or appear: a puddle drying, a cold drink sweating, frost on a car, a towel drying on a line. Describe one example and say what you think happened to the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Three meters of snow does not simply vanish. Name every place you think the water from that snow could be on July 20. Aim for at least three places.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Where Earth keeps its water</w:t>
      </w:r>
    </w:p>
    <w:p>
      <w:r>
        <w:t>Scientists have estimated how Earth's water is divided among its storage places. These are real reference values, rounded. Use them to check whether the places you named in q5 are places where water is actually found.</w:t>
      </w:r>
    </w:p>
    <w:p>
      <w:r>
        <w:rPr>
          <w:b/>
        </w:rPr>
        <w:t>Where Earth's water is stored (real estimates, rounded)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Storage place</w:t>
            </w:r>
          </w:p>
        </w:tc>
        <w:tc>
          <w:tcPr>
            <w:tcW w:type="dxa" w:w="3360"/>
          </w:tcPr>
          <w:p>
            <w:r/>
            <w:r>
              <w:rPr>
                <w:b/>
              </w:rPr>
              <w:t>Share of all Earth's water (%)</w:t>
            </w:r>
          </w:p>
        </w:tc>
        <w:tc>
          <w:tcPr>
            <w:tcW w:type="dxa" w:w="3360"/>
          </w:tcPr>
          <w:p>
            <w:r/>
            <w:r>
              <w:rPr>
                <w:b/>
              </w:rPr>
              <w:t>Mostly fresh or salt?</w:t>
            </w:r>
          </w:p>
        </w:tc>
      </w:tr>
      <w:tr>
        <w:tc>
          <w:tcPr>
            <w:tcW w:type="dxa" w:w="3360"/>
          </w:tcPr>
          <w:p>
            <w:r>
              <w:t>Oceans</w:t>
            </w:r>
          </w:p>
        </w:tc>
        <w:tc>
          <w:tcPr>
            <w:tcW w:type="dxa" w:w="3360"/>
          </w:tcPr>
          <w:p>
            <w:r>
              <w:t>96.5</w:t>
            </w:r>
          </w:p>
        </w:tc>
        <w:tc>
          <w:tcPr>
            <w:tcW w:type="dxa" w:w="3360"/>
          </w:tcPr>
          <w:p>
            <w:r>
              <w:t>salt</w:t>
            </w:r>
          </w:p>
        </w:tc>
      </w:tr>
      <w:tr>
        <w:tc>
          <w:tcPr>
            <w:tcW w:type="dxa" w:w="3360"/>
          </w:tcPr>
          <w:p>
            <w:r>
              <w:t>Glaciers, ice caps and permanent snow</w:t>
            </w:r>
          </w:p>
        </w:tc>
        <w:tc>
          <w:tcPr>
            <w:tcW w:type="dxa" w:w="3360"/>
          </w:tcPr>
          <w:p>
            <w:r>
              <w:t>1.74</w:t>
            </w:r>
          </w:p>
        </w:tc>
        <w:tc>
          <w:tcPr>
            <w:tcW w:type="dxa" w:w="3360"/>
          </w:tcPr>
          <w:p>
            <w:r>
              <w:t>fresh</w:t>
            </w:r>
          </w:p>
        </w:tc>
      </w:tr>
      <w:tr>
        <w:tc>
          <w:tcPr>
            <w:tcW w:type="dxa" w:w="3360"/>
          </w:tcPr>
          <w:p>
            <w:r>
              <w:t>Groundwater (in soil and rock pores)</w:t>
            </w:r>
          </w:p>
        </w:tc>
        <w:tc>
          <w:tcPr>
            <w:tcW w:type="dxa" w:w="3360"/>
          </w:tcPr>
          <w:p>
            <w:r>
              <w:t>1.69</w:t>
            </w:r>
          </w:p>
        </w:tc>
        <w:tc>
          <w:tcPr>
            <w:tcW w:type="dxa" w:w="3360"/>
          </w:tcPr>
          <w:p>
            <w:r>
              <w:t>about half fresh, half salty</w:t>
            </w:r>
          </w:p>
        </w:tc>
      </w:tr>
      <w:tr>
        <w:tc>
          <w:tcPr>
            <w:tcW w:type="dxa" w:w="3360"/>
          </w:tcPr>
          <w:p>
            <w:r>
              <w:t>Lakes</w:t>
            </w:r>
          </w:p>
        </w:tc>
        <w:tc>
          <w:tcPr>
            <w:tcW w:type="dxa" w:w="3360"/>
          </w:tcPr>
          <w:p>
            <w:r>
              <w:t>0.013</w:t>
            </w:r>
          </w:p>
        </w:tc>
        <w:tc>
          <w:tcPr>
            <w:tcW w:type="dxa" w:w="3360"/>
          </w:tcPr>
          <w:p>
            <w:r>
              <w:t>about half fresh, half salty</w:t>
            </w:r>
          </w:p>
        </w:tc>
      </w:tr>
      <w:tr>
        <w:tc>
          <w:tcPr>
            <w:tcW w:type="dxa" w:w="3360"/>
          </w:tcPr>
          <w:p>
            <w:r>
              <w:t>Soil moisture</w:t>
            </w:r>
          </w:p>
        </w:tc>
        <w:tc>
          <w:tcPr>
            <w:tcW w:type="dxa" w:w="3360"/>
          </w:tcPr>
          <w:p>
            <w:r>
              <w:t>0.001</w:t>
            </w:r>
          </w:p>
        </w:tc>
        <w:tc>
          <w:tcPr>
            <w:tcW w:type="dxa" w:w="3360"/>
          </w:tcPr>
          <w:p>
            <w:r>
              <w:t>fresh</w:t>
            </w:r>
          </w:p>
        </w:tc>
      </w:tr>
      <w:tr>
        <w:tc>
          <w:tcPr>
            <w:tcW w:type="dxa" w:w="3360"/>
          </w:tcPr>
          <w:p>
            <w:r>
              <w:t>Atmosphere (vapor, cloud droplets, ice crystals)</w:t>
            </w:r>
          </w:p>
        </w:tc>
        <w:tc>
          <w:tcPr>
            <w:tcW w:type="dxa" w:w="3360"/>
          </w:tcPr>
          <w:p>
            <w:r>
              <w:t>0.001</w:t>
            </w:r>
          </w:p>
        </w:tc>
        <w:tc>
          <w:tcPr>
            <w:tcW w:type="dxa" w:w="3360"/>
          </w:tcPr>
          <w:p>
            <w:r>
              <w:t>fresh</w:t>
            </w:r>
          </w:p>
        </w:tc>
      </w:tr>
      <w:tr>
        <w:tc>
          <w:tcPr>
            <w:tcW w:type="dxa" w:w="3360"/>
          </w:tcPr>
          <w:p>
            <w:r>
              <w:t>Rivers</w:t>
            </w:r>
          </w:p>
        </w:tc>
        <w:tc>
          <w:tcPr>
            <w:tcW w:type="dxa" w:w="3360"/>
          </w:tcPr>
          <w:p>
            <w:r>
              <w:t>0.0002</w:t>
            </w:r>
          </w:p>
        </w:tc>
        <w:tc>
          <w:tcPr>
            <w:tcW w:type="dxa" w:w="3360"/>
          </w:tcPr>
          <w:p>
            <w:r>
              <w:t>fresh</w:t>
            </w:r>
          </w:p>
        </w:tc>
      </w:tr>
    </w:tbl>
    <w:p/>
    <w:p>
      <w:r>
        <w:rPr>
          <w:i/>
          <w:sz w:val="18"/>
        </w:rPr>
        <w:t>Values are widely cited estimates from the United States Geological Survey, based on Gleick (1996). Percentages are of all water on Earth, salt water included. They do not add to exactly 100 because of rounding and small stores not listed (permafrost, swamps, living things).</w:t>
      </w:r>
    </w:p>
    <w:p>
      <w:r>
        <w:t xml:space="preserve">6. Add up the shares for glaciers and ice, groundwater, lakes, soil moisture, atmosphere and rivers. About what percent of Earth's water is </w:t>
      </w:r>
      <w:r>
        <w:rPr>
          <w:b/>
        </w:rPr>
        <w:t>not</w:t>
      </w:r>
      <w:r>
        <w:t xml:space="preserve"> in the oceans? Show your addition.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The atmosphere holds only about 0.001 percent of Earth's water, yet rain and snow fall somewhere on Earth every day. What does that tell you about how fast water must move </w:t>
      </w:r>
      <w:r>
        <w:rPr>
          <w:b/>
        </w:rPr>
        <w:t>through</w:t>
      </w:r>
      <w:r>
        <w:t xml:space="preserve"> the atmosphere compared with how much is stored there?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Your first explanation</w:t>
      </w:r>
    </w:p>
    <w:p>
      <w:r>
        <w:t xml:space="preserve">8. Write your first explanation of the phenomenon. Where did the three meters of snow go between April 2 and July 20, and what caused it to move? Explain how the creek can be bigger in July than in April even though no rain has fallen, and how the valley well could fill. Use at least two of these words: </w:t>
      </w:r>
      <w:r>
        <w:rPr>
          <w:i/>
        </w:rPr>
        <w:t>energy</w:t>
      </w:r>
      <w:r>
        <w:t xml:space="preserve">, </w:t>
      </w:r>
      <w:r>
        <w:rPr>
          <w:i/>
        </w:rPr>
        <w:t>sun</w:t>
      </w:r>
      <w:r>
        <w:t xml:space="preserve">, </w:t>
      </w:r>
      <w:r>
        <w:rPr>
          <w:i/>
        </w:rPr>
        <w:t>gravity</w:t>
      </w:r>
      <w:r>
        <w:t xml:space="preserve">, </w:t>
      </w:r>
      <w:r>
        <w:rPr>
          <w:i/>
        </w:rPr>
        <w:t>downhill</w:t>
      </w:r>
      <w:r>
        <w:t xml:space="preserve">, </w:t>
      </w:r>
      <w:r>
        <w:rPr>
          <w:i/>
        </w:rPr>
        <w:t>underground</w:t>
      </w:r>
      <w:r>
        <w:t xml:space="preserve">, </w:t>
      </w:r>
      <w:r>
        <w:rPr>
          <w:i/>
        </w:rPr>
        <w:t>air</w:t>
      </w:r>
      <w:r>
        <w:t>. It is fine to mark parts you are unsure about with a question mark.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After comparing with your partner: write one idea your partner had that you did not, or one place where you disagreed.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q8</w:t>
      </w:r>
    </w:p>
    <w:p>
      <w:r>
        <w:t>If the blank page is hard to start, use these frames and fill in the rest: 'Some of the snow turned into ___ because the ___ gave it energy.' 'Some of the snow turned into liquid water and then moved ___ because of ___.' 'The creek is bigger in July because ___.' 'The well filled because water went ___.' You do not have to use every frame, and you may change them.</w:t>
      </w:r>
    </w:p>
    <w:p>
      <w:pPr>
        <w:pStyle w:val="Heading2"/>
      </w:pPr>
      <w:r>
        <w:t>Budget the snow</w:t>
      </w:r>
    </w:p>
    <w:p>
      <w:r>
        <w:t>Suppose the meadow is 1 hectare (10,000 square meters) and 3.1 m of snow holds the same water as about 1.0 m of liquid water (snow is mostly air). Calculate how many cubic meters of liquid water were sitting on that one hectare on April 2. Then estimate what fraction you think went into the creek, into the ground, and back into the air, and write one sentence explaining what evidence you would need to check your estimate.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