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3 of 3 · Student recording sheet</w:t>
      </w:r>
    </w:p>
    <w:p>
      <w:pPr>
        <w:pStyle w:val="Heading1"/>
      </w:pPr>
      <w:r>
        <w:t>Energy Tokens: Act Out Melting and Boiling, Then Graph It</w:t>
      </w:r>
    </w:p>
    <w:p>
      <w:r>
        <w:rPr>
          <w:b/>
        </w:rPr>
        <w:t>Investigation question: If energy is added to a pure substance at a steady rate, what happens to its particles' motion, its temperature and its state, and where does the energy go when the temperature stops rising?</w:t>
      </w:r>
    </w:p>
    <w:p>
      <w:r>
        <w:t>Name: ____________________________    Group: ________    Date: ____________</w:t>
      </w:r>
    </w:p>
    <w:p>
      <w:pPr>
        <w:pStyle w:val="Heading2"/>
      </w:pPr>
      <w:r>
        <w:t>Your role</w:t>
      </w:r>
    </w:p>
    <w:p>
      <w:r>
        <w:t xml:space="preserve">☐ </w:t>
      </w:r>
      <w:r>
        <w:rPr>
          <w:b/>
        </w:rPr>
        <w:t>Energy source (also particle A)</w:t>
      </w:r>
      <w:r>
        <w:t>: Hands one token to every particle at the start of each round, keeps the running total of tokens added, and in the cooling run collects tokens into the cold-sink cup.</w:t>
      </w:r>
    </w:p>
    <w:p>
      <w:r>
        <w:t xml:space="preserve">☐ </w:t>
      </w:r>
      <w:r>
        <w:rPr>
          <w:b/>
        </w:rPr>
        <w:t>Rule keeper (also particle B)</w:t>
      </w:r>
      <w:r>
        <w:t>: Reads the rule card aloud each round, says whether tokens go onto chains or into a bank, and calls the state and how each particle should move.</w:t>
      </w:r>
    </w:p>
    <w:p>
      <w:r>
        <w:t xml:space="preserve">☐ </w:t>
      </w:r>
      <w:r>
        <w:rPr>
          <w:b/>
        </w:rPr>
        <w:t>Thermometer reader (also particle C)</w:t>
      </w:r>
      <w:r>
        <w:t>: After each freeze, counts the clips on every particle's chain and works out the model temperature, the average chain length.</w:t>
      </w:r>
    </w:p>
    <w:p>
      <w:r>
        <w:t xml:space="preserve">☐ </w:t>
      </w:r>
      <w:r>
        <w:rPr>
          <w:b/>
        </w:rPr>
        <w:t>Recorder (also particle D)</w:t>
      </w:r>
      <w:r>
        <w:t>: Writes each round's row in the group's data table and checks that the token accounting balances before the next round starts.</w:t>
      </w:r>
    </w:p>
    <w:p>
      <w:pPr>
        <w:pStyle w:val="Heading2"/>
      </w:pPr>
      <w:r>
        <w:t>Safety</w:t>
      </w:r>
    </w:p>
    <w:p>
      <w:r>
        <w:t>• This is a walking model: walk only, never run, push or touch. A 'collision' is a turn made at arm's length.</w:t>
      </w:r>
    </w:p>
    <w:p>
      <w:r>
        <w:t>• Clear backpacks, chairs and cords from the floor area, press the tape flat so it is not a trip hazard, and pull it up afterward.</w:t>
      </w:r>
    </w:p>
    <w:p>
      <w:r>
        <w:t>• Paper clips are small and have points. Keep them on chains or in cups, never in mouths, and pick up any that drop.</w:t>
      </w:r>
    </w:p>
    <w:p>
      <w:r>
        <w:t>• Students who cannot move safely in a crowd, or prefer not to, run the tabletop version described under accessibility or take a non-moving role in another group.</w:t>
      </w:r>
    </w:p>
    <w:p>
      <w:pPr>
        <w:pStyle w:val="Heading2"/>
      </w:pPr>
      <w:r>
        <w:t>Procedure</w:t>
      </w:r>
    </w:p>
    <w:p>
      <w:r>
        <w:t>1. Set up: each particle wears a tag and starts with a chain of 1 paper clip, standing on an X mark. The substance is a solid. The energy-source cup holds the remaining clips and the bank cups are empty. Round 0 is already filled in on your table.</w:t>
      </w:r>
    </w:p>
    <w:p>
      <w:r>
        <w:t>2. Read the heating rule card together. In this model the melting point is 3 and the boiling point is 6, measured in clips per chain.</w:t>
      </w:r>
    </w:p>
    <w:p>
      <w:r>
        <w:t>3. Each round: (a) the energy source hands every particle one token; (b) the rule keeper reads the rule and says where each token goes, onto your chain or into a bank; (c) everyone moves for 15 seconds the way the rule card says for their state and chain length; (d) freeze.</w:t>
      </w:r>
    </w:p>
    <w:p>
      <w:r>
        <w:t>4. After each freeze, the thermometer reader works out the model temperature (total clips on chains ÷ 4), the rule keeper counts the clips in each bank and how many particles are solid, liquid and gas, and the recorder writes the row. Check that the 4 starting clips plus the tokens added so far equal the clips on chains plus the clips in banks.</w:t>
      </w:r>
    </w:p>
    <w:p>
      <w:r>
        <w:t>5. Run rounds 1 to 10. When the loosening bank reaches 4 clips, two particles leave their X marks and become liquid; at 8, all four are liquid. When the separating bank reaches 4, two particles leave the liquid strip as gas; at 8, all four are gas.</w:t>
      </w:r>
    </w:p>
    <w:p>
      <w:r>
        <w:t>6. Plot the heating curve: model temperature against tokens added so far. Circle each flat step and label what the particles were doing during it. Answer q1 and q2.</w:t>
      </w:r>
    </w:p>
    <w:p>
      <w:r>
        <w:t>7. Part C, the uneven round: reset to a liquid with a chain of 4 clips on every particle, 8 clips in the loosening bank and none in the separating bank. Read the uneven-round card, deal the 4 tokens as it says, record the chains and the liquid's temperature, then apply the escape rule and record again. Answer q3.</w:t>
      </w:r>
    </w:p>
    <w:p>
      <w:r>
        <w:t>8. Return the clips to their cups, pull up the tape if the room is needed, and answer the analysis questions individually.</w:t>
      </w:r>
    </w:p>
    <w:p>
      <w:r>
        <w:t>9. Optional session 2, cooling (about 30 minutes): rebuild the end of the heating run (all four particles gas with chains of 7, and 8 clips in each bank). Each round every particle gives one token to the cold-sink cup, following the cooling rule card. Run 10 rounds, fill in the cooling table, and plot the cooling curve on the same graph in a different color.</w:t>
      </w:r>
    </w:p>
    <w:p>
      <w:pPr>
        <w:pStyle w:val="Heading2"/>
      </w:pPr>
      <w:r>
        <w:t>Record your observations</w:t>
      </w:r>
    </w:p>
    <w:p>
      <w:pPr>
        <w:pStyle w:val="Heading2"/>
      </w:pPr>
      <w:r>
        <w:t>Lab 3 recording sheet: Energy tokens</w:t>
      </w:r>
    </w:p>
    <w:p>
      <w:r>
        <w:t xml:space="preserve">Each student is one particle of a pure substance, and each paper clip is one unit of energy. Clips on your chain are </w:t>
      </w:r>
      <w:r>
        <w:rPr>
          <w:b/>
        </w:rPr>
        <w:t>motion energy</w:t>
      </w:r>
      <w:r>
        <w:t xml:space="preserve">: a longer chain means you move faster. Clips in a bank are energy that </w:t>
      </w:r>
      <w:r>
        <w:rPr>
          <w:b/>
        </w:rPr>
        <w:t>loosened</w:t>
      </w:r>
      <w:r>
        <w:t xml:space="preserve"> the particles from their fixed spots (melting) or </w:t>
      </w:r>
      <w:r>
        <w:rPr>
          <w:b/>
        </w:rPr>
        <w:t>separated</w:t>
      </w:r>
      <w:r>
        <w:t xml:space="preserve"> them completely (boiling). The </w:t>
      </w:r>
      <w:r>
        <w:rPr>
          <w:b/>
        </w:rPr>
        <w:t>model temperature</w:t>
      </w:r>
      <w:r>
        <w:t xml:space="preserve"> is the average chain length: total clips on chains ÷ 4.</w:t>
      </w:r>
    </w:p>
    <w:p>
      <w:r>
        <w:rPr>
          <w:b/>
        </w:rPr>
        <w:t>Heating rule card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If the substance is…</w:t>
            </w:r>
          </w:p>
        </w:tc>
        <w:tc>
          <w:tcPr>
            <w:tcW w:type="dxa" w:w="3360"/>
          </w:tcPr>
          <w:p>
            <w:r/>
            <w:r>
              <w:rPr>
                <w:b/>
              </w:rPr>
              <w:t>Each new token goes…</w:t>
            </w:r>
          </w:p>
        </w:tc>
        <w:tc>
          <w:tcPr>
            <w:tcW w:type="dxa" w:w="3360"/>
          </w:tcPr>
          <w:p>
            <w:r/>
            <w:r>
              <w:rPr>
                <w:b/>
              </w:rPr>
              <w:t>How the particles move</w:t>
            </w:r>
          </w:p>
        </w:tc>
      </w:tr>
      <w:tr>
        <w:tc>
          <w:tcPr>
            <w:tcW w:type="dxa" w:w="3360"/>
          </w:tcPr>
          <w:p>
            <w:r>
              <w:t>Solid, chains shorter than 3</w:t>
            </w:r>
          </w:p>
        </w:tc>
        <w:tc>
          <w:tcPr>
            <w:tcW w:type="dxa" w:w="3360"/>
          </w:tcPr>
          <w:p>
            <w:r>
              <w:t>Onto your chain</w:t>
            </w:r>
          </w:p>
        </w:tc>
        <w:tc>
          <w:tcPr>
            <w:tcW w:type="dxa" w:w="3360"/>
          </w:tcPr>
          <w:p>
            <w:r>
              <w:t>Sway in place on your X; a longer chain means a bigger sway</w:t>
            </w:r>
          </w:p>
        </w:tc>
      </w:tr>
      <w:tr>
        <w:tc>
          <w:tcPr>
            <w:tcW w:type="dxa" w:w="3360"/>
          </w:tcPr>
          <w:p>
            <w:r>
              <w:t>At the melting point (chains at 3) with any particle still solid</w:t>
            </w:r>
          </w:p>
        </w:tc>
        <w:tc>
          <w:tcPr>
            <w:tcW w:type="dxa" w:w="3360"/>
          </w:tcPr>
          <w:p>
            <w:r>
              <w:t>Into the loosening bank. Every 2 clips in the bank free one particle into the liquid</w:t>
            </w:r>
          </w:p>
        </w:tc>
        <w:tc>
          <w:tcPr>
            <w:tcW w:type="dxa" w:w="3360"/>
          </w:tcPr>
          <w:p>
            <w:r>
              <w:t>Freed particles shuffle in the liquid strip; the others keep swaying on their X</w:t>
            </w:r>
          </w:p>
        </w:tc>
      </w:tr>
      <w:tr>
        <w:tc>
          <w:tcPr>
            <w:tcW w:type="dxa" w:w="3360"/>
          </w:tcPr>
          <w:p>
            <w:r>
              <w:t>Liquid, chains shorter than 6</w:t>
            </w:r>
          </w:p>
        </w:tc>
        <w:tc>
          <w:tcPr>
            <w:tcW w:type="dxa" w:w="3360"/>
          </w:tcPr>
          <w:p>
            <w:r>
              <w:t>Onto your chain</w:t>
            </w:r>
          </w:p>
        </w:tc>
        <w:tc>
          <w:tcPr>
            <w:tcW w:type="dxa" w:w="3360"/>
          </w:tcPr>
          <w:p>
            <w:r>
              <w:t>Shuffle through the liquid strip, swapping places, always within arm's reach of another particle</w:t>
            </w:r>
          </w:p>
        </w:tc>
      </w:tr>
      <w:tr>
        <w:tc>
          <w:tcPr>
            <w:tcW w:type="dxa" w:w="3360"/>
          </w:tcPr>
          <w:p>
            <w:r>
              <w:t>At the boiling point (chains at 6) with any particle still liquid</w:t>
            </w:r>
          </w:p>
        </w:tc>
        <w:tc>
          <w:tcPr>
            <w:tcW w:type="dxa" w:w="3360"/>
          </w:tcPr>
          <w:p>
            <w:r>
              <w:t>Into the separating bank. Every 2 clips in the bank free one particle into the gas</w:t>
            </w:r>
          </w:p>
        </w:tc>
        <w:tc>
          <w:tcPr>
            <w:tcW w:type="dxa" w:w="3360"/>
          </w:tcPr>
          <w:p>
            <w:r>
              <w:t>Escaped particles walk in the whole container; the others keep shuffling</w:t>
            </w:r>
          </w:p>
        </w:tc>
      </w:tr>
      <w:tr>
        <w:tc>
          <w:tcPr>
            <w:tcW w:type="dxa" w:w="3360"/>
          </w:tcPr>
          <w:p>
            <w:r>
              <w:t>Gas</w:t>
            </w:r>
          </w:p>
        </w:tc>
        <w:tc>
          <w:tcPr>
            <w:tcW w:type="dxa" w:w="3360"/>
          </w:tcPr>
          <w:p>
            <w:r>
              <w:t>Onto your chain</w:t>
            </w:r>
          </w:p>
        </w:tc>
        <w:tc>
          <w:tcPr>
            <w:tcW w:type="dxa" w:w="3360"/>
          </w:tcPr>
          <w:p>
            <w:r>
              <w:t>Walk in straight lines and turn at arm's length from walls and particles; never run</w:t>
            </w:r>
          </w:p>
        </w:tc>
      </w:tr>
    </w:tbl>
    <w:p/>
    <w:p>
      <w:r>
        <w:rPr>
          <w:b/>
        </w:rPr>
        <w:t>Heating run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Round</w:t>
            </w:r>
          </w:p>
        </w:tc>
        <w:tc>
          <w:tcPr>
            <w:tcW w:type="dxa" w:w="1440"/>
          </w:tcPr>
          <w:p>
            <w:r/>
            <w:r>
              <w:rPr>
                <w:b/>
              </w:rPr>
              <w:t>Tokens added so far</w:t>
            </w:r>
          </w:p>
        </w:tc>
        <w:tc>
          <w:tcPr>
            <w:tcW w:type="dxa" w:w="1440"/>
          </w:tcPr>
          <w:p>
            <w:r/>
            <w:r>
              <w:rPr>
                <w:b/>
              </w:rPr>
              <w:t>Model temperature (clips per chain)</w:t>
            </w:r>
          </w:p>
        </w:tc>
        <w:tc>
          <w:tcPr>
            <w:tcW w:type="dxa" w:w="1440"/>
          </w:tcPr>
          <w:p>
            <w:r/>
            <w:r>
              <w:rPr>
                <w:b/>
              </w:rPr>
              <w:t>Loosening bank</w:t>
            </w:r>
          </w:p>
        </w:tc>
        <w:tc>
          <w:tcPr>
            <w:tcW w:type="dxa" w:w="1440"/>
          </w:tcPr>
          <w:p>
            <w:r/>
            <w:r>
              <w:rPr>
                <w:b/>
              </w:rPr>
              <w:t>Separating bank</w:t>
            </w:r>
          </w:p>
        </w:tc>
        <w:tc>
          <w:tcPr>
            <w:tcW w:type="dxa" w:w="1440"/>
          </w:tcPr>
          <w:p>
            <w:r/>
            <w:r>
              <w:rPr>
                <w:b/>
              </w:rPr>
              <w:t>Solid / liquid / gas (particles)</w:t>
            </w:r>
          </w:p>
        </w:tc>
        <w:tc>
          <w:tcPr>
            <w:tcW w:type="dxa" w:w="1440"/>
          </w:tcPr>
          <w:p>
            <w:r/>
            <w:r>
              <w:rPr>
                <w:b/>
              </w:rPr>
              <w:t>State of the sample</w:t>
            </w:r>
          </w:p>
        </w:tc>
      </w:tr>
      <w:tr>
        <w:tc>
          <w:tcPr>
            <w:tcW w:type="dxa" w:w="1440"/>
          </w:tcPr>
          <w:p>
            <w:r>
              <w:t>0</w:t>
            </w:r>
          </w:p>
        </w:tc>
        <w:tc>
          <w:tcPr>
            <w:tcW w:type="dxa" w:w="1440"/>
          </w:tcPr>
          <w:p>
            <w:r>
              <w:t>0</w:t>
            </w:r>
          </w:p>
        </w:tc>
        <w:tc>
          <w:tcPr>
            <w:tcW w:type="dxa" w:w="1440"/>
          </w:tcPr>
          <w:p>
            <w:r>
              <w:t>1</w:t>
            </w:r>
          </w:p>
        </w:tc>
        <w:tc>
          <w:tcPr>
            <w:tcW w:type="dxa" w:w="1440"/>
          </w:tcPr>
          <w:p>
            <w:r>
              <w:t>0</w:t>
            </w:r>
          </w:p>
        </w:tc>
        <w:tc>
          <w:tcPr>
            <w:tcW w:type="dxa" w:w="1440"/>
          </w:tcPr>
          <w:p>
            <w:r>
              <w:t>0</w:t>
            </w:r>
          </w:p>
        </w:tc>
        <w:tc>
          <w:tcPr>
            <w:tcW w:type="dxa" w:w="1440"/>
          </w:tcPr>
          <w:p>
            <w:r>
              <w:t>4 / 0 / 0</w:t>
            </w:r>
          </w:p>
        </w:tc>
        <w:tc>
          <w:tcPr>
            <w:tcW w:type="dxa" w:w="1440"/>
          </w:tcPr>
          <w:p>
            <w:r>
              <w:t>solid</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Heating_curve_and_cooling_curve_in_sessi.png"/>
                    <pic:cNvPicPr/>
                  </pic:nvPicPr>
                  <pic:blipFill>
                    <a:blip r:embed="rId9"/>
                    <a:stretch>
                      <a:fillRect/>
                    </a:stretch>
                  </pic:blipFill>
                  <pic:spPr>
                    <a:xfrm>
                      <a:off x="0" y="0"/>
                      <a:ext cx="5943600" cy="3566160"/>
                    </a:xfrm>
                    <a:prstGeom prst="rect"/>
                  </pic:spPr>
                </pic:pic>
              </a:graphicData>
            </a:graphic>
          </wp:inline>
        </w:drawing>
      </w:r>
    </w:p>
    <w:p>
      <w:r>
        <w:t>1. During which rounds did the model temperature stay the same even though tokens were still being added? Where did those tokens 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Check the accounting after round 10: 4 starting clips + tokens added = clips on chains + clips in banks. Write the numbers. Did any tokens disappear?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Uneven-round card.</w:t>
      </w:r>
      <w:r>
        <w:t xml:space="preserve"> This round, the energy source deals the 4 tokens unevenly: 3 to particle A, 1 to particle B, none to C or D. All dealt tokens go onto chains. </w:t>
      </w:r>
      <w:r>
        <w:rPr>
          <w:b/>
        </w:rPr>
        <w:t>Escape rule:</w:t>
      </w:r>
      <w:r>
        <w:t xml:space="preserve"> a liquid particle whose chain is 6 or longer may escape. It puts 2 clips into the separating bank and walks into the gas region. The </w:t>
      </w:r>
      <w:r>
        <w:rPr>
          <w:b/>
        </w:rPr>
        <w:t>liquid temperature</w:t>
      </w:r>
      <w:r>
        <w:t xml:space="preserve"> is the average chain length of the particles still in the liquid.</w:t>
      </w:r>
    </w:p>
    <w:p>
      <w:r>
        <w:rPr>
          <w:b/>
        </w:rPr>
        <w:t>Part C: the uneven round</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Moment</w:t>
            </w:r>
          </w:p>
        </w:tc>
        <w:tc>
          <w:tcPr>
            <w:tcW w:type="dxa" w:w="1440"/>
          </w:tcPr>
          <w:p>
            <w:r/>
            <w:r>
              <w:rPr>
                <w:b/>
              </w:rPr>
              <w:t>Chain A</w:t>
            </w:r>
          </w:p>
        </w:tc>
        <w:tc>
          <w:tcPr>
            <w:tcW w:type="dxa" w:w="1440"/>
          </w:tcPr>
          <w:p>
            <w:r/>
            <w:r>
              <w:rPr>
                <w:b/>
              </w:rPr>
              <w:t>Chain B</w:t>
            </w:r>
          </w:p>
        </w:tc>
        <w:tc>
          <w:tcPr>
            <w:tcW w:type="dxa" w:w="1440"/>
          </w:tcPr>
          <w:p>
            <w:r/>
            <w:r>
              <w:rPr>
                <w:b/>
              </w:rPr>
              <w:t>Chain C</w:t>
            </w:r>
          </w:p>
        </w:tc>
        <w:tc>
          <w:tcPr>
            <w:tcW w:type="dxa" w:w="1440"/>
          </w:tcPr>
          <w:p>
            <w:r/>
            <w:r>
              <w:rPr>
                <w:b/>
              </w:rPr>
              <w:t>Chain D</w:t>
            </w:r>
          </w:p>
        </w:tc>
        <w:tc>
          <w:tcPr>
            <w:tcW w:type="dxa" w:w="1440"/>
          </w:tcPr>
          <w:p>
            <w:r/>
            <w:r>
              <w:rPr>
                <w:b/>
              </w:rPr>
              <w:t>Liquid temperature</w:t>
            </w:r>
          </w:p>
        </w:tc>
        <w:tc>
          <w:tcPr>
            <w:tcW w:type="dxa" w:w="1440"/>
          </w:tcPr>
          <w:p>
            <w:r/>
            <w:r>
              <w:rPr>
                <w:b/>
              </w:rPr>
              <w:t>Particles in the gas</w:t>
            </w:r>
          </w:p>
        </w:tc>
      </w:tr>
      <w:tr>
        <w:tc>
          <w:tcPr>
            <w:tcW w:type="dxa" w:w="1440"/>
          </w:tcPr>
          <w:p>
            <w:r>
              <w:t>Before the deal</w:t>
            </w:r>
          </w:p>
        </w:tc>
        <w:tc>
          <w:tcPr>
            <w:tcW w:type="dxa" w:w="1440"/>
          </w:tcPr>
          <w:p>
            <w:r>
              <w:t>4</w:t>
            </w:r>
          </w:p>
        </w:tc>
        <w:tc>
          <w:tcPr>
            <w:tcW w:type="dxa" w:w="1440"/>
          </w:tcPr>
          <w:p>
            <w:r>
              <w:t>4</w:t>
            </w:r>
          </w:p>
        </w:tc>
        <w:tc>
          <w:tcPr>
            <w:tcW w:type="dxa" w:w="1440"/>
          </w:tcPr>
          <w:p>
            <w:r>
              <w:t>4</w:t>
            </w:r>
          </w:p>
        </w:tc>
        <w:tc>
          <w:tcPr>
            <w:tcW w:type="dxa" w:w="1440"/>
          </w:tcPr>
          <w:p>
            <w:r>
              <w:t>4</w:t>
            </w:r>
          </w:p>
        </w:tc>
        <w:tc>
          <w:tcPr>
            <w:tcW w:type="dxa" w:w="1440"/>
          </w:tcPr>
          <w:p>
            <w:r>
              <w:t>4</w:t>
            </w:r>
          </w:p>
        </w:tc>
        <w:tc>
          <w:tcPr>
            <w:tcW w:type="dxa" w:w="1440"/>
          </w:tcPr>
          <w:p>
            <w:r>
              <w:t>0</w:t>
            </w:r>
          </w:p>
        </w:tc>
      </w:tr>
      <w:tr>
        <w:tc>
          <w:tcPr>
            <w:tcW w:type="dxa" w:w="1440"/>
          </w:tcPr>
          <w:p>
            <w:r>
              <w:t>After the deal</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the escape rule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3. What was the liquid's temperature just before particle A escaped, and just after? Why did the escape change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Cooling rule card (optional session 2)</w:t>
      </w:r>
    </w:p>
    <w:tbl>
      <w:tblPr>
        <w:tblStyle w:val="TableGrid"/>
        <w:tblW w:type="auto" w:w="0"/>
        <w:tblLook w:firstColumn="1" w:firstRow="1" w:lastColumn="0" w:lastRow="0" w:noHBand="0" w:noVBand="1" w:val="04A0"/>
      </w:tblPr>
      <w:tblGrid>
        <w:gridCol w:w="5040"/>
        <w:gridCol w:w="5040"/>
      </w:tblGrid>
      <w:tr>
        <w:tc>
          <w:tcPr>
            <w:tcW w:type="dxa" w:w="5040"/>
          </w:tcPr>
          <w:p>
            <w:r/>
            <w:r>
              <w:rPr>
                <w:b/>
              </w:rPr>
              <w:t>If the substance is…</w:t>
            </w:r>
          </w:p>
        </w:tc>
        <w:tc>
          <w:tcPr>
            <w:tcW w:type="dxa" w:w="5040"/>
          </w:tcPr>
          <w:p>
            <w:r/>
            <w:r>
              <w:rPr>
                <w:b/>
              </w:rPr>
              <w:t>Each round, every particle's token comes from…</w:t>
            </w:r>
          </w:p>
        </w:tc>
      </w:tr>
      <w:tr>
        <w:tc>
          <w:tcPr>
            <w:tcW w:type="dxa" w:w="5040"/>
          </w:tcPr>
          <w:p>
            <w:r>
              <w:t>Gas, chains longer than 6</w:t>
            </w:r>
          </w:p>
        </w:tc>
        <w:tc>
          <w:tcPr>
            <w:tcW w:type="dxa" w:w="5040"/>
          </w:tcPr>
          <w:p>
            <w:r>
              <w:t>Your chain</w:t>
            </w:r>
          </w:p>
        </w:tc>
      </w:tr>
      <w:tr>
        <w:tc>
          <w:tcPr>
            <w:tcW w:type="dxa" w:w="5040"/>
          </w:tcPr>
          <w:p>
            <w:r>
              <w:t>At the boiling point (chains at 6) with any particle still gas</w:t>
            </w:r>
          </w:p>
        </w:tc>
        <w:tc>
          <w:tcPr>
            <w:tcW w:type="dxa" w:w="5040"/>
          </w:tcPr>
          <w:p>
            <w:r>
              <w:t>The separating bank. Every 2 clips removed let one gas particle condense into the liquid strip</w:t>
            </w:r>
          </w:p>
        </w:tc>
      </w:tr>
      <w:tr>
        <w:tc>
          <w:tcPr>
            <w:tcW w:type="dxa" w:w="5040"/>
          </w:tcPr>
          <w:p>
            <w:r>
              <w:t>Liquid, chains longer than 3</w:t>
            </w:r>
          </w:p>
        </w:tc>
        <w:tc>
          <w:tcPr>
            <w:tcW w:type="dxa" w:w="5040"/>
          </w:tcPr>
          <w:p>
            <w:r>
              <w:t>Your chain</w:t>
            </w:r>
          </w:p>
        </w:tc>
      </w:tr>
      <w:tr>
        <w:tc>
          <w:tcPr>
            <w:tcW w:type="dxa" w:w="5040"/>
          </w:tcPr>
          <w:p>
            <w:r>
              <w:t>At the melting point (chains at 3) with any particle still liquid</w:t>
            </w:r>
          </w:p>
        </w:tc>
        <w:tc>
          <w:tcPr>
            <w:tcW w:type="dxa" w:w="5040"/>
          </w:tcPr>
          <w:p>
            <w:r>
              <w:t>The loosening bank. Every 2 clips removed let one particle freeze back onto an X</w:t>
            </w:r>
          </w:p>
        </w:tc>
      </w:tr>
      <w:tr>
        <w:tc>
          <w:tcPr>
            <w:tcW w:type="dxa" w:w="5040"/>
          </w:tcPr>
          <w:p>
            <w:r>
              <w:t>Solid</w:t>
            </w:r>
          </w:p>
        </w:tc>
        <w:tc>
          <w:tcPr>
            <w:tcW w:type="dxa" w:w="5040"/>
          </w:tcPr>
          <w:p>
            <w:r>
              <w:t>Your chain, but no chain ever goes below 1, because real particles never stop moving</w:t>
            </w:r>
          </w:p>
        </w:tc>
      </w:tr>
    </w:tbl>
    <w:p/>
    <w:p>
      <w:r>
        <w:rPr>
          <w:b/>
        </w:rPr>
        <w:t>Cooling run (optional session 2)</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Round</w:t>
            </w:r>
          </w:p>
        </w:tc>
        <w:tc>
          <w:tcPr>
            <w:tcW w:type="dxa" w:w="1440"/>
          </w:tcPr>
          <w:p>
            <w:r/>
            <w:r>
              <w:rPr>
                <w:b/>
              </w:rPr>
              <w:t>Tokens removed so far</w:t>
            </w:r>
          </w:p>
        </w:tc>
        <w:tc>
          <w:tcPr>
            <w:tcW w:type="dxa" w:w="1440"/>
          </w:tcPr>
          <w:p>
            <w:r/>
            <w:r>
              <w:rPr>
                <w:b/>
              </w:rPr>
              <w:t>Model temperature (clips per chain)</w:t>
            </w:r>
          </w:p>
        </w:tc>
        <w:tc>
          <w:tcPr>
            <w:tcW w:type="dxa" w:w="1440"/>
          </w:tcPr>
          <w:p>
            <w:r/>
            <w:r>
              <w:rPr>
                <w:b/>
              </w:rPr>
              <w:t>Loosening bank</w:t>
            </w:r>
          </w:p>
        </w:tc>
        <w:tc>
          <w:tcPr>
            <w:tcW w:type="dxa" w:w="1440"/>
          </w:tcPr>
          <w:p>
            <w:r/>
            <w:r>
              <w:rPr>
                <w:b/>
              </w:rPr>
              <w:t>Separating bank</w:t>
            </w:r>
          </w:p>
        </w:tc>
        <w:tc>
          <w:tcPr>
            <w:tcW w:type="dxa" w:w="1440"/>
          </w:tcPr>
          <w:p>
            <w:r/>
            <w:r>
              <w:rPr>
                <w:b/>
              </w:rPr>
              <w:t>Solid / liquid / gas (particles)</w:t>
            </w:r>
          </w:p>
        </w:tc>
        <w:tc>
          <w:tcPr>
            <w:tcW w:type="dxa" w:w="1440"/>
          </w:tcPr>
          <w:p>
            <w:r/>
            <w:r>
              <w:rPr>
                <w:b/>
              </w:rPr>
              <w:t>State of the sample</w:t>
            </w:r>
          </w:p>
        </w:tc>
      </w:tr>
      <w:tr>
        <w:tc>
          <w:tcPr>
            <w:tcW w:type="dxa" w:w="1440"/>
          </w:tcPr>
          <w:p>
            <w:r>
              <w:t>0</w:t>
            </w:r>
          </w:p>
        </w:tc>
        <w:tc>
          <w:tcPr>
            <w:tcW w:type="dxa" w:w="1440"/>
          </w:tcPr>
          <w:p>
            <w:r>
              <w:t>0</w:t>
            </w:r>
          </w:p>
        </w:tc>
        <w:tc>
          <w:tcPr>
            <w:tcW w:type="dxa" w:w="1440"/>
          </w:tcPr>
          <w:p>
            <w:r>
              <w:t>7</w:t>
            </w:r>
          </w:p>
        </w:tc>
        <w:tc>
          <w:tcPr>
            <w:tcW w:type="dxa" w:w="1440"/>
          </w:tcPr>
          <w:p>
            <w:r>
              <w:t>8</w:t>
            </w:r>
          </w:p>
        </w:tc>
        <w:tc>
          <w:tcPr>
            <w:tcW w:type="dxa" w:w="1440"/>
          </w:tcPr>
          <w:p>
            <w:r>
              <w:t>8</w:t>
            </w:r>
          </w:p>
        </w:tc>
        <w:tc>
          <w:tcPr>
            <w:tcW w:type="dxa" w:w="1440"/>
          </w:tcPr>
          <w:p>
            <w:r>
              <w:t>0 / 0 / 4</w:t>
            </w:r>
          </w:p>
        </w:tc>
        <w:tc>
          <w:tcPr>
            <w:tcW w:type="dxa" w:w="1440"/>
          </w:tcPr>
          <w:p>
            <w:r>
              <w:t>gas</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Analysis questions</w:t>
      </w:r>
    </w:p>
    <w:p>
      <w:r>
        <w:t>4. Describe your heating curve in five parts. For each part, say whether the temperature was rising or flat, which state or states were present, and what the particles were doing.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in particle terms why the temperature stayed flat during melting and boiling even though energy was still being added. Use the word 'average'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After round 3 your group had solid particles and liquid particles at the same time. What real situation does this model? Give an example with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In Part C the liquid's temperature was below the boiling point, yet one particle escaped. What real process does this model, and why was the liquid left behind cooler afterward? Give an everyday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a group used 8 particles instead of 4 with the same rules. After 5 rounds, would its model temperature be higher, lower or the same as yours? Would it need more tokens to melt the whole sample? Explain what this shows about temperature and thermal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Sketch the curve you would expect for pure water vapor at 120 °C cooled steadily at 101 kPa until it is ice at −20 °C. Label the temperature of each flat step and the state in each part.</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10. Name two ways this model differs from real particles, and for one of them suggest a rule change that would make the model more realistic.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