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1 of 3 · Student recording sheet</w:t>
      </w:r>
    </w:p>
    <w:p>
      <w:pPr>
        <w:pStyle w:val="Heading1"/>
      </w:pPr>
      <w:r>
        <w:t>The Unlabeled Map: Find the Hidden Plate Boundaries</w:t>
      </w:r>
    </w:p>
    <w:p>
      <w:r>
        <w:rPr>
          <w:b/>
        </w:rPr>
        <w:t>Investigation question: Using only the locations, depths and magnitudes of 40 earthquakes and the positions of 11 active volcanoes, where are the plate boundaries on this map, what kind is each one, and which towns face which hazards?</w:t>
      </w:r>
    </w:p>
    <w:p>
      <w:r>
        <w:t>Name: ____________________________    Group: ________    Date: ____________</w:t>
      </w:r>
    </w:p>
    <w:p>
      <w:pPr>
        <w:pStyle w:val="Heading2"/>
      </w:pPr>
      <w:r>
        <w:t>Your role</w:t>
      </w:r>
    </w:p>
    <w:p>
      <w:r>
        <w:t xml:space="preserve">☐ </w:t>
      </w:r>
      <w:r>
        <w:rPr>
          <w:b/>
        </w:rPr>
        <w:t>North plotter</w:t>
      </w:r>
      <w:r>
        <w:t>: Plots every earthquake and volcano with y = 8 or more on the group map, using the depth colors and magnitude sizes in the key.</w:t>
      </w:r>
    </w:p>
    <w:p>
      <w:r>
        <w:t xml:space="preserve">☐ </w:t>
      </w:r>
      <w:r>
        <w:rPr>
          <w:b/>
        </w:rPr>
        <w:t>South plotter</w:t>
      </w:r>
      <w:r>
        <w:t>: Plots every earthquake and volcano with y = 7 or less, then checks five of the North plotter's points against the table.</w:t>
      </w:r>
    </w:p>
    <w:p>
      <w:r>
        <w:t xml:space="preserve">☐ </w:t>
      </w:r>
      <w:r>
        <w:rPr>
          <w:b/>
        </w:rPr>
        <w:t>Depth analyst</w:t>
      </w:r>
      <w:r>
        <w:t>: Builds the cross-section from the earthquakes in the north band (y = 8 or more, x = 10 or more) and leads q3 and q4.</w:t>
      </w:r>
    </w:p>
    <w:p>
      <w:r>
        <w:t xml:space="preserve">☐ </w:t>
      </w:r>
      <w:r>
        <w:rPr>
          <w:b/>
        </w:rPr>
        <w:t>Skeptic and recorder</w:t>
      </w:r>
      <w:r>
        <w:t>: Fills the classification table, asks 'what is the evidence?' for every interpretation, and records the group's town ranking with its reasons.</w:t>
      </w:r>
    </w:p>
    <w:p>
      <w:pPr>
        <w:pStyle w:val="Heading2"/>
      </w:pPr>
      <w:r>
        <w:t>Safety</w:t>
      </w:r>
    </w:p>
    <w:p>
      <w:r>
        <w:t>• Paper and pencil only; there are no physical hazards. If you use the floor-sized masking-tape grid option, keep walkways clear and have students step, not run, between points.</w:t>
      </w:r>
    </w:p>
    <w:p>
      <w:r>
        <w:t>• The towns and region are fictional. If students ask about hazards where they live, point them to the official USGS and California Geological Survey hazard maps rather than drawing conclusions from this teaching dataset.</w:t>
      </w:r>
    </w:p>
    <w:p>
      <w:pPr>
        <w:pStyle w:val="Heading2"/>
      </w:pPr>
      <w:r>
        <w:t>Procedure</w:t>
      </w:r>
    </w:p>
    <w:p>
      <w:r>
        <w:t>1. Read the scenario and the plotting key together. Agree on the grid: x counts squares east, y counts squares north, and each square is 50 km. Ocean lies west of x = 11; land lies to the east.</w:t>
      </w:r>
    </w:p>
    <w:p>
      <w:r>
        <w:t>2. Split the plotting: the North plotter takes every point with y = 8 or more and the South plotter every point with y = 7 or less. Plot each earthquake as a dot colored by depth and sized by magnitude, and each volcano as a small triangle. Write the ID beside every point.</w:t>
      </w:r>
    </w:p>
    <w:p>
      <w:r>
        <w:t>3. Swap and check: each plotter checks five of the other's points against the table. Mark the four towns with a square and their initials.</w:t>
      </w:r>
    </w:p>
    <w:p>
      <w:r>
        <w:t>4. Answer q1 and q2 as a group. Then look for lines and clusters of points. Lightly sketch where you think each boundary runs, but do not label it yet.</w:t>
      </w:r>
    </w:p>
    <w:p>
      <w:r>
        <w:t>5. Depth analyst: plot the cross-section using every earthquake with y = 8 or more and x = 10 or more (distance east on the horizontal axis, depth on the vertical axis, deeper lower). The group answers q3 and q4.</w:t>
      </w:r>
    </w:p>
    <w:p>
      <w:r>
        <w:t>6. Classify each line or cluster in the classification table: where it is, the earthquake depths, the largest magnitude, whether volcanoes are present, your interpretation, and the key evidence. Answer q5 and q6.</w:t>
      </w:r>
    </w:p>
    <w:p>
      <w:r>
        <w:t>7. Highlight the boundaries you are confident about and leave dashed lines where you are unsure. Answer the analysis questions individually: the magnitude comparison (q7), the town forecast (q8) and the remaining questions.</w:t>
      </w:r>
    </w:p>
    <w:p>
      <w:r>
        <w:t>8. Compare maps with one other group. Where your interpretations differ, decide which evidence would settle the disagreement.</w:t>
      </w:r>
    </w:p>
    <w:p>
      <w:pPr>
        <w:pStyle w:val="Heading2"/>
      </w:pPr>
      <w:r>
        <w:t>Record your observations</w:t>
      </w:r>
    </w:p>
    <w:p>
      <w:pPr>
        <w:pStyle w:val="Heading2"/>
      </w:pPr>
      <w:r>
        <w:t>Lab 1 recording sheet: The Unlabeled Map</w:t>
      </w:r>
    </w:p>
    <w:p>
      <w:r>
        <w:t xml:space="preserve">The planning office of a </w:t>
      </w:r>
      <w:r>
        <w:rPr>
          <w:b/>
        </w:rPr>
        <w:t>fictional</w:t>
      </w:r>
      <w:r>
        <w:t xml:space="preserve"> coastal region has lost its map of plate boundaries. It still has a sample of 40 earthquakes from its 100-year catalog and a list of the 11 volcanoes that have erupted in the last 10,000 years. Your job is to rebuild the boundary map from the data alone and then advise four towns. Every number on this sheet is a </w:t>
      </w:r>
      <w:r>
        <w:rPr>
          <w:b/>
        </w:rPr>
        <w:t>teaching dataset</w:t>
      </w:r>
      <w:r>
        <w:t xml:space="preserve"> invented for this lab. On the grid, x counts squares east and y counts squares north; each square is 50 km. Ocean lies west of x = 11 and land lies east of it.</w:t>
      </w:r>
    </w:p>
    <w:p>
      <w:r>
        <w:rPr>
          <w:b/>
        </w:rPr>
        <w:t>Earthquake sample (40 events)</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ID</w:t>
            </w:r>
          </w:p>
        </w:tc>
        <w:tc>
          <w:tcPr>
            <w:tcW w:type="dxa" w:w="2016"/>
          </w:tcPr>
          <w:p>
            <w:r/>
            <w:r>
              <w:rPr>
                <w:b/>
              </w:rPr>
              <w:t>x (east)</w:t>
            </w:r>
          </w:p>
        </w:tc>
        <w:tc>
          <w:tcPr>
            <w:tcW w:type="dxa" w:w="2016"/>
          </w:tcPr>
          <w:p>
            <w:r/>
            <w:r>
              <w:rPr>
                <w:b/>
              </w:rPr>
              <w:t>y (north)</w:t>
            </w:r>
          </w:p>
        </w:tc>
        <w:tc>
          <w:tcPr>
            <w:tcW w:type="dxa" w:w="2016"/>
          </w:tcPr>
          <w:p>
            <w:r/>
            <w:r>
              <w:rPr>
                <w:b/>
              </w:rPr>
              <w:t>Depth (km)</w:t>
            </w:r>
          </w:p>
        </w:tc>
        <w:tc>
          <w:tcPr>
            <w:tcW w:type="dxa" w:w="2016"/>
          </w:tcPr>
          <w:p>
            <w:r/>
            <w:r>
              <w:rPr>
                <w:b/>
              </w:rPr>
              <w:t>Magnitude</w:t>
            </w:r>
          </w:p>
        </w:tc>
      </w:tr>
      <w:tr>
        <w:tc>
          <w:tcPr>
            <w:tcW w:type="dxa" w:w="2016"/>
          </w:tcPr>
          <w:p>
            <w:r>
              <w:t>E1</w:t>
            </w:r>
          </w:p>
        </w:tc>
        <w:tc>
          <w:tcPr>
            <w:tcW w:type="dxa" w:w="2016"/>
          </w:tcPr>
          <w:p>
            <w:r>
              <w:t>8</w:t>
            </w:r>
          </w:p>
        </w:tc>
        <w:tc>
          <w:tcPr>
            <w:tcW w:type="dxa" w:w="2016"/>
          </w:tcPr>
          <w:p>
            <w:r>
              <w:t>13</w:t>
            </w:r>
          </w:p>
        </w:tc>
        <w:tc>
          <w:tcPr>
            <w:tcW w:type="dxa" w:w="2016"/>
          </w:tcPr>
          <w:p>
            <w:r>
              <w:t>15</w:t>
            </w:r>
          </w:p>
        </w:tc>
        <w:tc>
          <w:tcPr>
            <w:tcW w:type="dxa" w:w="2016"/>
          </w:tcPr>
          <w:p>
            <w:r>
              <w:t>4.0</w:t>
            </w:r>
          </w:p>
        </w:tc>
      </w:tr>
      <w:tr>
        <w:tc>
          <w:tcPr>
            <w:tcW w:type="dxa" w:w="2016"/>
          </w:tcPr>
          <w:p>
            <w:r>
              <w:t>E2</w:t>
            </w:r>
          </w:p>
        </w:tc>
        <w:tc>
          <w:tcPr>
            <w:tcW w:type="dxa" w:w="2016"/>
          </w:tcPr>
          <w:p>
            <w:r>
              <w:t>11</w:t>
            </w:r>
          </w:p>
        </w:tc>
        <w:tc>
          <w:tcPr>
            <w:tcW w:type="dxa" w:w="2016"/>
          </w:tcPr>
          <w:p>
            <w:r>
              <w:t>10</w:t>
            </w:r>
          </w:p>
        </w:tc>
        <w:tc>
          <w:tcPr>
            <w:tcW w:type="dxa" w:w="2016"/>
          </w:tcPr>
          <w:p>
            <w:r>
              <w:t>30</w:t>
            </w:r>
          </w:p>
        </w:tc>
        <w:tc>
          <w:tcPr>
            <w:tcW w:type="dxa" w:w="2016"/>
          </w:tcPr>
          <w:p>
            <w:r>
              <w:t>7.1</w:t>
            </w:r>
          </w:p>
        </w:tc>
      </w:tr>
      <w:tr>
        <w:tc>
          <w:tcPr>
            <w:tcW w:type="dxa" w:w="2016"/>
          </w:tcPr>
          <w:p>
            <w:r>
              <w:t>E3</w:t>
            </w:r>
          </w:p>
        </w:tc>
        <w:tc>
          <w:tcPr>
            <w:tcW w:type="dxa" w:w="2016"/>
          </w:tcPr>
          <w:p>
            <w:r>
              <w:t>12</w:t>
            </w:r>
          </w:p>
        </w:tc>
        <w:tc>
          <w:tcPr>
            <w:tcW w:type="dxa" w:w="2016"/>
          </w:tcPr>
          <w:p>
            <w:r>
              <w:t>11</w:t>
            </w:r>
          </w:p>
        </w:tc>
        <w:tc>
          <w:tcPr>
            <w:tcW w:type="dxa" w:w="2016"/>
          </w:tcPr>
          <w:p>
            <w:r>
              <w:t>55</w:t>
            </w:r>
          </w:p>
        </w:tc>
        <w:tc>
          <w:tcPr>
            <w:tcW w:type="dxa" w:w="2016"/>
          </w:tcPr>
          <w:p>
            <w:r>
              <w:t>5.4</w:t>
            </w:r>
          </w:p>
        </w:tc>
      </w:tr>
      <w:tr>
        <w:tc>
          <w:tcPr>
            <w:tcW w:type="dxa" w:w="2016"/>
          </w:tcPr>
          <w:p>
            <w:r>
              <w:t>E4</w:t>
            </w:r>
          </w:p>
        </w:tc>
        <w:tc>
          <w:tcPr>
            <w:tcW w:type="dxa" w:w="2016"/>
          </w:tcPr>
          <w:p>
            <w:r>
              <w:t>12</w:t>
            </w:r>
          </w:p>
        </w:tc>
        <w:tc>
          <w:tcPr>
            <w:tcW w:type="dxa" w:w="2016"/>
          </w:tcPr>
          <w:p>
            <w:r>
              <w:t>15</w:t>
            </w:r>
          </w:p>
        </w:tc>
        <w:tc>
          <w:tcPr>
            <w:tcW w:type="dxa" w:w="2016"/>
          </w:tcPr>
          <w:p>
            <w:r>
              <w:t>60</w:t>
            </w:r>
          </w:p>
        </w:tc>
        <w:tc>
          <w:tcPr>
            <w:tcW w:type="dxa" w:w="2016"/>
          </w:tcPr>
          <w:p>
            <w:r>
              <w:t>6.2</w:t>
            </w:r>
          </w:p>
        </w:tc>
      </w:tr>
      <w:tr>
        <w:tc>
          <w:tcPr>
            <w:tcW w:type="dxa" w:w="2016"/>
          </w:tcPr>
          <w:p>
            <w:r>
              <w:t>E5</w:t>
            </w:r>
          </w:p>
        </w:tc>
        <w:tc>
          <w:tcPr>
            <w:tcW w:type="dxa" w:w="2016"/>
          </w:tcPr>
          <w:p>
            <w:r>
              <w:t>17</w:t>
            </w:r>
          </w:p>
        </w:tc>
        <w:tc>
          <w:tcPr>
            <w:tcW w:type="dxa" w:w="2016"/>
          </w:tcPr>
          <w:p>
            <w:r>
              <w:t>2</w:t>
            </w:r>
          </w:p>
        </w:tc>
        <w:tc>
          <w:tcPr>
            <w:tcW w:type="dxa" w:w="2016"/>
          </w:tcPr>
          <w:p>
            <w:r>
              <w:t>6</w:t>
            </w:r>
          </w:p>
        </w:tc>
        <w:tc>
          <w:tcPr>
            <w:tcW w:type="dxa" w:w="2016"/>
          </w:tcPr>
          <w:p>
            <w:r>
              <w:t>4.2</w:t>
            </w:r>
          </w:p>
        </w:tc>
      </w:tr>
      <w:tr>
        <w:tc>
          <w:tcPr>
            <w:tcW w:type="dxa" w:w="2016"/>
          </w:tcPr>
          <w:p>
            <w:r>
              <w:t>E6</w:t>
            </w:r>
          </w:p>
        </w:tc>
        <w:tc>
          <w:tcPr>
            <w:tcW w:type="dxa" w:w="2016"/>
          </w:tcPr>
          <w:p>
            <w:r>
              <w:t>14</w:t>
            </w:r>
          </w:p>
        </w:tc>
        <w:tc>
          <w:tcPr>
            <w:tcW w:type="dxa" w:w="2016"/>
          </w:tcPr>
          <w:p>
            <w:r>
              <w:t>15</w:t>
            </w:r>
          </w:p>
        </w:tc>
        <w:tc>
          <w:tcPr>
            <w:tcW w:type="dxa" w:w="2016"/>
          </w:tcPr>
          <w:p>
            <w:r>
              <w:t>140</w:t>
            </w:r>
          </w:p>
        </w:tc>
        <w:tc>
          <w:tcPr>
            <w:tcW w:type="dxa" w:w="2016"/>
          </w:tcPr>
          <w:p>
            <w:r>
              <w:t>5.6</w:t>
            </w:r>
          </w:p>
        </w:tc>
      </w:tr>
      <w:tr>
        <w:tc>
          <w:tcPr>
            <w:tcW w:type="dxa" w:w="2016"/>
          </w:tcPr>
          <w:p>
            <w:r>
              <w:t>E7</w:t>
            </w:r>
          </w:p>
        </w:tc>
        <w:tc>
          <w:tcPr>
            <w:tcW w:type="dxa" w:w="2016"/>
          </w:tcPr>
          <w:p>
            <w:r>
              <w:t>10</w:t>
            </w:r>
          </w:p>
        </w:tc>
        <w:tc>
          <w:tcPr>
            <w:tcW w:type="dxa" w:w="2016"/>
          </w:tcPr>
          <w:p>
            <w:r>
              <w:t>15</w:t>
            </w:r>
          </w:p>
        </w:tc>
        <w:tc>
          <w:tcPr>
            <w:tcW w:type="dxa" w:w="2016"/>
          </w:tcPr>
          <w:p>
            <w:r>
              <w:t>20</w:t>
            </w:r>
          </w:p>
        </w:tc>
        <w:tc>
          <w:tcPr>
            <w:tcW w:type="dxa" w:w="2016"/>
          </w:tcPr>
          <w:p>
            <w:r>
              <w:t>6.8</w:t>
            </w:r>
          </w:p>
        </w:tc>
      </w:tr>
      <w:tr>
        <w:tc>
          <w:tcPr>
            <w:tcW w:type="dxa" w:w="2016"/>
          </w:tcPr>
          <w:p>
            <w:r>
              <w:t>E8</w:t>
            </w:r>
          </w:p>
        </w:tc>
        <w:tc>
          <w:tcPr>
            <w:tcW w:type="dxa" w:w="2016"/>
          </w:tcPr>
          <w:p>
            <w:r>
              <w:t>16</w:t>
            </w:r>
          </w:p>
        </w:tc>
        <w:tc>
          <w:tcPr>
            <w:tcW w:type="dxa" w:w="2016"/>
          </w:tcPr>
          <w:p>
            <w:r>
              <w:t>11</w:t>
            </w:r>
          </w:p>
        </w:tc>
        <w:tc>
          <w:tcPr>
            <w:tcW w:type="dxa" w:w="2016"/>
          </w:tcPr>
          <w:p>
            <w:r>
              <w:t>240</w:t>
            </w:r>
          </w:p>
        </w:tc>
        <w:tc>
          <w:tcPr>
            <w:tcW w:type="dxa" w:w="2016"/>
          </w:tcPr>
          <w:p>
            <w:r>
              <w:t>5.5</w:t>
            </w:r>
          </w:p>
        </w:tc>
      </w:tr>
      <w:tr>
        <w:tc>
          <w:tcPr>
            <w:tcW w:type="dxa" w:w="2016"/>
          </w:tcPr>
          <w:p>
            <w:r>
              <w:t>E9</w:t>
            </w:r>
          </w:p>
        </w:tc>
        <w:tc>
          <w:tcPr>
            <w:tcW w:type="dxa" w:w="2016"/>
          </w:tcPr>
          <w:p>
            <w:r>
              <w:t>14</w:t>
            </w:r>
          </w:p>
        </w:tc>
        <w:tc>
          <w:tcPr>
            <w:tcW w:type="dxa" w:w="2016"/>
          </w:tcPr>
          <w:p>
            <w:r>
              <w:t>11</w:t>
            </w:r>
          </w:p>
        </w:tc>
        <w:tc>
          <w:tcPr>
            <w:tcW w:type="dxa" w:w="2016"/>
          </w:tcPr>
          <w:p>
            <w:r>
              <w:t>135</w:t>
            </w:r>
          </w:p>
        </w:tc>
        <w:tc>
          <w:tcPr>
            <w:tcW w:type="dxa" w:w="2016"/>
          </w:tcPr>
          <w:p>
            <w:r>
              <w:t>6.4</w:t>
            </w:r>
          </w:p>
        </w:tc>
      </w:tr>
      <w:tr>
        <w:tc>
          <w:tcPr>
            <w:tcW w:type="dxa" w:w="2016"/>
          </w:tcPr>
          <w:p>
            <w:r>
              <w:t>E10</w:t>
            </w:r>
          </w:p>
        </w:tc>
        <w:tc>
          <w:tcPr>
            <w:tcW w:type="dxa" w:w="2016"/>
          </w:tcPr>
          <w:p>
            <w:r>
              <w:t>3</w:t>
            </w:r>
          </w:p>
        </w:tc>
        <w:tc>
          <w:tcPr>
            <w:tcW w:type="dxa" w:w="2016"/>
          </w:tcPr>
          <w:p>
            <w:r>
              <w:t>12</w:t>
            </w:r>
          </w:p>
        </w:tc>
        <w:tc>
          <w:tcPr>
            <w:tcW w:type="dxa" w:w="2016"/>
          </w:tcPr>
          <w:p>
            <w:r>
              <w:t>6</w:t>
            </w:r>
          </w:p>
        </w:tc>
        <w:tc>
          <w:tcPr>
            <w:tcW w:type="dxa" w:w="2016"/>
          </w:tcPr>
          <w:p>
            <w:r>
              <w:t>4.1</w:t>
            </w:r>
          </w:p>
        </w:tc>
      </w:tr>
      <w:tr>
        <w:tc>
          <w:tcPr>
            <w:tcW w:type="dxa" w:w="2016"/>
          </w:tcPr>
          <w:p>
            <w:r>
              <w:t>E11</w:t>
            </w:r>
          </w:p>
        </w:tc>
        <w:tc>
          <w:tcPr>
            <w:tcW w:type="dxa" w:w="2016"/>
          </w:tcPr>
          <w:p>
            <w:r>
              <w:t>3</w:t>
            </w:r>
          </w:p>
        </w:tc>
        <w:tc>
          <w:tcPr>
            <w:tcW w:type="dxa" w:w="2016"/>
          </w:tcPr>
          <w:p>
            <w:r>
              <w:t>7</w:t>
            </w:r>
          </w:p>
        </w:tc>
        <w:tc>
          <w:tcPr>
            <w:tcW w:type="dxa" w:w="2016"/>
          </w:tcPr>
          <w:p>
            <w:r>
              <w:t>7</w:t>
            </w:r>
          </w:p>
        </w:tc>
        <w:tc>
          <w:tcPr>
            <w:tcW w:type="dxa" w:w="2016"/>
          </w:tcPr>
          <w:p>
            <w:r>
              <w:t>4.4</w:t>
            </w:r>
          </w:p>
        </w:tc>
      </w:tr>
      <w:tr>
        <w:tc>
          <w:tcPr>
            <w:tcW w:type="dxa" w:w="2016"/>
          </w:tcPr>
          <w:p>
            <w:r>
              <w:t>E12</w:t>
            </w:r>
          </w:p>
        </w:tc>
        <w:tc>
          <w:tcPr>
            <w:tcW w:type="dxa" w:w="2016"/>
          </w:tcPr>
          <w:p>
            <w:r>
              <w:t>16</w:t>
            </w:r>
          </w:p>
        </w:tc>
        <w:tc>
          <w:tcPr>
            <w:tcW w:type="dxa" w:w="2016"/>
          </w:tcPr>
          <w:p>
            <w:r>
              <w:t>14</w:t>
            </w:r>
          </w:p>
        </w:tc>
        <w:tc>
          <w:tcPr>
            <w:tcW w:type="dxa" w:w="2016"/>
          </w:tcPr>
          <w:p>
            <w:r>
              <w:t>250</w:t>
            </w:r>
          </w:p>
        </w:tc>
        <w:tc>
          <w:tcPr>
            <w:tcW w:type="dxa" w:w="2016"/>
          </w:tcPr>
          <w:p>
            <w:r>
              <w:t>6.1</w:t>
            </w:r>
          </w:p>
        </w:tc>
      </w:tr>
      <w:tr>
        <w:tc>
          <w:tcPr>
            <w:tcW w:type="dxa" w:w="2016"/>
          </w:tcPr>
          <w:p>
            <w:r>
              <w:t>E13</w:t>
            </w:r>
          </w:p>
        </w:tc>
        <w:tc>
          <w:tcPr>
            <w:tcW w:type="dxa" w:w="2016"/>
          </w:tcPr>
          <w:p>
            <w:r>
              <w:t>11</w:t>
            </w:r>
          </w:p>
        </w:tc>
        <w:tc>
          <w:tcPr>
            <w:tcW w:type="dxa" w:w="2016"/>
          </w:tcPr>
          <w:p>
            <w:r>
              <w:t>0</w:t>
            </w:r>
          </w:p>
        </w:tc>
        <w:tc>
          <w:tcPr>
            <w:tcW w:type="dxa" w:w="2016"/>
          </w:tcPr>
          <w:p>
            <w:r>
              <w:t>11</w:t>
            </w:r>
          </w:p>
        </w:tc>
        <w:tc>
          <w:tcPr>
            <w:tcW w:type="dxa" w:w="2016"/>
          </w:tcPr>
          <w:p>
            <w:r>
              <w:t>5.0</w:t>
            </w:r>
          </w:p>
        </w:tc>
      </w:tr>
      <w:tr>
        <w:tc>
          <w:tcPr>
            <w:tcW w:type="dxa" w:w="2016"/>
          </w:tcPr>
          <w:p>
            <w:r>
              <w:t>E14</w:t>
            </w:r>
          </w:p>
        </w:tc>
        <w:tc>
          <w:tcPr>
            <w:tcW w:type="dxa" w:w="2016"/>
          </w:tcPr>
          <w:p>
            <w:r>
              <w:t>10</w:t>
            </w:r>
          </w:p>
        </w:tc>
        <w:tc>
          <w:tcPr>
            <w:tcW w:type="dxa" w:w="2016"/>
          </w:tcPr>
          <w:p>
            <w:r>
              <w:t>12</w:t>
            </w:r>
          </w:p>
        </w:tc>
        <w:tc>
          <w:tcPr>
            <w:tcW w:type="dxa" w:w="2016"/>
          </w:tcPr>
          <w:p>
            <w:r>
              <w:t>25</w:t>
            </w:r>
          </w:p>
        </w:tc>
        <w:tc>
          <w:tcPr>
            <w:tcW w:type="dxa" w:w="2016"/>
          </w:tcPr>
          <w:p>
            <w:r>
              <w:t>8.7</w:t>
            </w:r>
          </w:p>
        </w:tc>
      </w:tr>
      <w:tr>
        <w:tc>
          <w:tcPr>
            <w:tcW w:type="dxa" w:w="2016"/>
          </w:tcPr>
          <w:p>
            <w:r>
              <w:t>E15</w:t>
            </w:r>
          </w:p>
        </w:tc>
        <w:tc>
          <w:tcPr>
            <w:tcW w:type="dxa" w:w="2016"/>
          </w:tcPr>
          <w:p>
            <w:r>
              <w:t>11</w:t>
            </w:r>
          </w:p>
        </w:tc>
        <w:tc>
          <w:tcPr>
            <w:tcW w:type="dxa" w:w="2016"/>
          </w:tcPr>
          <w:p>
            <w:r>
              <w:t>5</w:t>
            </w:r>
          </w:p>
        </w:tc>
        <w:tc>
          <w:tcPr>
            <w:tcW w:type="dxa" w:w="2016"/>
          </w:tcPr>
          <w:p>
            <w:r>
              <w:t>10</w:t>
            </w:r>
          </w:p>
        </w:tc>
        <w:tc>
          <w:tcPr>
            <w:tcW w:type="dxa" w:w="2016"/>
          </w:tcPr>
          <w:p>
            <w:r>
              <w:t>7.4</w:t>
            </w:r>
          </w:p>
        </w:tc>
      </w:tr>
      <w:tr>
        <w:tc>
          <w:tcPr>
            <w:tcW w:type="dxa" w:w="2016"/>
          </w:tcPr>
          <w:p>
            <w:r>
              <w:t>E16</w:t>
            </w:r>
          </w:p>
        </w:tc>
        <w:tc>
          <w:tcPr>
            <w:tcW w:type="dxa" w:w="2016"/>
          </w:tcPr>
          <w:p>
            <w:r>
              <w:t>1</w:t>
            </w:r>
          </w:p>
        </w:tc>
        <w:tc>
          <w:tcPr>
            <w:tcW w:type="dxa" w:w="2016"/>
          </w:tcPr>
          <w:p>
            <w:r>
              <w:t>1</w:t>
            </w:r>
          </w:p>
        </w:tc>
        <w:tc>
          <w:tcPr>
            <w:tcW w:type="dxa" w:w="2016"/>
          </w:tcPr>
          <w:p>
            <w:r>
              <w:t>10</w:t>
            </w:r>
          </w:p>
        </w:tc>
        <w:tc>
          <w:tcPr>
            <w:tcW w:type="dxa" w:w="2016"/>
          </w:tcPr>
          <w:p>
            <w:r>
              <w:t>3.4</w:t>
            </w:r>
          </w:p>
        </w:tc>
      </w:tr>
      <w:tr>
        <w:tc>
          <w:tcPr>
            <w:tcW w:type="dxa" w:w="2016"/>
          </w:tcPr>
          <w:p>
            <w:r>
              <w:t>E17</w:t>
            </w:r>
          </w:p>
        </w:tc>
        <w:tc>
          <w:tcPr>
            <w:tcW w:type="dxa" w:w="2016"/>
          </w:tcPr>
          <w:p>
            <w:r>
              <w:t>11</w:t>
            </w:r>
          </w:p>
        </w:tc>
        <w:tc>
          <w:tcPr>
            <w:tcW w:type="dxa" w:w="2016"/>
          </w:tcPr>
          <w:p>
            <w:r>
              <w:t>7</w:t>
            </w:r>
          </w:p>
        </w:tc>
        <w:tc>
          <w:tcPr>
            <w:tcW w:type="dxa" w:w="2016"/>
          </w:tcPr>
          <w:p>
            <w:r>
              <w:t>12</w:t>
            </w:r>
          </w:p>
        </w:tc>
        <w:tc>
          <w:tcPr>
            <w:tcW w:type="dxa" w:w="2016"/>
          </w:tcPr>
          <w:p>
            <w:r>
              <w:t>5.6</w:t>
            </w:r>
          </w:p>
        </w:tc>
      </w:tr>
      <w:tr>
        <w:tc>
          <w:tcPr>
            <w:tcW w:type="dxa" w:w="2016"/>
          </w:tcPr>
          <w:p>
            <w:r>
              <w:t>E18</w:t>
            </w:r>
          </w:p>
        </w:tc>
        <w:tc>
          <w:tcPr>
            <w:tcW w:type="dxa" w:w="2016"/>
          </w:tcPr>
          <w:p>
            <w:r>
              <w:t>11</w:t>
            </w:r>
          </w:p>
        </w:tc>
        <w:tc>
          <w:tcPr>
            <w:tcW w:type="dxa" w:w="2016"/>
          </w:tcPr>
          <w:p>
            <w:r>
              <w:t>2</w:t>
            </w:r>
          </w:p>
        </w:tc>
        <w:tc>
          <w:tcPr>
            <w:tcW w:type="dxa" w:w="2016"/>
          </w:tcPr>
          <w:p>
            <w:r>
              <w:t>14</w:t>
            </w:r>
          </w:p>
        </w:tc>
        <w:tc>
          <w:tcPr>
            <w:tcW w:type="dxa" w:w="2016"/>
          </w:tcPr>
          <w:p>
            <w:r>
              <w:t>6.1</w:t>
            </w:r>
          </w:p>
        </w:tc>
      </w:tr>
      <w:tr>
        <w:tc>
          <w:tcPr>
            <w:tcW w:type="dxa" w:w="2016"/>
          </w:tcPr>
          <w:p>
            <w:r>
              <w:t>E19</w:t>
            </w:r>
          </w:p>
        </w:tc>
        <w:tc>
          <w:tcPr>
            <w:tcW w:type="dxa" w:w="2016"/>
          </w:tcPr>
          <w:p>
            <w:r>
              <w:t>3</w:t>
            </w:r>
          </w:p>
        </w:tc>
        <w:tc>
          <w:tcPr>
            <w:tcW w:type="dxa" w:w="2016"/>
          </w:tcPr>
          <w:p>
            <w:r>
              <w:t>15</w:t>
            </w:r>
          </w:p>
        </w:tc>
        <w:tc>
          <w:tcPr>
            <w:tcW w:type="dxa" w:w="2016"/>
          </w:tcPr>
          <w:p>
            <w:r>
              <w:t>8</w:t>
            </w:r>
          </w:p>
        </w:tc>
        <w:tc>
          <w:tcPr>
            <w:tcW w:type="dxa" w:w="2016"/>
          </w:tcPr>
          <w:p>
            <w:r>
              <w:t>4.6</w:t>
            </w:r>
          </w:p>
        </w:tc>
      </w:tr>
      <w:tr>
        <w:tc>
          <w:tcPr>
            <w:tcW w:type="dxa" w:w="2016"/>
          </w:tcPr>
          <w:p>
            <w:r>
              <w:t>E20</w:t>
            </w:r>
          </w:p>
        </w:tc>
        <w:tc>
          <w:tcPr>
            <w:tcW w:type="dxa" w:w="2016"/>
          </w:tcPr>
          <w:p>
            <w:r>
              <w:t>18</w:t>
            </w:r>
          </w:p>
        </w:tc>
        <w:tc>
          <w:tcPr>
            <w:tcW w:type="dxa" w:w="2016"/>
          </w:tcPr>
          <w:p>
            <w:r>
              <w:t>4</w:t>
            </w:r>
          </w:p>
        </w:tc>
        <w:tc>
          <w:tcPr>
            <w:tcW w:type="dxa" w:w="2016"/>
          </w:tcPr>
          <w:p>
            <w:r>
              <w:t>12</w:t>
            </w:r>
          </w:p>
        </w:tc>
        <w:tc>
          <w:tcPr>
            <w:tcW w:type="dxa" w:w="2016"/>
          </w:tcPr>
          <w:p>
            <w:r>
              <w:t>6.6</w:t>
            </w:r>
          </w:p>
        </w:tc>
      </w:tr>
      <w:tr>
        <w:tc>
          <w:tcPr>
            <w:tcW w:type="dxa" w:w="2016"/>
          </w:tcPr>
          <w:p>
            <w:r>
              <w:t>E21</w:t>
            </w:r>
          </w:p>
        </w:tc>
        <w:tc>
          <w:tcPr>
            <w:tcW w:type="dxa" w:w="2016"/>
          </w:tcPr>
          <w:p>
            <w:r>
              <w:t>11</w:t>
            </w:r>
          </w:p>
        </w:tc>
        <w:tc>
          <w:tcPr>
            <w:tcW w:type="dxa" w:w="2016"/>
          </w:tcPr>
          <w:p>
            <w:r>
              <w:t>6</w:t>
            </w:r>
          </w:p>
        </w:tc>
        <w:tc>
          <w:tcPr>
            <w:tcW w:type="dxa" w:w="2016"/>
          </w:tcPr>
          <w:p>
            <w:r>
              <w:t>8</w:t>
            </w:r>
          </w:p>
        </w:tc>
        <w:tc>
          <w:tcPr>
            <w:tcW w:type="dxa" w:w="2016"/>
          </w:tcPr>
          <w:p>
            <w:r>
              <w:t>4.4</w:t>
            </w:r>
          </w:p>
        </w:tc>
      </w:tr>
      <w:tr>
        <w:tc>
          <w:tcPr>
            <w:tcW w:type="dxa" w:w="2016"/>
          </w:tcPr>
          <w:p>
            <w:r>
              <w:t>E22</w:t>
            </w:r>
          </w:p>
        </w:tc>
        <w:tc>
          <w:tcPr>
            <w:tcW w:type="dxa" w:w="2016"/>
          </w:tcPr>
          <w:p>
            <w:r>
              <w:t>11</w:t>
            </w:r>
          </w:p>
        </w:tc>
        <w:tc>
          <w:tcPr>
            <w:tcW w:type="dxa" w:w="2016"/>
          </w:tcPr>
          <w:p>
            <w:r>
              <w:t>1</w:t>
            </w:r>
          </w:p>
        </w:tc>
        <w:tc>
          <w:tcPr>
            <w:tcW w:type="dxa" w:w="2016"/>
          </w:tcPr>
          <w:p>
            <w:r>
              <w:t>6</w:t>
            </w:r>
          </w:p>
        </w:tc>
        <w:tc>
          <w:tcPr>
            <w:tcW w:type="dxa" w:w="2016"/>
          </w:tcPr>
          <w:p>
            <w:r>
              <w:t>3.8</w:t>
            </w:r>
          </w:p>
        </w:tc>
      </w:tr>
      <w:tr>
        <w:tc>
          <w:tcPr>
            <w:tcW w:type="dxa" w:w="2016"/>
          </w:tcPr>
          <w:p>
            <w:r>
              <w:t>E23</w:t>
            </w:r>
          </w:p>
        </w:tc>
        <w:tc>
          <w:tcPr>
            <w:tcW w:type="dxa" w:w="2016"/>
          </w:tcPr>
          <w:p>
            <w:r>
              <w:t>15</w:t>
            </w:r>
          </w:p>
        </w:tc>
        <w:tc>
          <w:tcPr>
            <w:tcW w:type="dxa" w:w="2016"/>
          </w:tcPr>
          <w:p>
            <w:r>
              <w:t>10</w:t>
            </w:r>
          </w:p>
        </w:tc>
        <w:tc>
          <w:tcPr>
            <w:tcW w:type="dxa" w:w="2016"/>
          </w:tcPr>
          <w:p>
            <w:r>
              <w:t>185</w:t>
            </w:r>
          </w:p>
        </w:tc>
        <w:tc>
          <w:tcPr>
            <w:tcW w:type="dxa" w:w="2016"/>
          </w:tcPr>
          <w:p>
            <w:r>
              <w:t>5.3</w:t>
            </w:r>
          </w:p>
        </w:tc>
      </w:tr>
      <w:tr>
        <w:tc>
          <w:tcPr>
            <w:tcW w:type="dxa" w:w="2016"/>
          </w:tcPr>
          <w:p>
            <w:r>
              <w:t>E24</w:t>
            </w:r>
          </w:p>
        </w:tc>
        <w:tc>
          <w:tcPr>
            <w:tcW w:type="dxa" w:w="2016"/>
          </w:tcPr>
          <w:p>
            <w:r>
              <w:t>13</w:t>
            </w:r>
          </w:p>
        </w:tc>
        <w:tc>
          <w:tcPr>
            <w:tcW w:type="dxa" w:w="2016"/>
          </w:tcPr>
          <w:p>
            <w:r>
              <w:t>12</w:t>
            </w:r>
          </w:p>
        </w:tc>
        <w:tc>
          <w:tcPr>
            <w:tcW w:type="dxa" w:w="2016"/>
          </w:tcPr>
          <w:p>
            <w:r>
              <w:t>8</w:t>
            </w:r>
          </w:p>
        </w:tc>
        <w:tc>
          <w:tcPr>
            <w:tcW w:type="dxa" w:w="2016"/>
          </w:tcPr>
          <w:p>
            <w:r>
              <w:t>3.9</w:t>
            </w:r>
          </w:p>
        </w:tc>
      </w:tr>
      <w:tr>
        <w:tc>
          <w:tcPr>
            <w:tcW w:type="dxa" w:w="2016"/>
          </w:tcPr>
          <w:p>
            <w:r>
              <w:t>E25</w:t>
            </w:r>
          </w:p>
        </w:tc>
        <w:tc>
          <w:tcPr>
            <w:tcW w:type="dxa" w:w="2016"/>
          </w:tcPr>
          <w:p>
            <w:r>
              <w:t>12</w:t>
            </w:r>
          </w:p>
        </w:tc>
        <w:tc>
          <w:tcPr>
            <w:tcW w:type="dxa" w:w="2016"/>
          </w:tcPr>
          <w:p>
            <w:r>
              <w:t>4</w:t>
            </w:r>
          </w:p>
        </w:tc>
        <w:tc>
          <w:tcPr>
            <w:tcW w:type="dxa" w:w="2016"/>
          </w:tcPr>
          <w:p>
            <w:r>
              <w:t>10</w:t>
            </w:r>
          </w:p>
        </w:tc>
        <w:tc>
          <w:tcPr>
            <w:tcW w:type="dxa" w:w="2016"/>
          </w:tcPr>
          <w:p>
            <w:r>
              <w:t>4.5</w:t>
            </w:r>
          </w:p>
        </w:tc>
      </w:tr>
      <w:tr>
        <w:tc>
          <w:tcPr>
            <w:tcW w:type="dxa" w:w="2016"/>
          </w:tcPr>
          <w:p>
            <w:r>
              <w:t>E26</w:t>
            </w:r>
          </w:p>
        </w:tc>
        <w:tc>
          <w:tcPr>
            <w:tcW w:type="dxa" w:w="2016"/>
          </w:tcPr>
          <w:p>
            <w:r>
              <w:t>6</w:t>
            </w:r>
          </w:p>
        </w:tc>
        <w:tc>
          <w:tcPr>
            <w:tcW w:type="dxa" w:w="2016"/>
          </w:tcPr>
          <w:p>
            <w:r>
              <w:t>4</w:t>
            </w:r>
          </w:p>
        </w:tc>
        <w:tc>
          <w:tcPr>
            <w:tcW w:type="dxa" w:w="2016"/>
          </w:tcPr>
          <w:p>
            <w:r>
              <w:t>10</w:t>
            </w:r>
          </w:p>
        </w:tc>
        <w:tc>
          <w:tcPr>
            <w:tcW w:type="dxa" w:w="2016"/>
          </w:tcPr>
          <w:p>
            <w:r>
              <w:t>6.3</w:t>
            </w:r>
          </w:p>
        </w:tc>
      </w:tr>
      <w:tr>
        <w:tc>
          <w:tcPr>
            <w:tcW w:type="dxa" w:w="2016"/>
          </w:tcPr>
          <w:p>
            <w:r>
              <w:t>E27</w:t>
            </w:r>
          </w:p>
        </w:tc>
        <w:tc>
          <w:tcPr>
            <w:tcW w:type="dxa" w:w="2016"/>
          </w:tcPr>
          <w:p>
            <w:r>
              <w:t>3</w:t>
            </w:r>
          </w:p>
        </w:tc>
        <w:tc>
          <w:tcPr>
            <w:tcW w:type="dxa" w:w="2016"/>
          </w:tcPr>
          <w:p>
            <w:r>
              <w:t>9</w:t>
            </w:r>
          </w:p>
        </w:tc>
        <w:tc>
          <w:tcPr>
            <w:tcW w:type="dxa" w:w="2016"/>
          </w:tcPr>
          <w:p>
            <w:r>
              <w:t>10</w:t>
            </w:r>
          </w:p>
        </w:tc>
        <w:tc>
          <w:tcPr>
            <w:tcW w:type="dxa" w:w="2016"/>
          </w:tcPr>
          <w:p>
            <w:r>
              <w:t>5.2</w:t>
            </w:r>
          </w:p>
        </w:tc>
      </w:tr>
      <w:tr>
        <w:tc>
          <w:tcPr>
            <w:tcW w:type="dxa" w:w="2016"/>
          </w:tcPr>
          <w:p>
            <w:r>
              <w:t>E28</w:t>
            </w:r>
          </w:p>
        </w:tc>
        <w:tc>
          <w:tcPr>
            <w:tcW w:type="dxa" w:w="2016"/>
          </w:tcPr>
          <w:p>
            <w:r>
              <w:t>15</w:t>
            </w:r>
          </w:p>
        </w:tc>
        <w:tc>
          <w:tcPr>
            <w:tcW w:type="dxa" w:w="2016"/>
          </w:tcPr>
          <w:p>
            <w:r>
              <w:t>13</w:t>
            </w:r>
          </w:p>
        </w:tc>
        <w:tc>
          <w:tcPr>
            <w:tcW w:type="dxa" w:w="2016"/>
          </w:tcPr>
          <w:p>
            <w:r>
              <w:t>190</w:t>
            </w:r>
          </w:p>
        </w:tc>
        <w:tc>
          <w:tcPr>
            <w:tcW w:type="dxa" w:w="2016"/>
          </w:tcPr>
          <w:p>
            <w:r>
              <w:t>5.8</w:t>
            </w:r>
          </w:p>
        </w:tc>
      </w:tr>
      <w:tr>
        <w:tc>
          <w:tcPr>
            <w:tcW w:type="dxa" w:w="2016"/>
          </w:tcPr>
          <w:p>
            <w:r>
              <w:t>E29</w:t>
            </w:r>
          </w:p>
        </w:tc>
        <w:tc>
          <w:tcPr>
            <w:tcW w:type="dxa" w:w="2016"/>
          </w:tcPr>
          <w:p>
            <w:r>
              <w:t>17</w:t>
            </w:r>
          </w:p>
        </w:tc>
        <w:tc>
          <w:tcPr>
            <w:tcW w:type="dxa" w:w="2016"/>
          </w:tcPr>
          <w:p>
            <w:r>
              <w:t>10</w:t>
            </w:r>
          </w:p>
        </w:tc>
        <w:tc>
          <w:tcPr>
            <w:tcW w:type="dxa" w:w="2016"/>
          </w:tcPr>
          <w:p>
            <w:r>
              <w:t>320</w:t>
            </w:r>
          </w:p>
        </w:tc>
        <w:tc>
          <w:tcPr>
            <w:tcW w:type="dxa" w:w="2016"/>
          </w:tcPr>
          <w:p>
            <w:r>
              <w:t>5.0</w:t>
            </w:r>
          </w:p>
        </w:tc>
      </w:tr>
      <w:tr>
        <w:tc>
          <w:tcPr>
            <w:tcW w:type="dxa" w:w="2016"/>
          </w:tcPr>
          <w:p>
            <w:r>
              <w:t>E30</w:t>
            </w:r>
          </w:p>
        </w:tc>
        <w:tc>
          <w:tcPr>
            <w:tcW w:type="dxa" w:w="2016"/>
          </w:tcPr>
          <w:p>
            <w:r>
              <w:t>11</w:t>
            </w:r>
          </w:p>
        </w:tc>
        <w:tc>
          <w:tcPr>
            <w:tcW w:type="dxa" w:w="2016"/>
          </w:tcPr>
          <w:p>
            <w:r>
              <w:t>14</w:t>
            </w:r>
          </w:p>
        </w:tc>
        <w:tc>
          <w:tcPr>
            <w:tcW w:type="dxa" w:w="2016"/>
          </w:tcPr>
          <w:p>
            <w:r>
              <w:t>35</w:t>
            </w:r>
          </w:p>
        </w:tc>
        <w:tc>
          <w:tcPr>
            <w:tcW w:type="dxa" w:w="2016"/>
          </w:tcPr>
          <w:p>
            <w:r>
              <w:t>5.9</w:t>
            </w:r>
          </w:p>
        </w:tc>
      </w:tr>
      <w:tr>
        <w:tc>
          <w:tcPr>
            <w:tcW w:type="dxa" w:w="2016"/>
          </w:tcPr>
          <w:p>
            <w:r>
              <w:t>E31</w:t>
            </w:r>
          </w:p>
        </w:tc>
        <w:tc>
          <w:tcPr>
            <w:tcW w:type="dxa" w:w="2016"/>
          </w:tcPr>
          <w:p>
            <w:r>
              <w:t>6</w:t>
            </w:r>
          </w:p>
        </w:tc>
        <w:tc>
          <w:tcPr>
            <w:tcW w:type="dxa" w:w="2016"/>
          </w:tcPr>
          <w:p>
            <w:r>
              <w:t>3</w:t>
            </w:r>
          </w:p>
        </w:tc>
        <w:tc>
          <w:tcPr>
            <w:tcW w:type="dxa" w:w="2016"/>
          </w:tcPr>
          <w:p>
            <w:r>
              <w:t>6</w:t>
            </w:r>
          </w:p>
        </w:tc>
        <w:tc>
          <w:tcPr>
            <w:tcW w:type="dxa" w:w="2016"/>
          </w:tcPr>
          <w:p>
            <w:r>
              <w:t>4.0</w:t>
            </w:r>
          </w:p>
        </w:tc>
      </w:tr>
      <w:tr>
        <w:tc>
          <w:tcPr>
            <w:tcW w:type="dxa" w:w="2016"/>
          </w:tcPr>
          <w:p>
            <w:r>
              <w:t>E32</w:t>
            </w:r>
          </w:p>
        </w:tc>
        <w:tc>
          <w:tcPr>
            <w:tcW w:type="dxa" w:w="2016"/>
          </w:tcPr>
          <w:p>
            <w:r>
              <w:t>19</w:t>
            </w:r>
          </w:p>
        </w:tc>
        <w:tc>
          <w:tcPr>
            <w:tcW w:type="dxa" w:w="2016"/>
          </w:tcPr>
          <w:p>
            <w:r>
              <w:t>5</w:t>
            </w:r>
          </w:p>
        </w:tc>
        <w:tc>
          <w:tcPr>
            <w:tcW w:type="dxa" w:w="2016"/>
          </w:tcPr>
          <w:p>
            <w:r>
              <w:t>8</w:t>
            </w:r>
          </w:p>
        </w:tc>
        <w:tc>
          <w:tcPr>
            <w:tcW w:type="dxa" w:w="2016"/>
          </w:tcPr>
          <w:p>
            <w:r>
              <w:t>4.4</w:t>
            </w:r>
          </w:p>
        </w:tc>
      </w:tr>
      <w:tr>
        <w:tc>
          <w:tcPr>
            <w:tcW w:type="dxa" w:w="2016"/>
          </w:tcPr>
          <w:p>
            <w:r>
              <w:t>E33</w:t>
            </w:r>
          </w:p>
        </w:tc>
        <w:tc>
          <w:tcPr>
            <w:tcW w:type="dxa" w:w="2016"/>
          </w:tcPr>
          <w:p>
            <w:r>
              <w:t>13</w:t>
            </w:r>
          </w:p>
        </w:tc>
        <w:tc>
          <w:tcPr>
            <w:tcW w:type="dxa" w:w="2016"/>
          </w:tcPr>
          <w:p>
            <w:r>
              <w:t>13</w:t>
            </w:r>
          </w:p>
        </w:tc>
        <w:tc>
          <w:tcPr>
            <w:tcW w:type="dxa" w:w="2016"/>
          </w:tcPr>
          <w:p>
            <w:r>
              <w:t>95</w:t>
            </w:r>
          </w:p>
        </w:tc>
        <w:tc>
          <w:tcPr>
            <w:tcW w:type="dxa" w:w="2016"/>
          </w:tcPr>
          <w:p>
            <w:r>
              <w:t>6.0</w:t>
            </w:r>
          </w:p>
        </w:tc>
      </w:tr>
      <w:tr>
        <w:tc>
          <w:tcPr>
            <w:tcW w:type="dxa" w:w="2016"/>
          </w:tcPr>
          <w:p>
            <w:r>
              <w:t>E34</w:t>
            </w:r>
          </w:p>
        </w:tc>
        <w:tc>
          <w:tcPr>
            <w:tcW w:type="dxa" w:w="2016"/>
          </w:tcPr>
          <w:p>
            <w:r>
              <w:t>3</w:t>
            </w:r>
          </w:p>
        </w:tc>
        <w:tc>
          <w:tcPr>
            <w:tcW w:type="dxa" w:w="2016"/>
          </w:tcPr>
          <w:p>
            <w:r>
              <w:t>4</w:t>
            </w:r>
          </w:p>
        </w:tc>
        <w:tc>
          <w:tcPr>
            <w:tcW w:type="dxa" w:w="2016"/>
          </w:tcPr>
          <w:p>
            <w:r>
              <w:t>9</w:t>
            </w:r>
          </w:p>
        </w:tc>
        <w:tc>
          <w:tcPr>
            <w:tcW w:type="dxa" w:w="2016"/>
          </w:tcPr>
          <w:p>
            <w:r>
              <w:t>4.8</w:t>
            </w:r>
          </w:p>
        </w:tc>
      </w:tr>
      <w:tr>
        <w:tc>
          <w:tcPr>
            <w:tcW w:type="dxa" w:w="2016"/>
          </w:tcPr>
          <w:p>
            <w:r>
              <w:t>E35</w:t>
            </w:r>
          </w:p>
        </w:tc>
        <w:tc>
          <w:tcPr>
            <w:tcW w:type="dxa" w:w="2016"/>
          </w:tcPr>
          <w:p>
            <w:r>
              <w:t>13</w:t>
            </w:r>
          </w:p>
        </w:tc>
        <w:tc>
          <w:tcPr>
            <w:tcW w:type="dxa" w:w="2016"/>
          </w:tcPr>
          <w:p>
            <w:r>
              <w:t>9</w:t>
            </w:r>
          </w:p>
        </w:tc>
        <w:tc>
          <w:tcPr>
            <w:tcW w:type="dxa" w:w="2016"/>
          </w:tcPr>
          <w:p>
            <w:r>
              <w:t>90</w:t>
            </w:r>
          </w:p>
        </w:tc>
        <w:tc>
          <w:tcPr>
            <w:tcW w:type="dxa" w:w="2016"/>
          </w:tcPr>
          <w:p>
            <w:r>
              <w:t>5.1</w:t>
            </w:r>
          </w:p>
        </w:tc>
      </w:tr>
      <w:tr>
        <w:tc>
          <w:tcPr>
            <w:tcW w:type="dxa" w:w="2016"/>
          </w:tcPr>
          <w:p>
            <w:r>
              <w:t>E36</w:t>
            </w:r>
          </w:p>
        </w:tc>
        <w:tc>
          <w:tcPr>
            <w:tcW w:type="dxa" w:w="2016"/>
          </w:tcPr>
          <w:p>
            <w:r>
              <w:t>11</w:t>
            </w:r>
          </w:p>
        </w:tc>
        <w:tc>
          <w:tcPr>
            <w:tcW w:type="dxa" w:w="2016"/>
          </w:tcPr>
          <w:p>
            <w:r>
              <w:t>3</w:t>
            </w:r>
          </w:p>
        </w:tc>
        <w:tc>
          <w:tcPr>
            <w:tcW w:type="dxa" w:w="2016"/>
          </w:tcPr>
          <w:p>
            <w:r>
              <w:t>9</w:t>
            </w:r>
          </w:p>
        </w:tc>
        <w:tc>
          <w:tcPr>
            <w:tcW w:type="dxa" w:w="2016"/>
          </w:tcPr>
          <w:p>
            <w:r>
              <w:t>4.9</w:t>
            </w:r>
          </w:p>
        </w:tc>
      </w:tr>
      <w:tr>
        <w:tc>
          <w:tcPr>
            <w:tcW w:type="dxa" w:w="2016"/>
          </w:tcPr>
          <w:p>
            <w:r>
              <w:t>E37</w:t>
            </w:r>
          </w:p>
        </w:tc>
        <w:tc>
          <w:tcPr>
            <w:tcW w:type="dxa" w:w="2016"/>
          </w:tcPr>
          <w:p>
            <w:r>
              <w:t>16</w:t>
            </w:r>
          </w:p>
        </w:tc>
        <w:tc>
          <w:tcPr>
            <w:tcW w:type="dxa" w:w="2016"/>
          </w:tcPr>
          <w:p>
            <w:r>
              <w:t>3</w:t>
            </w:r>
          </w:p>
        </w:tc>
        <w:tc>
          <w:tcPr>
            <w:tcW w:type="dxa" w:w="2016"/>
          </w:tcPr>
          <w:p>
            <w:r>
              <w:t>5</w:t>
            </w:r>
          </w:p>
        </w:tc>
        <w:tc>
          <w:tcPr>
            <w:tcW w:type="dxa" w:w="2016"/>
          </w:tcPr>
          <w:p>
            <w:r>
              <w:t>3.5</w:t>
            </w:r>
          </w:p>
        </w:tc>
      </w:tr>
      <w:tr>
        <w:tc>
          <w:tcPr>
            <w:tcW w:type="dxa" w:w="2016"/>
          </w:tcPr>
          <w:p>
            <w:r>
              <w:t>E38</w:t>
            </w:r>
          </w:p>
        </w:tc>
        <w:tc>
          <w:tcPr>
            <w:tcW w:type="dxa" w:w="2016"/>
          </w:tcPr>
          <w:p>
            <w:r>
              <w:t>18</w:t>
            </w:r>
          </w:p>
        </w:tc>
        <w:tc>
          <w:tcPr>
            <w:tcW w:type="dxa" w:w="2016"/>
          </w:tcPr>
          <w:p>
            <w:r>
              <w:t>5</w:t>
            </w:r>
          </w:p>
        </w:tc>
        <w:tc>
          <w:tcPr>
            <w:tcW w:type="dxa" w:w="2016"/>
          </w:tcPr>
          <w:p>
            <w:r>
              <w:t>10</w:t>
            </w:r>
          </w:p>
        </w:tc>
        <w:tc>
          <w:tcPr>
            <w:tcW w:type="dxa" w:w="2016"/>
          </w:tcPr>
          <w:p>
            <w:r>
              <w:t>5.8</w:t>
            </w:r>
          </w:p>
        </w:tc>
      </w:tr>
      <w:tr>
        <w:tc>
          <w:tcPr>
            <w:tcW w:type="dxa" w:w="2016"/>
          </w:tcPr>
          <w:p>
            <w:r>
              <w:t>E39</w:t>
            </w:r>
          </w:p>
        </w:tc>
        <w:tc>
          <w:tcPr>
            <w:tcW w:type="dxa" w:w="2016"/>
          </w:tcPr>
          <w:p>
            <w:r>
              <w:t>17</w:t>
            </w:r>
          </w:p>
        </w:tc>
        <w:tc>
          <w:tcPr>
            <w:tcW w:type="dxa" w:w="2016"/>
          </w:tcPr>
          <w:p>
            <w:r>
              <w:t>13</w:t>
            </w:r>
          </w:p>
        </w:tc>
        <w:tc>
          <w:tcPr>
            <w:tcW w:type="dxa" w:w="2016"/>
          </w:tcPr>
          <w:p>
            <w:r>
              <w:t>330</w:t>
            </w:r>
          </w:p>
        </w:tc>
        <w:tc>
          <w:tcPr>
            <w:tcW w:type="dxa" w:w="2016"/>
          </w:tcPr>
          <w:p>
            <w:r>
              <w:t>6.6</w:t>
            </w:r>
          </w:p>
        </w:tc>
      </w:tr>
      <w:tr>
        <w:tc>
          <w:tcPr>
            <w:tcW w:type="dxa" w:w="2016"/>
          </w:tcPr>
          <w:p>
            <w:r>
              <w:t>E40</w:t>
            </w:r>
          </w:p>
        </w:tc>
        <w:tc>
          <w:tcPr>
            <w:tcW w:type="dxa" w:w="2016"/>
          </w:tcPr>
          <w:p>
            <w:r>
              <w:t>7</w:t>
            </w:r>
          </w:p>
        </w:tc>
        <w:tc>
          <w:tcPr>
            <w:tcW w:type="dxa" w:w="2016"/>
          </w:tcPr>
          <w:p>
            <w:r>
              <w:t>3</w:t>
            </w:r>
          </w:p>
        </w:tc>
        <w:tc>
          <w:tcPr>
            <w:tcW w:type="dxa" w:w="2016"/>
          </w:tcPr>
          <w:p>
            <w:r>
              <w:t>5</w:t>
            </w:r>
          </w:p>
        </w:tc>
        <w:tc>
          <w:tcPr>
            <w:tcW w:type="dxa" w:w="2016"/>
          </w:tcPr>
          <w:p>
            <w:r>
              <w:t>3.6</w:t>
            </w:r>
          </w:p>
        </w:tc>
      </w:tr>
    </w:tbl>
    <w:p/>
    <w:p>
      <w:r>
        <w:rPr>
          <w:i/>
          <w:sz w:val="18"/>
        </w:rPr>
        <w:t>Simulated teaching data for a fictional region. Depth is the depth of the focus below the surface.</w:t>
      </w:r>
    </w:p>
    <w:p>
      <w:r>
        <w:rPr>
          <w:b/>
        </w:rPr>
        <w:t>Active volcanoes (erupted within the last 10,000 years)</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ID</w:t>
            </w:r>
          </w:p>
        </w:tc>
        <w:tc>
          <w:tcPr>
            <w:tcW w:type="dxa" w:w="3360"/>
          </w:tcPr>
          <w:p>
            <w:r/>
            <w:r>
              <w:rPr>
                <w:b/>
              </w:rPr>
              <w:t>x (east)</w:t>
            </w:r>
          </w:p>
        </w:tc>
        <w:tc>
          <w:tcPr>
            <w:tcW w:type="dxa" w:w="3360"/>
          </w:tcPr>
          <w:p>
            <w:r/>
            <w:r>
              <w:rPr>
                <w:b/>
              </w:rPr>
              <w:t>y (north)</w:t>
            </w:r>
          </w:p>
        </w:tc>
      </w:tr>
      <w:tr>
        <w:tc>
          <w:tcPr>
            <w:tcW w:type="dxa" w:w="3360"/>
          </w:tcPr>
          <w:p>
            <w:r>
              <w:t>V1</w:t>
            </w:r>
          </w:p>
        </w:tc>
        <w:tc>
          <w:tcPr>
            <w:tcW w:type="dxa" w:w="3360"/>
          </w:tcPr>
          <w:p>
            <w:r>
              <w:t>6</w:t>
            </w:r>
          </w:p>
        </w:tc>
        <w:tc>
          <w:tcPr>
            <w:tcW w:type="dxa" w:w="3360"/>
          </w:tcPr>
          <w:p>
            <w:r>
              <w:t>3</w:t>
            </w:r>
          </w:p>
        </w:tc>
      </w:tr>
      <w:tr>
        <w:tc>
          <w:tcPr>
            <w:tcW w:type="dxa" w:w="3360"/>
          </w:tcPr>
          <w:p>
            <w:r>
              <w:t>V2</w:t>
            </w:r>
          </w:p>
        </w:tc>
        <w:tc>
          <w:tcPr>
            <w:tcW w:type="dxa" w:w="3360"/>
          </w:tcPr>
          <w:p>
            <w:r>
              <w:t>13</w:t>
            </w:r>
          </w:p>
        </w:tc>
        <w:tc>
          <w:tcPr>
            <w:tcW w:type="dxa" w:w="3360"/>
          </w:tcPr>
          <w:p>
            <w:r>
              <w:t>9</w:t>
            </w:r>
          </w:p>
        </w:tc>
      </w:tr>
      <w:tr>
        <w:tc>
          <w:tcPr>
            <w:tcW w:type="dxa" w:w="3360"/>
          </w:tcPr>
          <w:p>
            <w:r>
              <w:t>V3</w:t>
            </w:r>
          </w:p>
        </w:tc>
        <w:tc>
          <w:tcPr>
            <w:tcW w:type="dxa" w:w="3360"/>
          </w:tcPr>
          <w:p>
            <w:r>
              <w:t>3</w:t>
            </w:r>
          </w:p>
        </w:tc>
        <w:tc>
          <w:tcPr>
            <w:tcW w:type="dxa" w:w="3360"/>
          </w:tcPr>
          <w:p>
            <w:r>
              <w:t>14</w:t>
            </w:r>
          </w:p>
        </w:tc>
      </w:tr>
      <w:tr>
        <w:tc>
          <w:tcPr>
            <w:tcW w:type="dxa" w:w="3360"/>
          </w:tcPr>
          <w:p>
            <w:r>
              <w:t>V4</w:t>
            </w:r>
          </w:p>
        </w:tc>
        <w:tc>
          <w:tcPr>
            <w:tcW w:type="dxa" w:w="3360"/>
          </w:tcPr>
          <w:p>
            <w:r>
              <w:t>17</w:t>
            </w:r>
          </w:p>
        </w:tc>
        <w:tc>
          <w:tcPr>
            <w:tcW w:type="dxa" w:w="3360"/>
          </w:tcPr>
          <w:p>
            <w:r>
              <w:t>2</w:t>
            </w:r>
          </w:p>
        </w:tc>
      </w:tr>
      <w:tr>
        <w:tc>
          <w:tcPr>
            <w:tcW w:type="dxa" w:w="3360"/>
          </w:tcPr>
          <w:p>
            <w:r>
              <w:t>V5</w:t>
            </w:r>
          </w:p>
        </w:tc>
        <w:tc>
          <w:tcPr>
            <w:tcW w:type="dxa" w:w="3360"/>
          </w:tcPr>
          <w:p>
            <w:r>
              <w:t>16</w:t>
            </w:r>
          </w:p>
        </w:tc>
        <w:tc>
          <w:tcPr>
            <w:tcW w:type="dxa" w:w="3360"/>
          </w:tcPr>
          <w:p>
            <w:r>
              <w:t>3</w:t>
            </w:r>
          </w:p>
        </w:tc>
      </w:tr>
      <w:tr>
        <w:tc>
          <w:tcPr>
            <w:tcW w:type="dxa" w:w="3360"/>
          </w:tcPr>
          <w:p>
            <w:r>
              <w:t>V6</w:t>
            </w:r>
          </w:p>
        </w:tc>
        <w:tc>
          <w:tcPr>
            <w:tcW w:type="dxa" w:w="3360"/>
          </w:tcPr>
          <w:p>
            <w:r>
              <w:t>14</w:t>
            </w:r>
          </w:p>
        </w:tc>
        <w:tc>
          <w:tcPr>
            <w:tcW w:type="dxa" w:w="3360"/>
          </w:tcPr>
          <w:p>
            <w:r>
              <w:t>15</w:t>
            </w:r>
          </w:p>
        </w:tc>
      </w:tr>
      <w:tr>
        <w:tc>
          <w:tcPr>
            <w:tcW w:type="dxa" w:w="3360"/>
          </w:tcPr>
          <w:p>
            <w:r>
              <w:t>V7</w:t>
            </w:r>
          </w:p>
        </w:tc>
        <w:tc>
          <w:tcPr>
            <w:tcW w:type="dxa" w:w="3360"/>
          </w:tcPr>
          <w:p>
            <w:r>
              <w:t>3</w:t>
            </w:r>
          </w:p>
        </w:tc>
        <w:tc>
          <w:tcPr>
            <w:tcW w:type="dxa" w:w="3360"/>
          </w:tcPr>
          <w:p>
            <w:r>
              <w:t>10</w:t>
            </w:r>
          </w:p>
        </w:tc>
      </w:tr>
      <w:tr>
        <w:tc>
          <w:tcPr>
            <w:tcW w:type="dxa" w:w="3360"/>
          </w:tcPr>
          <w:p>
            <w:r>
              <w:t>V8</w:t>
            </w:r>
          </w:p>
        </w:tc>
        <w:tc>
          <w:tcPr>
            <w:tcW w:type="dxa" w:w="3360"/>
          </w:tcPr>
          <w:p>
            <w:r>
              <w:t>14</w:t>
            </w:r>
          </w:p>
        </w:tc>
        <w:tc>
          <w:tcPr>
            <w:tcW w:type="dxa" w:w="3360"/>
          </w:tcPr>
          <w:p>
            <w:r>
              <w:t>11</w:t>
            </w:r>
          </w:p>
        </w:tc>
      </w:tr>
      <w:tr>
        <w:tc>
          <w:tcPr>
            <w:tcW w:type="dxa" w:w="3360"/>
          </w:tcPr>
          <w:p>
            <w:r>
              <w:t>V9</w:t>
            </w:r>
          </w:p>
        </w:tc>
        <w:tc>
          <w:tcPr>
            <w:tcW w:type="dxa" w:w="3360"/>
          </w:tcPr>
          <w:p>
            <w:r>
              <w:t>13</w:t>
            </w:r>
          </w:p>
        </w:tc>
        <w:tc>
          <w:tcPr>
            <w:tcW w:type="dxa" w:w="3360"/>
          </w:tcPr>
          <w:p>
            <w:r>
              <w:t>13</w:t>
            </w:r>
          </w:p>
        </w:tc>
      </w:tr>
      <w:tr>
        <w:tc>
          <w:tcPr>
            <w:tcW w:type="dxa" w:w="3360"/>
          </w:tcPr>
          <w:p>
            <w:r>
              <w:t>V10</w:t>
            </w:r>
          </w:p>
        </w:tc>
        <w:tc>
          <w:tcPr>
            <w:tcW w:type="dxa" w:w="3360"/>
          </w:tcPr>
          <w:p>
            <w:r>
              <w:t>6</w:t>
            </w:r>
          </w:p>
        </w:tc>
        <w:tc>
          <w:tcPr>
            <w:tcW w:type="dxa" w:w="3360"/>
          </w:tcPr>
          <w:p>
            <w:r>
              <w:t>4</w:t>
            </w:r>
          </w:p>
        </w:tc>
      </w:tr>
      <w:tr>
        <w:tc>
          <w:tcPr>
            <w:tcW w:type="dxa" w:w="3360"/>
          </w:tcPr>
          <w:p>
            <w:r>
              <w:t>V11</w:t>
            </w:r>
          </w:p>
        </w:tc>
        <w:tc>
          <w:tcPr>
            <w:tcW w:type="dxa" w:w="3360"/>
          </w:tcPr>
          <w:p>
            <w:r>
              <w:t>3</w:t>
            </w:r>
          </w:p>
        </w:tc>
        <w:tc>
          <w:tcPr>
            <w:tcW w:type="dxa" w:w="3360"/>
          </w:tcPr>
          <w:p>
            <w:r>
              <w:t>5</w:t>
            </w:r>
          </w:p>
        </w:tc>
      </w:tr>
    </w:tbl>
    <w:p/>
    <w:p>
      <w:r>
        <w:rPr>
          <w:i/>
          <w:sz w:val="18"/>
        </w:rPr>
        <w:t>Simulated teaching data for a fictional region.</w:t>
      </w:r>
    </w:p>
    <w:p>
      <w:r>
        <w:rPr>
          <w:b/>
        </w:rPr>
        <w:t>Towns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Town</w:t>
            </w:r>
          </w:p>
        </w:tc>
        <w:tc>
          <w:tcPr>
            <w:tcW w:type="dxa" w:w="2520"/>
          </w:tcPr>
          <w:p>
            <w:r/>
            <w:r>
              <w:rPr>
                <w:b/>
              </w:rPr>
              <w:t>x</w:t>
            </w:r>
          </w:p>
        </w:tc>
        <w:tc>
          <w:tcPr>
            <w:tcW w:type="dxa" w:w="2520"/>
          </w:tcPr>
          <w:p>
            <w:r/>
            <w:r>
              <w:rPr>
                <w:b/>
              </w:rPr>
              <w:t>y</w:t>
            </w:r>
          </w:p>
        </w:tc>
        <w:tc>
          <w:tcPr>
            <w:tcW w:type="dxa" w:w="2520"/>
          </w:tcPr>
          <w:p>
            <w:r/>
            <w:r>
              <w:rPr>
                <w:b/>
              </w:rPr>
              <w:t>Notes</w:t>
            </w:r>
          </w:p>
        </w:tc>
      </w:tr>
      <w:tr>
        <w:tc>
          <w:tcPr>
            <w:tcW w:type="dxa" w:w="2520"/>
          </w:tcPr>
          <w:p>
            <w:r>
              <w:t>Port Halden</w:t>
            </w:r>
          </w:p>
        </w:tc>
        <w:tc>
          <w:tcPr>
            <w:tcW w:type="dxa" w:w="2520"/>
          </w:tcPr>
          <w:p>
            <w:r>
              <w:t>11</w:t>
            </w:r>
          </w:p>
        </w:tc>
        <w:tc>
          <w:tcPr>
            <w:tcW w:type="dxa" w:w="2520"/>
          </w:tcPr>
          <w:p>
            <w:r>
              <w:t>13</w:t>
            </w:r>
          </w:p>
        </w:tc>
        <w:tc>
          <w:tcPr>
            <w:tcW w:type="dxa" w:w="2520"/>
          </w:tcPr>
          <w:p>
            <w:r>
              <w:t>Harbor city on the coast</w:t>
            </w:r>
          </w:p>
        </w:tc>
      </w:tr>
      <w:tr>
        <w:tc>
          <w:tcPr>
            <w:tcW w:type="dxa" w:w="2520"/>
          </w:tcPr>
          <w:p>
            <w:r>
              <w:t>Kettle Bay</w:t>
            </w:r>
          </w:p>
        </w:tc>
        <w:tc>
          <w:tcPr>
            <w:tcW w:type="dxa" w:w="2520"/>
          </w:tcPr>
          <w:p>
            <w:r>
              <w:t>12</w:t>
            </w:r>
          </w:p>
        </w:tc>
        <w:tc>
          <w:tcPr>
            <w:tcW w:type="dxa" w:w="2520"/>
          </w:tcPr>
          <w:p>
            <w:r>
              <w:t>4</w:t>
            </w:r>
          </w:p>
        </w:tc>
        <w:tc>
          <w:tcPr>
            <w:tcW w:type="dxa" w:w="2520"/>
          </w:tcPr>
          <w:p>
            <w:r>
              <w:t>Town just inland from the coast</w:t>
            </w:r>
          </w:p>
        </w:tc>
      </w:tr>
      <w:tr>
        <w:tc>
          <w:tcPr>
            <w:tcW w:type="dxa" w:w="2520"/>
          </w:tcPr>
          <w:p>
            <w:r>
              <w:t>Ash Hollow</w:t>
            </w:r>
          </w:p>
        </w:tc>
        <w:tc>
          <w:tcPr>
            <w:tcW w:type="dxa" w:w="2520"/>
          </w:tcPr>
          <w:p>
            <w:r>
              <w:t>14</w:t>
            </w:r>
          </w:p>
        </w:tc>
        <w:tc>
          <w:tcPr>
            <w:tcW w:type="dxa" w:w="2520"/>
          </w:tcPr>
          <w:p>
            <w:r>
              <w:t>12</w:t>
            </w:r>
          </w:p>
        </w:tc>
        <w:tc>
          <w:tcPr>
            <w:tcW w:type="dxa" w:w="2520"/>
          </w:tcPr>
          <w:p>
            <w:r>
              <w:t>Farming town in the mountains</w:t>
            </w:r>
          </w:p>
        </w:tc>
      </w:tr>
      <w:tr>
        <w:tc>
          <w:tcPr>
            <w:tcW w:type="dxa" w:w="2520"/>
          </w:tcPr>
          <w:p>
            <w:r>
              <w:t>Plainview</w:t>
            </w:r>
          </w:p>
        </w:tc>
        <w:tc>
          <w:tcPr>
            <w:tcW w:type="dxa" w:w="2520"/>
          </w:tcPr>
          <w:p>
            <w:r>
              <w:t>19</w:t>
            </w:r>
          </w:p>
        </w:tc>
        <w:tc>
          <w:tcPr>
            <w:tcW w:type="dxa" w:w="2520"/>
          </w:tcPr>
          <w:p>
            <w:r>
              <w:t>12</w:t>
            </w:r>
          </w:p>
        </w:tc>
        <w:tc>
          <w:tcPr>
            <w:tcW w:type="dxa" w:w="2520"/>
          </w:tcPr>
          <w:p>
            <w:r>
              <w:t>Inland city on a wide plain</w:t>
            </w:r>
          </w:p>
        </w:tc>
      </w:tr>
    </w:tbl>
    <w:p/>
    <w:p>
      <w:r>
        <w:rPr>
          <w:i/>
          <w:sz w:val="18"/>
        </w:rPr>
        <w:t>Fictional towns placed for this teaching dataset.</w:t>
      </w:r>
    </w:p>
    <w:p>
      <w:r>
        <w:rPr>
          <w:b/>
          <w:color w:val="1E3A2F"/>
        </w:rPr>
        <w:t>Plotting key</w:t>
      </w:r>
    </w:p>
    <w:p>
      <w:r>
        <w:rPr>
          <w:b/>
          <w:i/>
        </w:rPr>
        <w:t>Earthquake color by depth:</w:t>
      </w:r>
      <w:r>
        <w:rPr>
          <w:i/>
        </w:rPr>
        <w:t xml:space="preserve"> red = shallow (0 to 70 km), blue = intermediate (71 to 300 km), black = deep (more than 300 km). </w:t>
      </w:r>
      <w:r>
        <w:rPr>
          <w:b/>
          <w:i/>
        </w:rPr>
        <w:t>Earthquake size by magnitude:</w:t>
      </w:r>
      <w:r>
        <w:rPr>
          <w:i/>
        </w:rPr>
        <w:t xml:space="preserve"> small dot = below 5.0, medium dot = 5.0 to 6.9, large dot = 7.0 or more. </w:t>
      </w:r>
      <w:r>
        <w:rPr>
          <w:b/>
          <w:i/>
        </w:rPr>
        <w:t>Volcano:</w:t>
      </w:r>
      <w:r>
        <w:rPr>
          <w:i/>
        </w:rPr>
        <w:t xml:space="preserve"> a small triangle. </w:t>
      </w:r>
      <w:r>
        <w:rPr>
          <w:b/>
          <w:i/>
        </w:rPr>
        <w:t>Town:</w:t>
      </w:r>
      <w:r>
        <w:rPr>
          <w:i/>
        </w:rPr>
        <w:t xml:space="preserve"> a small square with its initials. Write the ID next to every point.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p_grid_plot_every_earthquake_volcano_a.png"/>
                    <pic:cNvPicPr/>
                  </pic:nvPicPr>
                  <pic:blipFill>
                    <a:blip r:embed="rId9"/>
                    <a:stretch>
                      <a:fillRect/>
                    </a:stretch>
                  </pic:blipFill>
                  <pic:spPr>
                    <a:xfrm>
                      <a:off x="0" y="0"/>
                      <a:ext cx="5943600" cy="3566160"/>
                    </a:xfrm>
                    <a:prstGeom prst="rect"/>
                  </pic:spPr>
                </pic:pic>
              </a:graphicData>
            </a:graphic>
          </wp:inline>
        </w:drawing>
      </w:r>
    </w:p>
    <w:p>
      <w:r>
        <w:t>1. Describe the overall pattern on your map. Where are the earthquakes and volcanoes concentrated, and where are they rare?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Look at the points along x = 3. Describe their depths, their magnitudes and the volcanoes there. What kind of boundary runs along x = 3? Give your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Cross_section_depth_of_every_earthquake_.png"/>
                    <pic:cNvPicPr/>
                  </pic:nvPicPr>
                  <pic:blipFill>
                    <a:blip r:embed="rId10"/>
                    <a:stretch>
                      <a:fillRect/>
                    </a:stretch>
                  </pic:blipFill>
                  <pic:spPr>
                    <a:xfrm>
                      <a:off x="0" y="0"/>
                      <a:ext cx="5943600" cy="3566160"/>
                    </a:xfrm>
                    <a:prstGeom prst="rect"/>
                  </pic:spPr>
                </pic:pic>
              </a:graphicData>
            </a:graphic>
          </wp:inline>
        </w:drawing>
      </w:r>
    </w:p>
    <w:p>
      <w:r>
        <w:t>3. Describe the shape the points make on your cross-section. In which direction do the earthquakes get deeper, and by about how many kilometers per grid square? What does this tell you is happening to one of the plates?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About how deep is the sinking plate beneath the chain of volcanoes at x = 13 to 14? Explain why the volcanoes form above the sinking plate at that depth instead of right at the trench.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Classification table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Line or cluster</w:t>
            </w:r>
          </w:p>
        </w:tc>
        <w:tc>
          <w:tcPr>
            <w:tcW w:type="dxa" w:w="1440"/>
          </w:tcPr>
          <w:p>
            <w:r/>
            <w:r>
              <w:rPr>
                <w:b/>
              </w:rPr>
              <w:t>Where (coordinates)</w:t>
            </w:r>
          </w:p>
        </w:tc>
        <w:tc>
          <w:tcPr>
            <w:tcW w:type="dxa" w:w="1440"/>
          </w:tcPr>
          <w:p>
            <w:r/>
            <w:r>
              <w:rPr>
                <w:b/>
              </w:rPr>
              <w:t>Earthquake depths</w:t>
            </w:r>
          </w:p>
        </w:tc>
        <w:tc>
          <w:tcPr>
            <w:tcW w:type="dxa" w:w="1440"/>
          </w:tcPr>
          <w:p>
            <w:r/>
            <w:r>
              <w:rPr>
                <w:b/>
              </w:rPr>
              <w:t>Largest magnitude</w:t>
            </w:r>
          </w:p>
        </w:tc>
        <w:tc>
          <w:tcPr>
            <w:tcW w:type="dxa" w:w="1440"/>
          </w:tcPr>
          <w:p>
            <w:r/>
            <w:r>
              <w:rPr>
                <w:b/>
              </w:rPr>
              <w:t>Volcanoes?</w:t>
            </w:r>
          </w:p>
        </w:tc>
        <w:tc>
          <w:tcPr>
            <w:tcW w:type="dxa" w:w="1440"/>
          </w:tcPr>
          <w:p>
            <w:r/>
            <w:r>
              <w:rPr>
                <w:b/>
              </w:rPr>
              <w:t>Interpretation</w:t>
            </w:r>
          </w:p>
        </w:tc>
        <w:tc>
          <w:tcPr>
            <w:tcW w:type="dxa" w:w="1440"/>
          </w:tcPr>
          <w:p>
            <w:r/>
            <w:r>
              <w:rPr>
                <w:b/>
              </w:rPr>
              <w:t>Key evidence</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5. The earthquakes along x = 11 south of y = 8 have no volcanoes near them. What kind of boundary is this, and why does it have no volcanoes?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Two volcanoes and three earthquakes cluster near (6, 3) and (6, 4), far from any line of points. What setting explains them? What evidence supports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7. Earthquakes E15 (magnitude 7.4) and E21 (magnitude 4.4) both happened on the line along x = 11. How many times more ground motion did E15 produce on a seismogram, and about how many times more energy did it release?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Forecast: rank Port Halden, Kettle Bay, Ash Hollow and Plainview from greatest to least earthquake hazard. For each town, name its main hazard or hazards (shaking, tsunami, volcanic) and cite the data that support your ranking.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planner says the land around (18, 5) is safe for a new hospital because it is far from every plate boundary. Use the data to respond.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Volcanoes V4 and V5 and two small, shallow earthquakes near (16, 3) and (17, 2) do not sit on any of the boundaries you found. Propose two possible explanations and name one kind of data that would help you decide between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The catalog covers only 100 years. Explain why a part of the map with no large earthquakes in the catalog could still have one in the future. Use one of the boundaries you found as an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Recommend one way to mitigate the main hazard at Port Halden and one way to mitigate the main hazard at Ash Hollow. Explain how each would reduce harm.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