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Lab 3 of 3 · Student recording sheet</w:t>
      </w:r>
    </w:p>
    <w:p>
      <w:pPr>
        <w:pStyle w:val="Heading1"/>
      </w:pPr>
      <w:r>
        <w:t>Four Hours or Twenty Minutes: Write a Tsunami Warning Procedure</w:t>
      </w:r>
    </w:p>
    <w:p>
      <w:r>
        <w:rPr>
          <w:b/>
        </w:rPr>
        <w:t>Investigation question: Using earthquake data, deep-ocean sensor readings and the rule that tsunami speed depends on water depth, what step-by-step procedure should a coastal warning office follow so that its harbor town gets enough time to evacuate without crying wolf?</w:t>
      </w:r>
    </w:p>
    <w:p>
      <w:r>
        <w:t>Name: ____________________________    Group: ________    Date: ____________</w:t>
      </w:r>
    </w:p>
    <w:p>
      <w:pPr>
        <w:pStyle w:val="Heading2"/>
      </w:pPr>
      <w:r>
        <w:t>Your role</w:t>
      </w:r>
    </w:p>
    <w:p>
      <w:r>
        <w:t xml:space="preserve">☐ </w:t>
      </w:r>
      <w:r>
        <w:rPr>
          <w:b/>
        </w:rPr>
        <w:t>Chief forecaster</w:t>
      </w:r>
      <w:r>
        <w:t>: Leads the decision steps, makes sure each decision uses only data available at that time, and has the final word on the procedure's wording.</w:t>
      </w:r>
    </w:p>
    <w:p>
      <w:r>
        <w:t xml:space="preserve">☐ </w:t>
      </w:r>
      <w:r>
        <w:rPr>
          <w:b/>
        </w:rPr>
        <w:t>Travel-time analyst</w:t>
      </w:r>
      <w:r>
        <w:t>: Organizes the arrival-time calculations, splitting the segments among the group, and checks every division with a calculator.</w:t>
      </w:r>
    </w:p>
    <w:p>
      <w:r>
        <w:t xml:space="preserve">☐ </w:t>
      </w:r>
      <w:r>
        <w:rPr>
          <w:b/>
        </w:rPr>
        <w:t>Records analyst</w:t>
      </w:r>
      <w:r>
        <w:t>: Leads the analysis of the twelve past events and derives the rule that turns a DART reading into a forecast height.</w:t>
      </w:r>
    </w:p>
    <w:p>
      <w:r>
        <w:t xml:space="preserve">☐ </w:t>
      </w:r>
      <w:r>
        <w:rPr>
          <w:b/>
        </w:rPr>
        <w:t>Tester and recorder</w:t>
      </w:r>
      <w:r>
        <w:t>: Applies the written procedure to each past event exactly as written, fills the test table and totals misses, false alarms and late warnings.</w:t>
      </w:r>
    </w:p>
    <w:p>
      <w:pPr>
        <w:pStyle w:val="Heading2"/>
      </w:pPr>
      <w:r>
        <w:t>Safety</w:t>
      </w:r>
    </w:p>
    <w:p>
      <w:r>
        <w:t>• No physical hazards beyond ordinary classroom work.</w:t>
      </w:r>
    </w:p>
    <w:p>
      <w:r>
        <w:t>• This lab discusses real tsunamis that took lives. Preview it, do not require personal stories, and allow a student who is upset to work on the calculation section alone or step out.</w:t>
      </w:r>
    </w:p>
    <w:p>
      <w:r>
        <w:t>• Make clear that Port Alder and its record are invented; for real local guidance, students and families should use their county's tsunami information and official alerts.</w:t>
      </w:r>
    </w:p>
    <w:p>
      <w:pPr>
        <w:pStyle w:val="Heading2"/>
      </w:pPr>
      <w:r>
        <w:t>Procedure</w:t>
      </w:r>
    </w:p>
    <w:p>
      <w:r>
        <w:t>1. Read the scenario and the timing rules aloud as a group. Underline the three numbers that limit every decision: quake data arrive 5 minutes after the quake, a message takes 5 minutes to reach the public, and the harbor district needs 30 minutes to evacuate.</w:t>
      </w:r>
    </w:p>
    <w:p>
      <w:r>
        <w:t>2. Arrival times: split the eleven path segments among the group. For each segment, look up the speed for its depth in the speed table and calculate time = distance / speed. Add the segments for each source and convert the totals to hours and minutes.</w:t>
      </w:r>
    </w:p>
    <w:p>
      <w:r>
        <w:t>3. DART times: calculate when a tsunami from the North zone passes station D-North and when one from the West zone passes D-West (q1). No station lies between the Local zone and the coast.</w:t>
      </w:r>
    </w:p>
    <w:p>
      <w:r>
        <w:t>4. Analyze the record of twelve past events (q2): look for how wave height at Port Alder relates to magnitude, find the events that break the pattern and what they share, and divide each event's wave height by its DART reading for the North and West zones to find a rule for forecasting height.</w:t>
      </w:r>
    </w:p>
    <w:p>
      <w:r>
        <w:t>5. Write your procedure in the procedure table: no more than six steps, each with when it happens, which data it uses and an if-then rule that ends in an alert level. Every decision may use only data available at that time.</w:t>
      </w:r>
    </w:p>
    <w:p>
      <w:r>
        <w:t>6. Test the procedure: for each of the twelve events, apply your steps exactly as written, without looking at the actual wave until your alert is recorded. Then compare with the alert the actual wave needed, and mark the result correct, miss (alert lower than needed) or false alarm (alert higher than needed). Mark whether each needed advisory or warning reached the public at least 35 minutes before the first surge.</w:t>
      </w:r>
    </w:p>
    <w:p>
      <w:r>
        <w:t>7. Total your misses, false alarms and late warnings, post them on the class chart, and answer q3.</w:t>
      </w:r>
    </w:p>
    <w:p>
      <w:r>
        <w:t>8. Meet your partner group. Compare your procedures event by event, find the step in each that prevented a miss or a false alarm, and write a combined procedure. Test the combined procedure on the events where the two disagreed.</w:t>
      </w:r>
    </w:p>
    <w:p>
      <w:r>
        <w:t>9. Answer q4 through q10 individually, in class or for homework.</w:t>
      </w:r>
    </w:p>
    <w:p>
      <w:pPr>
        <w:pStyle w:val="Heading2"/>
      </w:pPr>
      <w:r>
        <w:t>Record your observations</w:t>
      </w:r>
    </w:p>
    <w:p>
      <w:pPr>
        <w:pStyle w:val="Heading2"/>
      </w:pPr>
      <w:r>
        <w:t>Lab 3 recording sheet: the Port Alder warning office</w:t>
      </w:r>
    </w:p>
    <w:p>
      <w:r>
        <w:rPr>
          <w:b/>
        </w:rPr>
        <w:t>Port Alder</w:t>
      </w:r>
      <w:r>
        <w:t xml:space="preserve"> is an imagined harbor town on a Pacific coast. Its harbor district is low and flat, and its seafloor and harbor shape focus tsunami energy, much like Crescent City's. Three zones can send it tsunamis: the </w:t>
      </w:r>
      <w:r>
        <w:rPr>
          <w:b/>
        </w:rPr>
        <w:t>North</w:t>
      </w:r>
      <w:r>
        <w:t xml:space="preserve"> subduction zone (far), the </w:t>
      </w:r>
      <w:r>
        <w:rPr>
          <w:b/>
        </w:rPr>
        <w:t>West</w:t>
      </w:r>
      <w:r>
        <w:t xml:space="preserve"> trench (very far) and the </w:t>
      </w:r>
      <w:r>
        <w:rPr>
          <w:b/>
        </w:rPr>
        <w:t>Local</w:t>
      </w:r>
      <w:r>
        <w:t xml:space="preserve"> fault zone just offshore. </w:t>
      </w:r>
      <w:r>
        <w:rPr>
          <w:b/>
        </w:rPr>
        <w:t>Timing rules:</w:t>
      </w:r>
      <w:r>
        <w:t xml:space="preserve"> earthquake location, depth and magnitude reach the office 5 minutes after a quake; any message takes 5 minutes to reach the public; the harbor district needs 30 minutes to evacuate. </w:t>
      </w:r>
      <w:r>
        <w:rPr>
          <w:b/>
        </w:rPr>
        <w:t>Alert needed:</w:t>
      </w:r>
      <w:r>
        <w:t xml:space="preserve"> warning if the wave is 1 m or more; advisory if 0.3 m up to 1 m; none if under 0.3 m. A watch means 'prepare while we check' and does not evacuate anyone.</w:t>
      </w:r>
    </w:p>
    <w:p>
      <w:r>
        <w:rPr>
          <w:b/>
        </w:rPr>
        <w:t>Tsunami speed at each depth (calculated from speed = square root of 9.8 x depth; not simulated)</w:t>
      </w:r>
    </w:p>
    <w:tbl>
      <w:tblPr>
        <w:tblStyle w:val="TableGrid"/>
        <w:tblW w:type="auto" w:w="0"/>
        <w:tblLook w:firstColumn="1" w:firstRow="1" w:lastColumn="0" w:lastRow="0" w:noHBand="0" w:noVBand="1" w:val="04A0"/>
      </w:tblPr>
      <w:tblGrid>
        <w:gridCol w:w="5040"/>
        <w:gridCol w:w="5040"/>
      </w:tblGrid>
      <w:tr>
        <w:tc>
          <w:tcPr>
            <w:tcW w:type="dxa" w:w="5040"/>
          </w:tcPr>
          <w:p>
            <w:r/>
            <w:r>
              <w:rPr>
                <w:b/>
              </w:rPr>
              <w:t>Water depth (m)</w:t>
            </w:r>
          </w:p>
        </w:tc>
        <w:tc>
          <w:tcPr>
            <w:tcW w:type="dxa" w:w="5040"/>
          </w:tcPr>
          <w:p>
            <w:r/>
            <w:r>
              <w:rPr>
                <w:b/>
              </w:rPr>
              <w:t>Speed (km/h)</w:t>
            </w:r>
          </w:p>
        </w:tc>
      </w:tr>
      <w:tr>
        <w:tc>
          <w:tcPr>
            <w:tcW w:type="dxa" w:w="5040"/>
          </w:tcPr>
          <w:p>
            <w:r>
              <w:t>10</w:t>
            </w:r>
          </w:p>
        </w:tc>
        <w:tc>
          <w:tcPr>
            <w:tcW w:type="dxa" w:w="5040"/>
          </w:tcPr>
          <w:p>
            <w:r>
              <w:t>36</w:t>
            </w:r>
          </w:p>
        </w:tc>
      </w:tr>
      <w:tr>
        <w:tc>
          <w:tcPr>
            <w:tcW w:type="dxa" w:w="5040"/>
          </w:tcPr>
          <w:p>
            <w:r>
              <w:t>50</w:t>
            </w:r>
          </w:p>
        </w:tc>
        <w:tc>
          <w:tcPr>
            <w:tcW w:type="dxa" w:w="5040"/>
          </w:tcPr>
          <w:p>
            <w:r>
              <w:t>80</w:t>
            </w:r>
          </w:p>
        </w:tc>
      </w:tr>
      <w:tr>
        <w:tc>
          <w:tcPr>
            <w:tcW w:type="dxa" w:w="5040"/>
          </w:tcPr>
          <w:p>
            <w:r>
              <w:t>100</w:t>
            </w:r>
          </w:p>
        </w:tc>
        <w:tc>
          <w:tcPr>
            <w:tcW w:type="dxa" w:w="5040"/>
          </w:tcPr>
          <w:p>
            <w:r>
              <w:t>113</w:t>
            </w:r>
          </w:p>
        </w:tc>
      </w:tr>
      <w:tr>
        <w:tc>
          <w:tcPr>
            <w:tcW w:type="dxa" w:w="5040"/>
          </w:tcPr>
          <w:p>
            <w:r>
              <w:t>200</w:t>
            </w:r>
          </w:p>
        </w:tc>
        <w:tc>
          <w:tcPr>
            <w:tcW w:type="dxa" w:w="5040"/>
          </w:tcPr>
          <w:p>
            <w:r>
              <w:t>159</w:t>
            </w:r>
          </w:p>
        </w:tc>
      </w:tr>
      <w:tr>
        <w:tc>
          <w:tcPr>
            <w:tcW w:type="dxa" w:w="5040"/>
          </w:tcPr>
          <w:p>
            <w:r>
              <w:t>500</w:t>
            </w:r>
          </w:p>
        </w:tc>
        <w:tc>
          <w:tcPr>
            <w:tcW w:type="dxa" w:w="5040"/>
          </w:tcPr>
          <w:p>
            <w:r>
              <w:t>252</w:t>
            </w:r>
          </w:p>
        </w:tc>
      </w:tr>
      <w:tr>
        <w:tc>
          <w:tcPr>
            <w:tcW w:type="dxa" w:w="5040"/>
          </w:tcPr>
          <w:p>
            <w:r>
              <w:t>1000</w:t>
            </w:r>
          </w:p>
        </w:tc>
        <w:tc>
          <w:tcPr>
            <w:tcW w:type="dxa" w:w="5040"/>
          </w:tcPr>
          <w:p>
            <w:r>
              <w:t>356</w:t>
            </w:r>
          </w:p>
        </w:tc>
      </w:tr>
      <w:tr>
        <w:tc>
          <w:tcPr>
            <w:tcW w:type="dxa" w:w="5040"/>
          </w:tcPr>
          <w:p>
            <w:r>
              <w:t>2000</w:t>
            </w:r>
          </w:p>
        </w:tc>
        <w:tc>
          <w:tcPr>
            <w:tcW w:type="dxa" w:w="5040"/>
          </w:tcPr>
          <w:p>
            <w:r>
              <w:t>504</w:t>
            </w:r>
          </w:p>
        </w:tc>
      </w:tr>
      <w:tr>
        <w:tc>
          <w:tcPr>
            <w:tcW w:type="dxa" w:w="5040"/>
          </w:tcPr>
          <w:p>
            <w:r>
              <w:t>3000</w:t>
            </w:r>
          </w:p>
        </w:tc>
        <w:tc>
          <w:tcPr>
            <w:tcW w:type="dxa" w:w="5040"/>
          </w:tcPr>
          <w:p>
            <w:r>
              <w:t>617</w:t>
            </w:r>
          </w:p>
        </w:tc>
      </w:tr>
      <w:tr>
        <w:tc>
          <w:tcPr>
            <w:tcW w:type="dxa" w:w="5040"/>
          </w:tcPr>
          <w:p>
            <w:r>
              <w:t>4000</w:t>
            </w:r>
          </w:p>
        </w:tc>
        <w:tc>
          <w:tcPr>
            <w:tcW w:type="dxa" w:w="5040"/>
          </w:tcPr>
          <w:p>
            <w:r>
              <w:t>713</w:t>
            </w:r>
          </w:p>
        </w:tc>
      </w:tr>
      <w:tr>
        <w:tc>
          <w:tcPr>
            <w:tcW w:type="dxa" w:w="5040"/>
          </w:tcPr>
          <w:p>
            <w:r>
              <w:t>5000</w:t>
            </w:r>
          </w:p>
        </w:tc>
        <w:tc>
          <w:tcPr>
            <w:tcW w:type="dxa" w:w="5040"/>
          </w:tcPr>
          <w:p>
            <w:r>
              <w:t>797</w:t>
            </w:r>
          </w:p>
        </w:tc>
      </w:tr>
      <w:tr>
        <w:tc>
          <w:tcPr>
            <w:tcW w:type="dxa" w:w="5040"/>
          </w:tcPr>
          <w:p>
            <w:r>
              <w:t>6000</w:t>
            </w:r>
          </w:p>
        </w:tc>
        <w:tc>
          <w:tcPr>
            <w:tcW w:type="dxa" w:w="5040"/>
          </w:tcPr>
          <w:p>
            <w:r>
              <w:t>873</w:t>
            </w:r>
          </w:p>
        </w:tc>
      </w:tr>
    </w:tbl>
    <w:p/>
    <w:p>
      <w:r>
        <w:rPr>
          <w:b/>
        </w:rPr>
        <w:t>Paths from each source zone to Port Alder, and DART station locations</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Segment</w:t>
            </w:r>
          </w:p>
        </w:tc>
        <w:tc>
          <w:tcPr>
            <w:tcW w:type="dxa" w:w="3360"/>
          </w:tcPr>
          <w:p>
            <w:r/>
            <w:r>
              <w:rPr>
                <w:b/>
              </w:rPr>
              <w:t>Distance (km)</w:t>
            </w:r>
          </w:p>
        </w:tc>
        <w:tc>
          <w:tcPr>
            <w:tcW w:type="dxa" w:w="3360"/>
          </w:tcPr>
          <w:p>
            <w:r/>
            <w:r>
              <w:rPr>
                <w:b/>
              </w:rPr>
              <w:t>Typical depth (m)</w:t>
            </w:r>
          </w:p>
        </w:tc>
      </w:tr>
      <w:tr>
        <w:tc>
          <w:tcPr>
            <w:tcW w:type="dxa" w:w="3360"/>
          </w:tcPr>
          <w:p>
            <w:r>
              <w:t>North 1: deep ocean</w:t>
            </w:r>
          </w:p>
        </w:tc>
        <w:tc>
          <w:tcPr>
            <w:tcW w:type="dxa" w:w="3360"/>
          </w:tcPr>
          <w:p>
            <w:r>
              <w:t>2500</w:t>
            </w:r>
          </w:p>
        </w:tc>
        <w:tc>
          <w:tcPr>
            <w:tcW w:type="dxa" w:w="3360"/>
          </w:tcPr>
          <w:p>
            <w:r>
              <w:t>4000</w:t>
            </w:r>
          </w:p>
        </w:tc>
      </w:tr>
      <w:tr>
        <w:tc>
          <w:tcPr>
            <w:tcW w:type="dxa" w:w="3360"/>
          </w:tcPr>
          <w:p>
            <w:r>
              <w:t>North 2: continental slope</w:t>
            </w:r>
          </w:p>
        </w:tc>
        <w:tc>
          <w:tcPr>
            <w:tcW w:type="dxa" w:w="3360"/>
          </w:tcPr>
          <w:p>
            <w:r>
              <w:t>150</w:t>
            </w:r>
          </w:p>
        </w:tc>
        <w:tc>
          <w:tcPr>
            <w:tcW w:type="dxa" w:w="3360"/>
          </w:tcPr>
          <w:p>
            <w:r>
              <w:t>1000</w:t>
            </w:r>
          </w:p>
        </w:tc>
      </w:tr>
      <w:tr>
        <w:tc>
          <w:tcPr>
            <w:tcW w:type="dxa" w:w="3360"/>
          </w:tcPr>
          <w:p>
            <w:r>
              <w:t>North 3: continental shelf</w:t>
            </w:r>
          </w:p>
        </w:tc>
        <w:tc>
          <w:tcPr>
            <w:tcW w:type="dxa" w:w="3360"/>
          </w:tcPr>
          <w:p>
            <w:r>
              <w:t>40</w:t>
            </w:r>
          </w:p>
        </w:tc>
        <w:tc>
          <w:tcPr>
            <w:tcW w:type="dxa" w:w="3360"/>
          </w:tcPr>
          <w:p>
            <w:r>
              <w:t>100</w:t>
            </w:r>
          </w:p>
        </w:tc>
      </w:tr>
      <w:tr>
        <w:tc>
          <w:tcPr>
            <w:tcW w:type="dxa" w:w="3360"/>
          </w:tcPr>
          <w:p>
            <w:r>
              <w:t>North 4: harbor approach</w:t>
            </w:r>
          </w:p>
        </w:tc>
        <w:tc>
          <w:tcPr>
            <w:tcW w:type="dxa" w:w="3360"/>
          </w:tcPr>
          <w:p>
            <w:r>
              <w:t>5</w:t>
            </w:r>
          </w:p>
        </w:tc>
        <w:tc>
          <w:tcPr>
            <w:tcW w:type="dxa" w:w="3360"/>
          </w:tcPr>
          <w:p>
            <w:r>
              <w:t>10</w:t>
            </w:r>
          </w:p>
        </w:tc>
      </w:tr>
      <w:tr>
        <w:tc>
          <w:tcPr>
            <w:tcW w:type="dxa" w:w="3360"/>
          </w:tcPr>
          <w:p>
            <w:r>
              <w:t>West 1: deep ocean</w:t>
            </w:r>
          </w:p>
        </w:tc>
        <w:tc>
          <w:tcPr>
            <w:tcW w:type="dxa" w:w="3360"/>
          </w:tcPr>
          <w:p>
            <w:r>
              <w:t>7200</w:t>
            </w:r>
          </w:p>
        </w:tc>
        <w:tc>
          <w:tcPr>
            <w:tcW w:type="dxa" w:w="3360"/>
          </w:tcPr>
          <w:p>
            <w:r>
              <w:t>5000</w:t>
            </w:r>
          </w:p>
        </w:tc>
      </w:tr>
      <w:tr>
        <w:tc>
          <w:tcPr>
            <w:tcW w:type="dxa" w:w="3360"/>
          </w:tcPr>
          <w:p>
            <w:r>
              <w:t>West 2: continental slope</w:t>
            </w:r>
          </w:p>
        </w:tc>
        <w:tc>
          <w:tcPr>
            <w:tcW w:type="dxa" w:w="3360"/>
          </w:tcPr>
          <w:p>
            <w:r>
              <w:t>200</w:t>
            </w:r>
          </w:p>
        </w:tc>
        <w:tc>
          <w:tcPr>
            <w:tcW w:type="dxa" w:w="3360"/>
          </w:tcPr>
          <w:p>
            <w:r>
              <w:t>2000</w:t>
            </w:r>
          </w:p>
        </w:tc>
      </w:tr>
      <w:tr>
        <w:tc>
          <w:tcPr>
            <w:tcW w:type="dxa" w:w="3360"/>
          </w:tcPr>
          <w:p>
            <w:r>
              <w:t>West 3: continental shelf</w:t>
            </w:r>
          </w:p>
        </w:tc>
        <w:tc>
          <w:tcPr>
            <w:tcW w:type="dxa" w:w="3360"/>
          </w:tcPr>
          <w:p>
            <w:r>
              <w:t>40</w:t>
            </w:r>
          </w:p>
        </w:tc>
        <w:tc>
          <w:tcPr>
            <w:tcW w:type="dxa" w:w="3360"/>
          </w:tcPr>
          <w:p>
            <w:r>
              <w:t>100</w:t>
            </w:r>
          </w:p>
        </w:tc>
      </w:tr>
      <w:tr>
        <w:tc>
          <w:tcPr>
            <w:tcW w:type="dxa" w:w="3360"/>
          </w:tcPr>
          <w:p>
            <w:r>
              <w:t>West 4: harbor approach</w:t>
            </w:r>
          </w:p>
        </w:tc>
        <w:tc>
          <w:tcPr>
            <w:tcW w:type="dxa" w:w="3360"/>
          </w:tcPr>
          <w:p>
            <w:r>
              <w:t>5</w:t>
            </w:r>
          </w:p>
        </w:tc>
        <w:tc>
          <w:tcPr>
            <w:tcW w:type="dxa" w:w="3360"/>
          </w:tcPr>
          <w:p>
            <w:r>
              <w:t>10</w:t>
            </w:r>
          </w:p>
        </w:tc>
      </w:tr>
      <w:tr>
        <w:tc>
          <w:tcPr>
            <w:tcW w:type="dxa" w:w="3360"/>
          </w:tcPr>
          <w:p>
            <w:r>
              <w:t>Local 1: slope above the fault</w:t>
            </w:r>
          </w:p>
        </w:tc>
        <w:tc>
          <w:tcPr>
            <w:tcW w:type="dxa" w:w="3360"/>
          </w:tcPr>
          <w:p>
            <w:r>
              <w:t>40</w:t>
            </w:r>
          </w:p>
        </w:tc>
        <w:tc>
          <w:tcPr>
            <w:tcW w:type="dxa" w:w="3360"/>
          </w:tcPr>
          <w:p>
            <w:r>
              <w:t>2000</w:t>
            </w:r>
          </w:p>
        </w:tc>
      </w:tr>
      <w:tr>
        <w:tc>
          <w:tcPr>
            <w:tcW w:type="dxa" w:w="3360"/>
          </w:tcPr>
          <w:p>
            <w:r>
              <w:t>Local 2: continental shelf</w:t>
            </w:r>
          </w:p>
        </w:tc>
        <w:tc>
          <w:tcPr>
            <w:tcW w:type="dxa" w:w="3360"/>
          </w:tcPr>
          <w:p>
            <w:r>
              <w:t>20</w:t>
            </w:r>
          </w:p>
        </w:tc>
        <w:tc>
          <w:tcPr>
            <w:tcW w:type="dxa" w:w="3360"/>
          </w:tcPr>
          <w:p>
            <w:r>
              <w:t>100</w:t>
            </w:r>
          </w:p>
        </w:tc>
      </w:tr>
      <w:tr>
        <w:tc>
          <w:tcPr>
            <w:tcW w:type="dxa" w:w="3360"/>
          </w:tcPr>
          <w:p>
            <w:r>
              <w:t>Local 3: harbor approach</w:t>
            </w:r>
          </w:p>
        </w:tc>
        <w:tc>
          <w:tcPr>
            <w:tcW w:type="dxa" w:w="3360"/>
          </w:tcPr>
          <w:p>
            <w:r>
              <w:t>3</w:t>
            </w:r>
          </w:p>
        </w:tc>
        <w:tc>
          <w:tcPr>
            <w:tcW w:type="dxa" w:w="3360"/>
          </w:tcPr>
          <w:p>
            <w:r>
              <w:t>10</w:t>
            </w:r>
          </w:p>
        </w:tc>
      </w:tr>
      <w:tr>
        <w:tc>
          <w:tcPr>
            <w:tcW w:type="dxa" w:w="3360"/>
          </w:tcPr>
          <w:p>
            <w:r>
              <w:t>DART station D-North: on the North path, 1,000 km from the source</w:t>
            </w:r>
          </w:p>
        </w:tc>
        <w:tc>
          <w:tcPr>
            <w:tcW w:type="dxa" w:w="3360"/>
          </w:tcPr>
          <w:p>
            <w:r>
              <w:t>1000</w:t>
            </w:r>
          </w:p>
        </w:tc>
        <w:tc>
          <w:tcPr>
            <w:tcW w:type="dxa" w:w="3360"/>
          </w:tcPr>
          <w:p>
            <w:r>
              <w:t>4000</w:t>
            </w:r>
          </w:p>
        </w:tc>
      </w:tr>
      <w:tr>
        <w:tc>
          <w:tcPr>
            <w:tcW w:type="dxa" w:w="3360"/>
          </w:tcPr>
          <w:p>
            <w:r>
              <w:t>DART station D-West: on the West path, 3,000 km from the source</w:t>
            </w:r>
          </w:p>
        </w:tc>
        <w:tc>
          <w:tcPr>
            <w:tcW w:type="dxa" w:w="3360"/>
          </w:tcPr>
          <w:p>
            <w:r>
              <w:t>3000</w:t>
            </w:r>
          </w:p>
        </w:tc>
        <w:tc>
          <w:tcPr>
            <w:tcW w:type="dxa" w:w="3360"/>
          </w:tcPr>
          <w:p>
            <w:r>
              <w:t>5000</w:t>
            </w:r>
          </w:p>
        </w:tc>
      </w:tr>
    </w:tbl>
    <w:p/>
    <w:p>
      <w:r>
        <w:rPr>
          <w:i/>
          <w:sz w:val="18"/>
        </w:rPr>
        <w:t>Teaching dataset for an imagined coast; distances and depths are invented but realistic.</w:t>
      </w:r>
    </w:p>
    <w:p>
      <w:r>
        <w:rPr>
          <w:b/>
        </w:rPr>
        <w:t>Arrival-time calculations (time = distance / speed)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Segment</w:t>
            </w:r>
          </w:p>
        </w:tc>
        <w:tc>
          <w:tcPr>
            <w:tcW w:type="dxa" w:w="2016"/>
          </w:tcPr>
          <w:p>
            <w:r/>
            <w:r>
              <w:rPr>
                <w:b/>
              </w:rPr>
              <w:t>Distance (km)</w:t>
            </w:r>
          </w:p>
        </w:tc>
        <w:tc>
          <w:tcPr>
            <w:tcW w:type="dxa" w:w="2016"/>
          </w:tcPr>
          <w:p>
            <w:r/>
            <w:r>
              <w:rPr>
                <w:b/>
              </w:rPr>
              <w:t>Depth (m)</w:t>
            </w:r>
          </w:p>
        </w:tc>
        <w:tc>
          <w:tcPr>
            <w:tcW w:type="dxa" w:w="2016"/>
          </w:tcPr>
          <w:p>
            <w:r/>
            <w:r>
              <w:rPr>
                <w:b/>
              </w:rPr>
              <w:t>Speed from table (km/h)</w:t>
            </w:r>
          </w:p>
        </w:tc>
        <w:tc>
          <w:tcPr>
            <w:tcW w:type="dxa" w:w="2016"/>
          </w:tcPr>
          <w:p>
            <w:r/>
            <w:r>
              <w:rPr>
                <w:b/>
              </w:rPr>
              <w:t>Time (h, to 3 decimals)</w:t>
            </w:r>
          </w:p>
        </w:tc>
      </w:tr>
      <w:tr>
        <w:tc>
          <w:tcPr>
            <w:tcW w:type="dxa" w:w="2016"/>
          </w:tcPr>
          <w:p>
            <w:r>
              <w:t>North 1</w:t>
            </w:r>
          </w:p>
        </w:tc>
        <w:tc>
          <w:tcPr>
            <w:tcW w:type="dxa" w:w="2016"/>
          </w:tcPr>
          <w:p>
            <w:r>
              <w:t>2500</w:t>
            </w:r>
          </w:p>
        </w:tc>
        <w:tc>
          <w:tcPr>
            <w:tcW w:type="dxa" w:w="2016"/>
          </w:tcPr>
          <w:p>
            <w:r>
              <w:t>4000</w:t>
            </w:r>
          </w:p>
        </w:tc>
        <w:tc>
          <w:tcPr>
            <w:tcW w:type="dxa" w:w="2016"/>
          </w:tcPr>
          <w:p>
            <w:r/>
          </w:p>
        </w:tc>
        <w:tc>
          <w:tcPr>
            <w:tcW w:type="dxa" w:w="2016"/>
          </w:tcPr>
          <w:p>
            <w:r/>
          </w:p>
        </w:tc>
      </w:tr>
      <w:tr>
        <w:tc>
          <w:tcPr>
            <w:tcW w:type="dxa" w:w="2016"/>
          </w:tcPr>
          <w:p>
            <w:r>
              <w:t>North 2</w:t>
            </w:r>
          </w:p>
        </w:tc>
        <w:tc>
          <w:tcPr>
            <w:tcW w:type="dxa" w:w="2016"/>
          </w:tcPr>
          <w:p>
            <w:r>
              <w:t>150</w:t>
            </w:r>
          </w:p>
        </w:tc>
        <w:tc>
          <w:tcPr>
            <w:tcW w:type="dxa" w:w="2016"/>
          </w:tcPr>
          <w:p>
            <w:r>
              <w:t>1000</w:t>
            </w:r>
          </w:p>
        </w:tc>
        <w:tc>
          <w:tcPr>
            <w:tcW w:type="dxa" w:w="2016"/>
          </w:tcPr>
          <w:p>
            <w:r/>
          </w:p>
        </w:tc>
        <w:tc>
          <w:tcPr>
            <w:tcW w:type="dxa" w:w="2016"/>
          </w:tcPr>
          <w:p>
            <w:r/>
          </w:p>
        </w:tc>
      </w:tr>
      <w:tr>
        <w:tc>
          <w:tcPr>
            <w:tcW w:type="dxa" w:w="2016"/>
          </w:tcPr>
          <w:p>
            <w:r>
              <w:t>North 3</w:t>
            </w:r>
          </w:p>
        </w:tc>
        <w:tc>
          <w:tcPr>
            <w:tcW w:type="dxa" w:w="2016"/>
          </w:tcPr>
          <w:p>
            <w:r>
              <w:t>40</w:t>
            </w:r>
          </w:p>
        </w:tc>
        <w:tc>
          <w:tcPr>
            <w:tcW w:type="dxa" w:w="2016"/>
          </w:tcPr>
          <w:p>
            <w:r>
              <w:t>100</w:t>
            </w:r>
          </w:p>
        </w:tc>
        <w:tc>
          <w:tcPr>
            <w:tcW w:type="dxa" w:w="2016"/>
          </w:tcPr>
          <w:p>
            <w:r/>
          </w:p>
        </w:tc>
        <w:tc>
          <w:tcPr>
            <w:tcW w:type="dxa" w:w="2016"/>
          </w:tcPr>
          <w:p>
            <w:r/>
          </w:p>
        </w:tc>
      </w:tr>
      <w:tr>
        <w:tc>
          <w:tcPr>
            <w:tcW w:type="dxa" w:w="2016"/>
          </w:tcPr>
          <w:p>
            <w:r>
              <w:t>North 4</w:t>
            </w:r>
          </w:p>
        </w:tc>
        <w:tc>
          <w:tcPr>
            <w:tcW w:type="dxa" w:w="2016"/>
          </w:tcPr>
          <w:p>
            <w:r>
              <w:t>5</w:t>
            </w:r>
          </w:p>
        </w:tc>
        <w:tc>
          <w:tcPr>
            <w:tcW w:type="dxa" w:w="2016"/>
          </w:tcPr>
          <w:p>
            <w:r>
              <w:t>10</w:t>
            </w:r>
          </w:p>
        </w:tc>
        <w:tc>
          <w:tcPr>
            <w:tcW w:type="dxa" w:w="2016"/>
          </w:tcPr>
          <w:p>
            <w:r/>
          </w:p>
        </w:tc>
        <w:tc>
          <w:tcPr>
            <w:tcW w:type="dxa" w:w="2016"/>
          </w:tcPr>
          <w:p>
            <w:r/>
          </w:p>
        </w:tc>
      </w:tr>
      <w:tr>
        <w:tc>
          <w:tcPr>
            <w:tcW w:type="dxa" w:w="2016"/>
          </w:tcPr>
          <w:p>
            <w:r>
              <w:t>North total</w:t>
            </w:r>
          </w:p>
        </w:tc>
        <w:tc>
          <w:tcPr>
            <w:tcW w:type="dxa" w:w="2016"/>
          </w:tcPr>
          <w:p>
            <w:r/>
          </w:p>
        </w:tc>
        <w:tc>
          <w:tcPr>
            <w:tcW w:type="dxa" w:w="2016"/>
          </w:tcPr>
          <w:p>
            <w:r/>
          </w:p>
        </w:tc>
        <w:tc>
          <w:tcPr>
            <w:tcW w:type="dxa" w:w="2016"/>
          </w:tcPr>
          <w:p>
            <w:r/>
          </w:p>
        </w:tc>
        <w:tc>
          <w:tcPr>
            <w:tcW w:type="dxa" w:w="2016"/>
          </w:tcPr>
          <w:p>
            <w:r>
              <w:t>____ h = ___ h ___ min</w:t>
            </w:r>
          </w:p>
        </w:tc>
      </w:tr>
      <w:tr>
        <w:tc>
          <w:tcPr>
            <w:tcW w:type="dxa" w:w="2016"/>
          </w:tcPr>
          <w:p>
            <w:r>
              <w:t>West 1</w:t>
            </w:r>
          </w:p>
        </w:tc>
        <w:tc>
          <w:tcPr>
            <w:tcW w:type="dxa" w:w="2016"/>
          </w:tcPr>
          <w:p>
            <w:r>
              <w:t>7200</w:t>
            </w:r>
          </w:p>
        </w:tc>
        <w:tc>
          <w:tcPr>
            <w:tcW w:type="dxa" w:w="2016"/>
          </w:tcPr>
          <w:p>
            <w:r>
              <w:t>5000</w:t>
            </w:r>
          </w:p>
        </w:tc>
        <w:tc>
          <w:tcPr>
            <w:tcW w:type="dxa" w:w="2016"/>
          </w:tcPr>
          <w:p>
            <w:r/>
          </w:p>
        </w:tc>
        <w:tc>
          <w:tcPr>
            <w:tcW w:type="dxa" w:w="2016"/>
          </w:tcPr>
          <w:p>
            <w:r/>
          </w:p>
        </w:tc>
      </w:tr>
      <w:tr>
        <w:tc>
          <w:tcPr>
            <w:tcW w:type="dxa" w:w="2016"/>
          </w:tcPr>
          <w:p>
            <w:r>
              <w:t>West 2</w:t>
            </w:r>
          </w:p>
        </w:tc>
        <w:tc>
          <w:tcPr>
            <w:tcW w:type="dxa" w:w="2016"/>
          </w:tcPr>
          <w:p>
            <w:r>
              <w:t>200</w:t>
            </w:r>
          </w:p>
        </w:tc>
        <w:tc>
          <w:tcPr>
            <w:tcW w:type="dxa" w:w="2016"/>
          </w:tcPr>
          <w:p>
            <w:r>
              <w:t>2000</w:t>
            </w:r>
          </w:p>
        </w:tc>
        <w:tc>
          <w:tcPr>
            <w:tcW w:type="dxa" w:w="2016"/>
          </w:tcPr>
          <w:p>
            <w:r/>
          </w:p>
        </w:tc>
        <w:tc>
          <w:tcPr>
            <w:tcW w:type="dxa" w:w="2016"/>
          </w:tcPr>
          <w:p>
            <w:r/>
          </w:p>
        </w:tc>
      </w:tr>
      <w:tr>
        <w:tc>
          <w:tcPr>
            <w:tcW w:type="dxa" w:w="2016"/>
          </w:tcPr>
          <w:p>
            <w:r>
              <w:t>West 3</w:t>
            </w:r>
          </w:p>
        </w:tc>
        <w:tc>
          <w:tcPr>
            <w:tcW w:type="dxa" w:w="2016"/>
          </w:tcPr>
          <w:p>
            <w:r>
              <w:t>40</w:t>
            </w:r>
          </w:p>
        </w:tc>
        <w:tc>
          <w:tcPr>
            <w:tcW w:type="dxa" w:w="2016"/>
          </w:tcPr>
          <w:p>
            <w:r>
              <w:t>100</w:t>
            </w:r>
          </w:p>
        </w:tc>
        <w:tc>
          <w:tcPr>
            <w:tcW w:type="dxa" w:w="2016"/>
          </w:tcPr>
          <w:p>
            <w:r/>
          </w:p>
        </w:tc>
        <w:tc>
          <w:tcPr>
            <w:tcW w:type="dxa" w:w="2016"/>
          </w:tcPr>
          <w:p>
            <w:r/>
          </w:p>
        </w:tc>
      </w:tr>
      <w:tr>
        <w:tc>
          <w:tcPr>
            <w:tcW w:type="dxa" w:w="2016"/>
          </w:tcPr>
          <w:p>
            <w:r>
              <w:t>West 4</w:t>
            </w:r>
          </w:p>
        </w:tc>
        <w:tc>
          <w:tcPr>
            <w:tcW w:type="dxa" w:w="2016"/>
          </w:tcPr>
          <w:p>
            <w:r>
              <w:t>5</w:t>
            </w:r>
          </w:p>
        </w:tc>
        <w:tc>
          <w:tcPr>
            <w:tcW w:type="dxa" w:w="2016"/>
          </w:tcPr>
          <w:p>
            <w:r>
              <w:t>10</w:t>
            </w:r>
          </w:p>
        </w:tc>
        <w:tc>
          <w:tcPr>
            <w:tcW w:type="dxa" w:w="2016"/>
          </w:tcPr>
          <w:p>
            <w:r/>
          </w:p>
        </w:tc>
        <w:tc>
          <w:tcPr>
            <w:tcW w:type="dxa" w:w="2016"/>
          </w:tcPr>
          <w:p>
            <w:r/>
          </w:p>
        </w:tc>
      </w:tr>
      <w:tr>
        <w:tc>
          <w:tcPr>
            <w:tcW w:type="dxa" w:w="2016"/>
          </w:tcPr>
          <w:p>
            <w:r>
              <w:t>West total</w:t>
            </w:r>
          </w:p>
        </w:tc>
        <w:tc>
          <w:tcPr>
            <w:tcW w:type="dxa" w:w="2016"/>
          </w:tcPr>
          <w:p>
            <w:r/>
          </w:p>
        </w:tc>
        <w:tc>
          <w:tcPr>
            <w:tcW w:type="dxa" w:w="2016"/>
          </w:tcPr>
          <w:p>
            <w:r/>
          </w:p>
        </w:tc>
        <w:tc>
          <w:tcPr>
            <w:tcW w:type="dxa" w:w="2016"/>
          </w:tcPr>
          <w:p>
            <w:r/>
          </w:p>
        </w:tc>
        <w:tc>
          <w:tcPr>
            <w:tcW w:type="dxa" w:w="2016"/>
          </w:tcPr>
          <w:p>
            <w:r>
              <w:t>____ h = ___ h ___ min</w:t>
            </w:r>
          </w:p>
        </w:tc>
      </w:tr>
      <w:tr>
        <w:tc>
          <w:tcPr>
            <w:tcW w:type="dxa" w:w="2016"/>
          </w:tcPr>
          <w:p>
            <w:r>
              <w:t>Local 1</w:t>
            </w:r>
          </w:p>
        </w:tc>
        <w:tc>
          <w:tcPr>
            <w:tcW w:type="dxa" w:w="2016"/>
          </w:tcPr>
          <w:p>
            <w:r>
              <w:t>40</w:t>
            </w:r>
          </w:p>
        </w:tc>
        <w:tc>
          <w:tcPr>
            <w:tcW w:type="dxa" w:w="2016"/>
          </w:tcPr>
          <w:p>
            <w:r>
              <w:t>2000</w:t>
            </w:r>
          </w:p>
        </w:tc>
        <w:tc>
          <w:tcPr>
            <w:tcW w:type="dxa" w:w="2016"/>
          </w:tcPr>
          <w:p>
            <w:r/>
          </w:p>
        </w:tc>
        <w:tc>
          <w:tcPr>
            <w:tcW w:type="dxa" w:w="2016"/>
          </w:tcPr>
          <w:p>
            <w:r/>
          </w:p>
        </w:tc>
      </w:tr>
      <w:tr>
        <w:tc>
          <w:tcPr>
            <w:tcW w:type="dxa" w:w="2016"/>
          </w:tcPr>
          <w:p>
            <w:r>
              <w:t>Local 2</w:t>
            </w:r>
          </w:p>
        </w:tc>
        <w:tc>
          <w:tcPr>
            <w:tcW w:type="dxa" w:w="2016"/>
          </w:tcPr>
          <w:p>
            <w:r>
              <w:t>20</w:t>
            </w:r>
          </w:p>
        </w:tc>
        <w:tc>
          <w:tcPr>
            <w:tcW w:type="dxa" w:w="2016"/>
          </w:tcPr>
          <w:p>
            <w:r>
              <w:t>100</w:t>
            </w:r>
          </w:p>
        </w:tc>
        <w:tc>
          <w:tcPr>
            <w:tcW w:type="dxa" w:w="2016"/>
          </w:tcPr>
          <w:p>
            <w:r/>
          </w:p>
        </w:tc>
        <w:tc>
          <w:tcPr>
            <w:tcW w:type="dxa" w:w="2016"/>
          </w:tcPr>
          <w:p>
            <w:r/>
          </w:p>
        </w:tc>
      </w:tr>
      <w:tr>
        <w:tc>
          <w:tcPr>
            <w:tcW w:type="dxa" w:w="2016"/>
          </w:tcPr>
          <w:p>
            <w:r>
              <w:t>Local 3</w:t>
            </w:r>
          </w:p>
        </w:tc>
        <w:tc>
          <w:tcPr>
            <w:tcW w:type="dxa" w:w="2016"/>
          </w:tcPr>
          <w:p>
            <w:r>
              <w:t>3</w:t>
            </w:r>
          </w:p>
        </w:tc>
        <w:tc>
          <w:tcPr>
            <w:tcW w:type="dxa" w:w="2016"/>
          </w:tcPr>
          <w:p>
            <w:r>
              <w:t>10</w:t>
            </w:r>
          </w:p>
        </w:tc>
        <w:tc>
          <w:tcPr>
            <w:tcW w:type="dxa" w:w="2016"/>
          </w:tcPr>
          <w:p>
            <w:r/>
          </w:p>
        </w:tc>
        <w:tc>
          <w:tcPr>
            <w:tcW w:type="dxa" w:w="2016"/>
          </w:tcPr>
          <w:p>
            <w:r/>
          </w:p>
        </w:tc>
      </w:tr>
      <w:tr>
        <w:tc>
          <w:tcPr>
            <w:tcW w:type="dxa" w:w="2016"/>
          </w:tcPr>
          <w:p>
            <w:r>
              <w:t>Local total</w:t>
            </w:r>
          </w:p>
        </w:tc>
        <w:tc>
          <w:tcPr>
            <w:tcW w:type="dxa" w:w="2016"/>
          </w:tcPr>
          <w:p>
            <w:r/>
          </w:p>
        </w:tc>
        <w:tc>
          <w:tcPr>
            <w:tcW w:type="dxa" w:w="2016"/>
          </w:tcPr>
          <w:p>
            <w:r/>
          </w:p>
        </w:tc>
        <w:tc>
          <w:tcPr>
            <w:tcW w:type="dxa" w:w="2016"/>
          </w:tcPr>
          <w:p>
            <w:r/>
          </w:p>
        </w:tc>
        <w:tc>
          <w:tcPr>
            <w:tcW w:type="dxa" w:w="2016"/>
          </w:tcPr>
          <w:p>
            <w:r>
              <w:t>____ h = ___ min</w:t>
            </w:r>
          </w:p>
        </w:tc>
      </w:tr>
    </w:tbl>
    <w:p/>
    <w:p>
      <w:r>
        <w:t>1. How long after a North-zone earthquake does the tsunami pass D-North? How long after a West-zone earthquake does it pass D-West? Show the calculations and give each answer in hours and minutes.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Port Alder record: twelve past earthquakes</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Event</w:t>
            </w:r>
          </w:p>
        </w:tc>
        <w:tc>
          <w:tcPr>
            <w:tcW w:type="dxa" w:w="1440"/>
          </w:tcPr>
          <w:p>
            <w:r/>
            <w:r>
              <w:rPr>
                <w:b/>
              </w:rPr>
              <w:t>Zone</w:t>
            </w:r>
          </w:p>
        </w:tc>
        <w:tc>
          <w:tcPr>
            <w:tcW w:type="dxa" w:w="1440"/>
          </w:tcPr>
          <w:p>
            <w:r/>
            <w:r>
              <w:rPr>
                <w:b/>
              </w:rPr>
              <w:t>Magnitude</w:t>
            </w:r>
          </w:p>
        </w:tc>
        <w:tc>
          <w:tcPr>
            <w:tcW w:type="dxa" w:w="1440"/>
          </w:tcPr>
          <w:p>
            <w:r/>
            <w:r>
              <w:rPr>
                <w:b/>
              </w:rPr>
              <w:t>Depth (km)</w:t>
            </w:r>
          </w:p>
        </w:tc>
        <w:tc>
          <w:tcPr>
            <w:tcW w:type="dxa" w:w="1440"/>
          </w:tcPr>
          <w:p>
            <w:r/>
            <w:r>
              <w:rPr>
                <w:b/>
              </w:rPr>
              <w:t>Fault motion</w:t>
            </w:r>
          </w:p>
        </w:tc>
        <w:tc>
          <w:tcPr>
            <w:tcW w:type="dxa" w:w="1440"/>
          </w:tcPr>
          <w:p>
            <w:r/>
            <w:r>
              <w:rPr>
                <w:b/>
              </w:rPr>
              <w:t>Largest DART reading (cm)</w:t>
            </w:r>
          </w:p>
        </w:tc>
        <w:tc>
          <w:tcPr>
            <w:tcW w:type="dxa" w:w="1440"/>
          </w:tcPr>
          <w:p>
            <w:r/>
            <w:r>
              <w:rPr>
                <w:b/>
              </w:rPr>
              <w:t>Largest wave at Port Alder (m)</w:t>
            </w:r>
          </w:p>
        </w:tc>
      </w:tr>
      <w:tr>
        <w:tc>
          <w:tcPr>
            <w:tcW w:type="dxa" w:w="1440"/>
          </w:tcPr>
          <w:p>
            <w:r>
              <w:t>E1</w:t>
            </w:r>
          </w:p>
        </w:tc>
        <w:tc>
          <w:tcPr>
            <w:tcW w:type="dxa" w:w="1440"/>
          </w:tcPr>
          <w:p>
            <w:r>
              <w:t>North</w:t>
            </w:r>
          </w:p>
        </w:tc>
        <w:tc>
          <w:tcPr>
            <w:tcW w:type="dxa" w:w="1440"/>
          </w:tcPr>
          <w:p>
            <w:r>
              <w:t>7.2</w:t>
            </w:r>
          </w:p>
        </w:tc>
        <w:tc>
          <w:tcPr>
            <w:tcW w:type="dxa" w:w="1440"/>
          </w:tcPr>
          <w:p>
            <w:r>
              <w:t>25</w:t>
            </w:r>
          </w:p>
        </w:tc>
        <w:tc>
          <w:tcPr>
            <w:tcW w:type="dxa" w:w="1440"/>
          </w:tcPr>
          <w:p>
            <w:r>
              <w:t>up-down</w:t>
            </w:r>
          </w:p>
        </w:tc>
        <w:tc>
          <w:tcPr>
            <w:tcW w:type="dxa" w:w="1440"/>
          </w:tcPr>
          <w:p>
            <w:r>
              <w:t>0.5</w:t>
            </w:r>
          </w:p>
        </w:tc>
        <w:tc>
          <w:tcPr>
            <w:tcW w:type="dxa" w:w="1440"/>
          </w:tcPr>
          <w:p>
            <w:r>
              <w:t>0.05</w:t>
            </w:r>
          </w:p>
        </w:tc>
      </w:tr>
      <w:tr>
        <w:tc>
          <w:tcPr>
            <w:tcW w:type="dxa" w:w="1440"/>
          </w:tcPr>
          <w:p>
            <w:r>
              <w:t>E2</w:t>
            </w:r>
          </w:p>
        </w:tc>
        <w:tc>
          <w:tcPr>
            <w:tcW w:type="dxa" w:w="1440"/>
          </w:tcPr>
          <w:p>
            <w:r>
              <w:t>North</w:t>
            </w:r>
          </w:p>
        </w:tc>
        <w:tc>
          <w:tcPr>
            <w:tcW w:type="dxa" w:w="1440"/>
          </w:tcPr>
          <w:p>
            <w:r>
              <w:t>7.9</w:t>
            </w:r>
          </w:p>
        </w:tc>
        <w:tc>
          <w:tcPr>
            <w:tcW w:type="dxa" w:w="1440"/>
          </w:tcPr>
          <w:p>
            <w:r>
              <w:t>30</w:t>
            </w:r>
          </w:p>
        </w:tc>
        <w:tc>
          <w:tcPr>
            <w:tcW w:type="dxa" w:w="1440"/>
          </w:tcPr>
          <w:p>
            <w:r>
              <w:t>up-down</w:t>
            </w:r>
          </w:p>
        </w:tc>
        <w:tc>
          <w:tcPr>
            <w:tcW w:type="dxa" w:w="1440"/>
          </w:tcPr>
          <w:p>
            <w:r>
              <w:t>3</w:t>
            </w:r>
          </w:p>
        </w:tc>
        <w:tc>
          <w:tcPr>
            <w:tcW w:type="dxa" w:w="1440"/>
          </w:tcPr>
          <w:p>
            <w:r>
              <w:t>0.3</w:t>
            </w:r>
          </w:p>
        </w:tc>
      </w:tr>
      <w:tr>
        <w:tc>
          <w:tcPr>
            <w:tcW w:type="dxa" w:w="1440"/>
          </w:tcPr>
          <w:p>
            <w:r>
              <w:t>E3</w:t>
            </w:r>
          </w:p>
        </w:tc>
        <w:tc>
          <w:tcPr>
            <w:tcW w:type="dxa" w:w="1440"/>
          </w:tcPr>
          <w:p>
            <w:r>
              <w:t>North</w:t>
            </w:r>
          </w:p>
        </w:tc>
        <w:tc>
          <w:tcPr>
            <w:tcW w:type="dxa" w:w="1440"/>
          </w:tcPr>
          <w:p>
            <w:r>
              <w:t>8.3</w:t>
            </w:r>
          </w:p>
        </w:tc>
        <w:tc>
          <w:tcPr>
            <w:tcW w:type="dxa" w:w="1440"/>
          </w:tcPr>
          <w:p>
            <w:r>
              <w:t>20</w:t>
            </w:r>
          </w:p>
        </w:tc>
        <w:tc>
          <w:tcPr>
            <w:tcW w:type="dxa" w:w="1440"/>
          </w:tcPr>
          <w:p>
            <w:r>
              <w:t>up-down</w:t>
            </w:r>
          </w:p>
        </w:tc>
        <w:tc>
          <w:tcPr>
            <w:tcW w:type="dxa" w:w="1440"/>
          </w:tcPr>
          <w:p>
            <w:r>
              <w:t>12</w:t>
            </w:r>
          </w:p>
        </w:tc>
        <w:tc>
          <w:tcPr>
            <w:tcW w:type="dxa" w:w="1440"/>
          </w:tcPr>
          <w:p>
            <w:r>
              <w:t>1.2</w:t>
            </w:r>
          </w:p>
        </w:tc>
      </w:tr>
      <w:tr>
        <w:tc>
          <w:tcPr>
            <w:tcW w:type="dxa" w:w="1440"/>
          </w:tcPr>
          <w:p>
            <w:r>
              <w:t>E4</w:t>
            </w:r>
          </w:p>
        </w:tc>
        <w:tc>
          <w:tcPr>
            <w:tcW w:type="dxa" w:w="1440"/>
          </w:tcPr>
          <w:p>
            <w:r>
              <w:t>North</w:t>
            </w:r>
          </w:p>
        </w:tc>
        <w:tc>
          <w:tcPr>
            <w:tcW w:type="dxa" w:w="1440"/>
          </w:tcPr>
          <w:p>
            <w:r>
              <w:t>8.8</w:t>
            </w:r>
          </w:p>
        </w:tc>
        <w:tc>
          <w:tcPr>
            <w:tcW w:type="dxa" w:w="1440"/>
          </w:tcPr>
          <w:p>
            <w:r>
              <w:t>25</w:t>
            </w:r>
          </w:p>
        </w:tc>
        <w:tc>
          <w:tcPr>
            <w:tcW w:type="dxa" w:w="1440"/>
          </w:tcPr>
          <w:p>
            <w:r>
              <w:t>up-down</w:t>
            </w:r>
          </w:p>
        </w:tc>
        <w:tc>
          <w:tcPr>
            <w:tcW w:type="dxa" w:w="1440"/>
          </w:tcPr>
          <w:p>
            <w:r>
              <w:t>35</w:t>
            </w:r>
          </w:p>
        </w:tc>
        <w:tc>
          <w:tcPr>
            <w:tcW w:type="dxa" w:w="1440"/>
          </w:tcPr>
          <w:p>
            <w:r>
              <w:t>3.5</w:t>
            </w:r>
          </w:p>
        </w:tc>
      </w:tr>
      <w:tr>
        <w:tc>
          <w:tcPr>
            <w:tcW w:type="dxa" w:w="1440"/>
          </w:tcPr>
          <w:p>
            <w:r>
              <w:t>E5</w:t>
            </w:r>
          </w:p>
        </w:tc>
        <w:tc>
          <w:tcPr>
            <w:tcW w:type="dxa" w:w="1440"/>
          </w:tcPr>
          <w:p>
            <w:r>
              <w:t>North</w:t>
            </w:r>
          </w:p>
        </w:tc>
        <w:tc>
          <w:tcPr>
            <w:tcW w:type="dxa" w:w="1440"/>
          </w:tcPr>
          <w:p>
            <w:r>
              <w:t>9.1</w:t>
            </w:r>
          </w:p>
        </w:tc>
        <w:tc>
          <w:tcPr>
            <w:tcW w:type="dxa" w:w="1440"/>
          </w:tcPr>
          <w:p>
            <w:r>
              <w:t>25</w:t>
            </w:r>
          </w:p>
        </w:tc>
        <w:tc>
          <w:tcPr>
            <w:tcW w:type="dxa" w:w="1440"/>
          </w:tcPr>
          <w:p>
            <w:r>
              <w:t>up-down</w:t>
            </w:r>
          </w:p>
        </w:tc>
        <w:tc>
          <w:tcPr>
            <w:tcW w:type="dxa" w:w="1440"/>
          </w:tcPr>
          <w:p>
            <w:r>
              <w:t>60</w:t>
            </w:r>
          </w:p>
        </w:tc>
        <w:tc>
          <w:tcPr>
            <w:tcW w:type="dxa" w:w="1440"/>
          </w:tcPr>
          <w:p>
            <w:r>
              <w:t>6.0</w:t>
            </w:r>
          </w:p>
        </w:tc>
      </w:tr>
      <w:tr>
        <w:tc>
          <w:tcPr>
            <w:tcW w:type="dxa" w:w="1440"/>
          </w:tcPr>
          <w:p>
            <w:r>
              <w:t>E6</w:t>
            </w:r>
          </w:p>
        </w:tc>
        <w:tc>
          <w:tcPr>
            <w:tcW w:type="dxa" w:w="1440"/>
          </w:tcPr>
          <w:p>
            <w:r>
              <w:t>West</w:t>
            </w:r>
          </w:p>
        </w:tc>
        <w:tc>
          <w:tcPr>
            <w:tcW w:type="dxa" w:w="1440"/>
          </w:tcPr>
          <w:p>
            <w:r>
              <w:t>7.6</w:t>
            </w:r>
          </w:p>
        </w:tc>
        <w:tc>
          <w:tcPr>
            <w:tcW w:type="dxa" w:w="1440"/>
          </w:tcPr>
          <w:p>
            <w:r>
              <w:t>30</w:t>
            </w:r>
          </w:p>
        </w:tc>
        <w:tc>
          <w:tcPr>
            <w:tcW w:type="dxa" w:w="1440"/>
          </w:tcPr>
          <w:p>
            <w:r>
              <w:t>up-down</w:t>
            </w:r>
          </w:p>
        </w:tc>
        <w:tc>
          <w:tcPr>
            <w:tcW w:type="dxa" w:w="1440"/>
          </w:tcPr>
          <w:p>
            <w:r>
              <w:t>1</w:t>
            </w:r>
          </w:p>
        </w:tc>
        <w:tc>
          <w:tcPr>
            <w:tcW w:type="dxa" w:w="1440"/>
          </w:tcPr>
          <w:p>
            <w:r>
              <w:t>0.06</w:t>
            </w:r>
          </w:p>
        </w:tc>
      </w:tr>
      <w:tr>
        <w:tc>
          <w:tcPr>
            <w:tcW w:type="dxa" w:w="1440"/>
          </w:tcPr>
          <w:p>
            <w:r>
              <w:t>E7</w:t>
            </w:r>
          </w:p>
        </w:tc>
        <w:tc>
          <w:tcPr>
            <w:tcW w:type="dxa" w:w="1440"/>
          </w:tcPr>
          <w:p>
            <w:r>
              <w:t>West</w:t>
            </w:r>
          </w:p>
        </w:tc>
        <w:tc>
          <w:tcPr>
            <w:tcW w:type="dxa" w:w="1440"/>
          </w:tcPr>
          <w:p>
            <w:r>
              <w:t>8.2</w:t>
            </w:r>
          </w:p>
        </w:tc>
        <w:tc>
          <w:tcPr>
            <w:tcW w:type="dxa" w:w="1440"/>
          </w:tcPr>
          <w:p>
            <w:r>
              <w:t>20</w:t>
            </w:r>
          </w:p>
        </w:tc>
        <w:tc>
          <w:tcPr>
            <w:tcW w:type="dxa" w:w="1440"/>
          </w:tcPr>
          <w:p>
            <w:r>
              <w:t>up-down</w:t>
            </w:r>
          </w:p>
        </w:tc>
        <w:tc>
          <w:tcPr>
            <w:tcW w:type="dxa" w:w="1440"/>
          </w:tcPr>
          <w:p>
            <w:r>
              <w:t>6</w:t>
            </w:r>
          </w:p>
        </w:tc>
        <w:tc>
          <w:tcPr>
            <w:tcW w:type="dxa" w:w="1440"/>
          </w:tcPr>
          <w:p>
            <w:r>
              <w:t>0.36</w:t>
            </w:r>
          </w:p>
        </w:tc>
      </w:tr>
      <w:tr>
        <w:tc>
          <w:tcPr>
            <w:tcW w:type="dxa" w:w="1440"/>
          </w:tcPr>
          <w:p>
            <w:r>
              <w:t>E8</w:t>
            </w:r>
          </w:p>
        </w:tc>
        <w:tc>
          <w:tcPr>
            <w:tcW w:type="dxa" w:w="1440"/>
          </w:tcPr>
          <w:p>
            <w:r>
              <w:t>West</w:t>
            </w:r>
          </w:p>
        </w:tc>
        <w:tc>
          <w:tcPr>
            <w:tcW w:type="dxa" w:w="1440"/>
          </w:tcPr>
          <w:p>
            <w:r>
              <w:t>9.0</w:t>
            </w:r>
          </w:p>
        </w:tc>
        <w:tc>
          <w:tcPr>
            <w:tcW w:type="dxa" w:w="1440"/>
          </w:tcPr>
          <w:p>
            <w:r>
              <w:t>25</w:t>
            </w:r>
          </w:p>
        </w:tc>
        <w:tc>
          <w:tcPr>
            <w:tcW w:type="dxa" w:w="1440"/>
          </w:tcPr>
          <w:p>
            <w:r>
              <w:t>up-down</w:t>
            </w:r>
          </w:p>
        </w:tc>
        <w:tc>
          <w:tcPr>
            <w:tcW w:type="dxa" w:w="1440"/>
          </w:tcPr>
          <w:p>
            <w:r>
              <w:t>40</w:t>
            </w:r>
          </w:p>
        </w:tc>
        <w:tc>
          <w:tcPr>
            <w:tcW w:type="dxa" w:w="1440"/>
          </w:tcPr>
          <w:p>
            <w:r>
              <w:t>2.4</w:t>
            </w:r>
          </w:p>
        </w:tc>
      </w:tr>
      <w:tr>
        <w:tc>
          <w:tcPr>
            <w:tcW w:type="dxa" w:w="1440"/>
          </w:tcPr>
          <w:p>
            <w:r>
              <w:t>E9</w:t>
            </w:r>
          </w:p>
        </w:tc>
        <w:tc>
          <w:tcPr>
            <w:tcW w:type="dxa" w:w="1440"/>
          </w:tcPr>
          <w:p>
            <w:r>
              <w:t>West</w:t>
            </w:r>
          </w:p>
        </w:tc>
        <w:tc>
          <w:tcPr>
            <w:tcW w:type="dxa" w:w="1440"/>
          </w:tcPr>
          <w:p>
            <w:r>
              <w:t>8.4</w:t>
            </w:r>
          </w:p>
        </w:tc>
        <w:tc>
          <w:tcPr>
            <w:tcW w:type="dxa" w:w="1440"/>
          </w:tcPr>
          <w:p>
            <w:r>
              <w:t>15</w:t>
            </w:r>
          </w:p>
        </w:tc>
        <w:tc>
          <w:tcPr>
            <w:tcW w:type="dxa" w:w="1440"/>
          </w:tcPr>
          <w:p>
            <w:r>
              <w:t>sideways</w:t>
            </w:r>
          </w:p>
        </w:tc>
        <w:tc>
          <w:tcPr>
            <w:tcW w:type="dxa" w:w="1440"/>
          </w:tcPr>
          <w:p>
            <w:r>
              <w:t>2</w:t>
            </w:r>
          </w:p>
        </w:tc>
        <w:tc>
          <w:tcPr>
            <w:tcW w:type="dxa" w:w="1440"/>
          </w:tcPr>
          <w:p>
            <w:r>
              <w:t>0.12</w:t>
            </w:r>
          </w:p>
        </w:tc>
      </w:tr>
      <w:tr>
        <w:tc>
          <w:tcPr>
            <w:tcW w:type="dxa" w:w="1440"/>
          </w:tcPr>
          <w:p>
            <w:r>
              <w:t>E10</w:t>
            </w:r>
          </w:p>
        </w:tc>
        <w:tc>
          <w:tcPr>
            <w:tcW w:type="dxa" w:w="1440"/>
          </w:tcPr>
          <w:p>
            <w:r>
              <w:t>Local</w:t>
            </w:r>
          </w:p>
        </w:tc>
        <w:tc>
          <w:tcPr>
            <w:tcW w:type="dxa" w:w="1440"/>
          </w:tcPr>
          <w:p>
            <w:r>
              <w:t>7.0</w:t>
            </w:r>
          </w:p>
        </w:tc>
        <w:tc>
          <w:tcPr>
            <w:tcW w:type="dxa" w:w="1440"/>
          </w:tcPr>
          <w:p>
            <w:r>
              <w:t>20</w:t>
            </w:r>
          </w:p>
        </w:tc>
        <w:tc>
          <w:tcPr>
            <w:tcW w:type="dxa" w:w="1440"/>
          </w:tcPr>
          <w:p>
            <w:r>
              <w:t>up-down</w:t>
            </w:r>
          </w:p>
        </w:tc>
        <w:tc>
          <w:tcPr>
            <w:tcW w:type="dxa" w:w="1440"/>
          </w:tcPr>
          <w:p>
            <w:r>
              <w:t>no station in time</w:t>
            </w:r>
          </w:p>
        </w:tc>
        <w:tc>
          <w:tcPr>
            <w:tcW w:type="dxa" w:w="1440"/>
          </w:tcPr>
          <w:p>
            <w:r>
              <w:t>0.2</w:t>
            </w:r>
          </w:p>
        </w:tc>
      </w:tr>
      <w:tr>
        <w:tc>
          <w:tcPr>
            <w:tcW w:type="dxa" w:w="1440"/>
          </w:tcPr>
          <w:p>
            <w:r>
              <w:t>E11</w:t>
            </w:r>
          </w:p>
        </w:tc>
        <w:tc>
          <w:tcPr>
            <w:tcW w:type="dxa" w:w="1440"/>
          </w:tcPr>
          <w:p>
            <w:r>
              <w:t>Local</w:t>
            </w:r>
          </w:p>
        </w:tc>
        <w:tc>
          <w:tcPr>
            <w:tcW w:type="dxa" w:w="1440"/>
          </w:tcPr>
          <w:p>
            <w:r>
              <w:t>7.8</w:t>
            </w:r>
          </w:p>
        </w:tc>
        <w:tc>
          <w:tcPr>
            <w:tcW w:type="dxa" w:w="1440"/>
          </w:tcPr>
          <w:p>
            <w:r>
              <w:t>15</w:t>
            </w:r>
          </w:p>
        </w:tc>
        <w:tc>
          <w:tcPr>
            <w:tcW w:type="dxa" w:w="1440"/>
          </w:tcPr>
          <w:p>
            <w:r>
              <w:t>up-down</w:t>
            </w:r>
          </w:p>
        </w:tc>
        <w:tc>
          <w:tcPr>
            <w:tcW w:type="dxa" w:w="1440"/>
          </w:tcPr>
          <w:p>
            <w:r>
              <w:t>no station in time</w:t>
            </w:r>
          </w:p>
        </w:tc>
        <w:tc>
          <w:tcPr>
            <w:tcW w:type="dxa" w:w="1440"/>
          </w:tcPr>
          <w:p>
            <w:r>
              <w:t>1.5</w:t>
            </w:r>
          </w:p>
        </w:tc>
      </w:tr>
      <w:tr>
        <w:tc>
          <w:tcPr>
            <w:tcW w:type="dxa" w:w="1440"/>
          </w:tcPr>
          <w:p>
            <w:r>
              <w:t>E12</w:t>
            </w:r>
          </w:p>
        </w:tc>
        <w:tc>
          <w:tcPr>
            <w:tcW w:type="dxa" w:w="1440"/>
          </w:tcPr>
          <w:p>
            <w:r>
              <w:t>North</w:t>
            </w:r>
          </w:p>
        </w:tc>
        <w:tc>
          <w:tcPr>
            <w:tcW w:type="dxa" w:w="1440"/>
          </w:tcPr>
          <w:p>
            <w:r>
              <w:t>8.0</w:t>
            </w:r>
          </w:p>
        </w:tc>
        <w:tc>
          <w:tcPr>
            <w:tcW w:type="dxa" w:w="1440"/>
          </w:tcPr>
          <w:p>
            <w:r>
              <w:t>300</w:t>
            </w:r>
          </w:p>
        </w:tc>
        <w:tc>
          <w:tcPr>
            <w:tcW w:type="dxa" w:w="1440"/>
          </w:tcPr>
          <w:p>
            <w:r>
              <w:t>deep, inside the sinking plate</w:t>
            </w:r>
          </w:p>
        </w:tc>
        <w:tc>
          <w:tcPr>
            <w:tcW w:type="dxa" w:w="1440"/>
          </w:tcPr>
          <w:p>
            <w:r>
              <w:t>1</w:t>
            </w:r>
          </w:p>
        </w:tc>
        <w:tc>
          <w:tcPr>
            <w:tcW w:type="dxa" w:w="1440"/>
          </w:tcPr>
          <w:p>
            <w:r>
              <w:t>0.1</w:t>
            </w:r>
          </w:p>
        </w:tc>
      </w:tr>
    </w:tbl>
    <w:p/>
    <w:p>
      <w:r>
        <w:rPr>
          <w:i/>
          <w:sz w:val="18"/>
        </w:rPr>
        <w:t>Teaching dataset invented for this lab. 'Up-down' faults lift or drop the seafloor; a 'sideways' fault slides the plates past each other.</w:t>
      </w:r>
    </w:p>
    <w:p>
      <w:r>
        <w:t>2. (a) How does the wave at Port Alder generally change as magnitude increases? (b) Which two large earthquakes broke the pattern, and what is unusual about each? (c) Divide each North event's wave height by its DART reading, then do the same for the West events. What rule could the office use to forecast the wave from a DART reading?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Our warning procedure (no more than six steps)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Step</w:t>
            </w:r>
          </w:p>
        </w:tc>
        <w:tc>
          <w:tcPr>
            <w:tcW w:type="dxa" w:w="2520"/>
          </w:tcPr>
          <w:p>
            <w:r/>
            <w:r>
              <w:rPr>
                <w:b/>
              </w:rPr>
              <w:t>When (time after the quake)</w:t>
            </w:r>
          </w:p>
        </w:tc>
        <w:tc>
          <w:tcPr>
            <w:tcW w:type="dxa" w:w="2520"/>
          </w:tcPr>
          <w:p>
            <w:r/>
            <w:r>
              <w:rPr>
                <w:b/>
              </w:rPr>
              <w:t>Data used</w:t>
            </w:r>
          </w:p>
        </w:tc>
        <w:tc>
          <w:tcPr>
            <w:tcW w:type="dxa" w:w="2520"/>
          </w:tcPr>
          <w:p>
            <w:r/>
            <w:r>
              <w:rPr>
                <w:b/>
              </w:rPr>
              <w:t>Rule: if ... then ... (alert level)</w:t>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bl>
    <w:p/>
    <w:p>
      <w:r>
        <w:rPr>
          <w:b/>
        </w:rPr>
        <w:t>Testing our procedure against the record</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Event</w:t>
            </w:r>
          </w:p>
        </w:tc>
        <w:tc>
          <w:tcPr>
            <w:tcW w:type="dxa" w:w="1440"/>
          </w:tcPr>
          <w:p>
            <w:r/>
            <w:r>
              <w:rPr>
                <w:b/>
              </w:rPr>
              <w:t>Alert at 5 minutes</w:t>
            </w:r>
          </w:p>
        </w:tc>
        <w:tc>
          <w:tcPr>
            <w:tcW w:type="dxa" w:w="1440"/>
          </w:tcPr>
          <w:p>
            <w:r/>
            <w:r>
              <w:rPr>
                <w:b/>
              </w:rPr>
              <w:t>Alert after DART (if any)</w:t>
            </w:r>
          </w:p>
        </w:tc>
        <w:tc>
          <w:tcPr>
            <w:tcW w:type="dxa" w:w="1440"/>
          </w:tcPr>
          <w:p>
            <w:r/>
            <w:r>
              <w:rPr>
                <w:b/>
              </w:rPr>
              <w:t>Final alert</w:t>
            </w:r>
          </w:p>
        </w:tc>
        <w:tc>
          <w:tcPr>
            <w:tcW w:type="dxa" w:w="1440"/>
          </w:tcPr>
          <w:p>
            <w:r/>
            <w:r>
              <w:rPr>
                <w:b/>
              </w:rPr>
              <w:t>Alert needed (from actual wave)</w:t>
            </w:r>
          </w:p>
        </w:tc>
        <w:tc>
          <w:tcPr>
            <w:tcW w:type="dxa" w:w="1440"/>
          </w:tcPr>
          <w:p>
            <w:r/>
            <w:r>
              <w:rPr>
                <w:b/>
              </w:rPr>
              <w:t>Correct, miss or false alarm?</w:t>
            </w:r>
          </w:p>
        </w:tc>
        <w:tc>
          <w:tcPr>
            <w:tcW w:type="dxa" w:w="1440"/>
          </w:tcPr>
          <w:p>
            <w:r/>
            <w:r>
              <w:rPr>
                <w:b/>
              </w:rPr>
              <w:t>Needed alert out at least 35 min before arrival? (Y/N, or none needed)</w:t>
            </w:r>
          </w:p>
        </w:tc>
      </w:tr>
      <w:tr>
        <w:tc>
          <w:tcPr>
            <w:tcW w:type="dxa" w:w="1440"/>
          </w:tcPr>
          <w:p>
            <w:r>
              <w:t>E1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E4</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E5</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E6</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E7</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E8</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E9</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E10</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E11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E12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Scores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Procedure</w:t>
            </w:r>
          </w:p>
        </w:tc>
        <w:tc>
          <w:tcPr>
            <w:tcW w:type="dxa" w:w="2520"/>
          </w:tcPr>
          <w:p>
            <w:r/>
            <w:r>
              <w:rPr>
                <w:b/>
              </w:rPr>
              <w:t>Misses</w:t>
            </w:r>
          </w:p>
        </w:tc>
        <w:tc>
          <w:tcPr>
            <w:tcW w:type="dxa" w:w="2520"/>
          </w:tcPr>
          <w:p>
            <w:r/>
            <w:r>
              <w:rPr>
                <w:b/>
              </w:rPr>
              <w:t>False alarms</w:t>
            </w:r>
          </w:p>
        </w:tc>
        <w:tc>
          <w:tcPr>
            <w:tcW w:type="dxa" w:w="2520"/>
          </w:tcPr>
          <w:p>
            <w:r/>
            <w:r>
              <w:rPr>
                <w:b/>
              </w:rPr>
              <w:t>Late warnings</w:t>
            </w:r>
          </w:p>
        </w:tc>
      </w:tr>
      <w:tr>
        <w:tc>
          <w:tcPr>
            <w:tcW w:type="dxa" w:w="2520"/>
          </w:tcPr>
          <w:p>
            <w:r>
              <w:t>Ours</w:t>
            </w:r>
          </w:p>
        </w:tc>
        <w:tc>
          <w:tcPr>
            <w:tcW w:type="dxa" w:w="2520"/>
          </w:tcPr>
          <w:p>
            <w:r/>
          </w:p>
        </w:tc>
        <w:tc>
          <w:tcPr>
            <w:tcW w:type="dxa" w:w="2520"/>
          </w:tcPr>
          <w:p>
            <w:r/>
          </w:p>
        </w:tc>
        <w:tc>
          <w:tcPr>
            <w:tcW w:type="dxa" w:w="2520"/>
          </w:tcPr>
          <w:p>
            <w:r/>
          </w:p>
        </w:tc>
      </w:tr>
      <w:tr>
        <w:tc>
          <w:tcPr>
            <w:tcW w:type="dxa" w:w="2520"/>
          </w:tcPr>
          <w:p>
            <w:r>
              <w:t>Partner group's</w:t>
            </w:r>
          </w:p>
        </w:tc>
        <w:tc>
          <w:tcPr>
            <w:tcW w:type="dxa" w:w="2520"/>
          </w:tcPr>
          <w:p>
            <w:r/>
          </w:p>
        </w:tc>
        <w:tc>
          <w:tcPr>
            <w:tcW w:type="dxa" w:w="2520"/>
          </w:tcPr>
          <w:p>
            <w:r/>
          </w:p>
        </w:tc>
        <w:tc>
          <w:tcPr>
            <w:tcW w:type="dxa" w:w="2520"/>
          </w:tcPr>
          <w:p>
            <w:r/>
          </w:p>
        </w:tc>
      </w:tr>
      <w:tr>
        <w:tc>
          <w:tcPr>
            <w:tcW w:type="dxa" w:w="2520"/>
          </w:tcPr>
          <w:p>
            <w:r>
              <w:t>Combined</w:t>
            </w:r>
          </w:p>
        </w:tc>
        <w:tc>
          <w:tcPr>
            <w:tcW w:type="dxa" w:w="2520"/>
          </w:tcPr>
          <w:p>
            <w:r/>
          </w:p>
        </w:tc>
        <w:tc>
          <w:tcPr>
            <w:tcW w:type="dxa" w:w="2520"/>
          </w:tcPr>
          <w:p>
            <w:r/>
          </w:p>
        </w:tc>
        <w:tc>
          <w:tcPr>
            <w:tcW w:type="dxa" w:w="2520"/>
          </w:tcPr>
          <w:p>
            <w:r/>
          </w:p>
        </w:tc>
      </w:tr>
    </w:tbl>
    <w:p/>
    <w:p>
      <w:r>
        <w:t>3. Summarize how your procedure scored. Which event gave it the most trouble,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4. Give the arrival time at Port Alder for a tsunami from each zone in hours and minutes. For a North-zone tsunami, if the office waits for the D-North reading and then takes 5 minutes to send the message, how much time is left before the first surge, and is that enough for the 30-minute evacuation?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On the North path, the last 45 km (segments North 3 and North 4) take about as long as the first 350 km of deep ocean would. Use the speed table to explain why, and explain why the wave also grows taller over those last 45 km.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Test a magnitude-only rule on the record: 'warning if magnitude is 8.0 or more; otherwise no alert.' Count its misses and false alarms. Use events E9, E11 and E12 to explain why a good procedure needs more than magnitude.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For a Local-zone earthquake, show with numbers that no procedure can give the harbor district 30 minutes to evacuate. What should Port Alder do instead? Name at least two actions taken before any earthquake happens.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Describe the combined procedure you and your partner group wrote. Which step came from each group, what problem did each step solve, and how did the combined procedure score compared with both originals?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a rule for when your office should end a warning, and explain it using what happened at Crescent City in 1964.</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Lowering your thresholds would catch every dangerous wave but cause more false alarms. Why is a false alarm a real cost and not just an inconvenience? Use the Crescent City story to support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