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29: Engineering Solutions for Protecting Ecosystems · Worksheet 2 of 10</w:t>
      </w:r>
    </w:p>
    <w:p>
      <w:pPr>
        <w:pStyle w:val="Heading1"/>
      </w:pPr>
      <w:r>
        <w:t>Six Pressures and the Words Engineers Use</w:t>
      </w:r>
    </w:p>
    <w:p>
      <w:r>
        <w:rPr>
          <w:b/>
        </w:rPr>
        <w:t>Learning target: I can use the chapter's terms to classify human pressures on ecosystems, connect them to design solutions, and tell criteria, constraints and tradeoffs apart.</w:t>
      </w:r>
    </w:p>
    <w:p>
      <w:r>
        <w:rPr>
          <w:color w:val="6B6F6C"/>
          <w:sz w:val="18"/>
        </w:rPr>
        <w:t>Vocabulary in action · about 35 minutes · individual · Standards: MS-LS2-5 (supports), MS-ETS1-1 (practice), MS-ESS3-4 (supports)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Read the word bank first; the definitions are there to use, not to copy. Each part asks you to do something with the words: sort, connect, choose or explain. Write a short reason for every choice. Some items could fit more than one word; if you think so, say which word fits best and why.</w:t>
      </w:r>
    </w:p>
    <w:p>
      <w:r>
        <w:rPr>
          <w:b/>
        </w:rPr>
        <w:t>per capita</w:t>
      </w:r>
      <w:r>
        <w:t>: Per person. Take a group's total (water used, energy used, money earned) and divide it by how many people share it.</w:t>
      </w:r>
    </w:p>
    <w:p>
      <w:r>
        <w:rPr>
          <w:b/>
        </w:rPr>
        <w:t>natural resource</w:t>
      </w:r>
      <w:r>
        <w:t>: A material or energy source from nature that people use, such as fresh water, soil, wood, minerals or fossil fuels.</w:t>
      </w:r>
    </w:p>
    <w:p>
      <w:r>
        <w:rPr>
          <w:b/>
        </w:rPr>
        <w:t>ecosystem services</w:t>
      </w:r>
      <w:r>
        <w:t>: Benefits people get from working ecosystems, such as clean water, pollination of crops, flood protection, food and the recycling of nutrients.</w:t>
      </w:r>
    </w:p>
    <w:p>
      <w:r>
        <w:rPr>
          <w:b/>
        </w:rPr>
        <w:t>biodiversity</w:t>
      </w:r>
      <w:r>
        <w:t>: The variety of life in a place: how many different species live there, the variety within each species, and the variety of ecosystems.</w:t>
      </w:r>
    </w:p>
    <w:p>
      <w:r>
        <w:rPr>
          <w:b/>
        </w:rPr>
        <w:t>over-exploitation</w:t>
      </w:r>
      <w:r>
        <w:t>: Taking living things from the wild faster than their populations can replace themselves, so their numbers fall.</w:t>
      </w:r>
    </w:p>
    <w:p>
      <w:r>
        <w:rPr>
          <w:b/>
        </w:rPr>
        <w:t>by-catch</w:t>
      </w:r>
      <w:r>
        <w:t>: Animals caught by accident while fishing for something else, such as sea turtles in a shrimp net or young fish too small to sell.</w:t>
      </w:r>
    </w:p>
    <w:p>
      <w:r>
        <w:rPr>
          <w:b/>
        </w:rPr>
        <w:t>pollution</w:t>
      </w:r>
      <w:r>
        <w:t>: Harmful materials or energy that people add to an environment, such as plastic, extra nutrients from fertilizer or sewage, or toxic chemicals.</w:t>
      </w:r>
    </w:p>
    <w:p>
      <w:r>
        <w:rPr>
          <w:b/>
        </w:rPr>
        <w:t>habitat degradation</w:t>
      </w:r>
      <w:r>
        <w:t>: Damaging or destroying a natural area so it can no longer support its usual living things and processes, such as clearing a forest for farms.</w:t>
      </w:r>
    </w:p>
    <w:p>
      <w:r>
        <w:rPr>
          <w:b/>
        </w:rPr>
        <w:t>invasive species</w:t>
      </w:r>
      <w:r>
        <w:t>: A species that people have moved outside its native range, where it spreads and causes harm to ecosystems or to the economy.</w:t>
      </w:r>
    </w:p>
    <w:p>
      <w:r>
        <w:rPr>
          <w:b/>
        </w:rPr>
        <w:t>emerging disease</w:t>
      </w:r>
      <w:r>
        <w:t>: A disease that is new to people, or is suddenly reaching many more of them, often after people and their farm animals come into new contact with wildlife.</w:t>
      </w:r>
    </w:p>
    <w:p>
      <w:r>
        <w:rPr>
          <w:b/>
        </w:rPr>
        <w:t>climate change</w:t>
      </w:r>
      <w:r>
        <w:t>: A long-term shift in Earth's climate patterns, including average temperatures and how often severe weather happens. Today's warming is caused mainly by burning fossil fuels.</w:t>
      </w:r>
    </w:p>
    <w:p>
      <w:r>
        <w:rPr>
          <w:b/>
        </w:rPr>
        <w:t>criteria</w:t>
      </w:r>
      <w:r>
        <w:t>: What a design must do or achieve to count as a success. One criterion, many criteria.</w:t>
      </w:r>
    </w:p>
    <w:p>
      <w:r>
        <w:rPr>
          <w:b/>
        </w:rPr>
        <w:t>constraints</w:t>
      </w:r>
      <w:r>
        <w:t>: The limits a design must work within, such as cost, time, available materials, laws, or what people will accept and use.</w:t>
      </w:r>
    </w:p>
    <w:p>
      <w:r>
        <w:rPr>
          <w:b/>
        </w:rPr>
        <w:t>tradeoff</w:t>
      </w:r>
      <w:r>
        <w:t>: Giving up some of one benefit to gain more of another.</w:t>
      </w:r>
    </w:p>
    <w:p>
      <w:pPr>
        <w:pStyle w:val="Heading2"/>
      </w:pPr>
      <w:r>
        <w:t>Part A: Name the pressure</w:t>
      </w:r>
    </w:p>
    <w:p>
      <w:r>
        <w:t>The six pressures are over-exploitation, pollution, habitat degradation, invasive species, emerging disease and climate change. Each headline below describes one of them. These headlines are written for this worksheet; they describe realistic situations, not specific news stories.</w:t>
      </w:r>
    </w:p>
    <w:p>
      <w:r>
        <w:t>1. For each headline, write the pressure that fits best and the clue word or fact that decided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Pressure</w:t>
            </w:r>
          </w:p>
        </w:tc>
        <w:tc>
          <w:tcPr>
            <w:tcW w:type="dxa" w:w="5040"/>
          </w:tcPr>
          <w:p>
            <w:r/>
            <w:r>
              <w:rPr>
                <w:b/>
              </w:rPr>
              <w:t>Clue that decided it</w:t>
            </w:r>
          </w:p>
        </w:tc>
      </w:tr>
      <w:tr>
        <w:tc>
          <w:tcPr>
            <w:tcW w:type="dxa" w:w="5040"/>
          </w:tcPr>
          <w:p>
            <w:r>
              <w:t>1. Mussels from another continent arrive stuck to a boat, spread through a lake and clog its water-intake pipes.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2. A housing tract and new roads replace most of a valley's oak woodland.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3. Lawn fertilizer washes into a bay and feeds thick mats of algae.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4. A fishing fleet catches so many cod that only a few percent of the old population is left.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5. A virus passes from wild bats to farm pigs to the people who care for the pigs.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6. Warmer air and higher seas slowly flood the lowest zone of a salt marsh.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7. Seabirds near a harbor are found tangled in plastic bags and fishing line.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8. Sea turtles drown in nets that were set to catch shrimp.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pPr>
        <w:pStyle w:val="Heading2"/>
      </w:pPr>
      <w:r>
        <w:t>Part B: Connect the ideas</w:t>
      </w:r>
    </w:p>
    <w:p>
      <w:r>
        <w:drawing>
          <wp:inline xmlns:a="http://schemas.openxmlformats.org/drawingml/2006/main" xmlns:pic="http://schemas.openxmlformats.org/drawingml/2006/picture">
            <wp:extent cx="5943600" cy="38633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_goes_into_a_design_solution_for_an_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Concept map with the linking words missing. Each line joins the center to one idea.</w:t>
      </w:r>
    </w:p>
    <w:p>
      <w:r>
        <w:t>2. Write a linking phrase for each line so that 'A design solution ___ [idea]' becomes a true sentence. Then add an example from this chapter.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Linking phrase</w:t>
            </w:r>
          </w:p>
        </w:tc>
        <w:tc>
          <w:tcPr>
            <w:tcW w:type="dxa" w:w="5040"/>
          </w:tcPr>
          <w:p>
            <w:r/>
            <w:r>
              <w:rPr>
                <w:b/>
              </w:rPr>
              <w:t>Example from the chapter</w:t>
            </w:r>
          </w:p>
        </w:tc>
      </w:tr>
      <w:tr>
        <w:tc>
          <w:tcPr>
            <w:tcW w:type="dxa" w:w="5040"/>
          </w:tcPr>
          <w:p>
            <w:r>
              <w:t>Criteria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Constraints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Tradeoffs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Testing and revising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Ecosystem services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Biodiversity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pPr>
        <w:pStyle w:val="Heading2"/>
      </w:pPr>
      <w:r>
        <w:t>Part C: Criterion, constraint or tradeoff?</w:t>
      </w:r>
    </w:p>
    <w:p>
      <w:r>
        <w:t>Fishing families around Lake Malawi, in southeastern Africa, want to reduce a snail-spread disease called bilharzia by protecting the small fish that eat snails. Each statement below is about their net design, or about a design problem from another part of the chapter.</w:t>
      </w:r>
    </w:p>
    <w:p>
      <w:r>
        <w:t>3. Label each statement criterion, constraint or tradeoff, and give a reason.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Criterion, constraint or tradeoff?</w:t>
            </w:r>
          </w:p>
        </w:tc>
        <w:tc>
          <w:tcPr>
            <w:tcW w:type="dxa" w:w="5040"/>
          </w:tcPr>
          <w:p>
            <w:r/>
            <w:r>
              <w:rPr>
                <w:b/>
              </w:rPr>
              <w:t>Reason</w:t>
            </w:r>
          </w:p>
        </w:tc>
      </w:tr>
      <w:tr>
        <w:tc>
          <w:tcPr>
            <w:tcW w:type="dxa" w:w="5040"/>
          </w:tcPr>
          <w:p>
            <w:r>
              <w:t>a. The nets must leave enough small snail-eating fish in the lake to keep snail numbers down.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b. A new net must cost about the same as the nets families already buy.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c. Success means families still catch enough fish to eat and to sell.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d. Nets can only be made from cord sold at the local market.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e. Larger holes mean fewer fish in each haul at first, but more snail-eaters survive.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f. The new nets must be in use before the next rainy season.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g. Coffee grown under tall shade trees yields fewer beans but keeps forest birds.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h. Fewer children should test positive for bilharzia within five years.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pPr>
        <w:pStyle w:val="Heading2"/>
      </w:pPr>
      <w:r>
        <w:t>Part D: Tell the words apart</w:t>
      </w:r>
    </w:p>
    <w:p>
      <w:r>
        <w:t xml:space="preserve">4. Town A has 10,000 people and uses 1,500,000 liters of water a day. Town B has 2,000 people and uses 400,000 liters a day. Which town uses more water in </w:t>
      </w:r>
      <w:r>
        <w:rPr>
          <w:b/>
        </w:rPr>
        <w:t>total</w:t>
      </w:r>
      <w:r>
        <w:t xml:space="preserve">? Which uses more </w:t>
      </w:r>
      <w:r>
        <w:rPr>
          <w:b/>
        </w:rPr>
        <w:t>per capita</w:t>
      </w:r>
      <w:r>
        <w:t>? Show both per capita calculations.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5. A wetland holds 40 kinds of birds, and it also soaks up floodwater before it reaches a town. Which fact describes </w:t>
      </w:r>
      <w:r>
        <w:rPr>
          <w:b/>
        </w:rPr>
        <w:t>biodiversity</w:t>
      </w:r>
      <w:r>
        <w:t xml:space="preserve"> and which describes an </w:t>
      </w:r>
      <w:r>
        <w:rPr>
          <w:b/>
        </w:rPr>
        <w:t>ecosystem service</w:t>
      </w:r>
      <w:r>
        <w:t>? Explain how losing the first could affect the second.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Oranges and tomatoes grown on California farms first came from other parts of the world. Are they invasive species? Use both parts of the definition in your answer.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7. Which one does </w:t>
      </w:r>
      <w:r>
        <w:rPr>
          <w:b/>
        </w:rPr>
        <w:t>not</w:t>
      </w:r>
      <w:r>
        <w:t xml:space="preserve"> belong with the others?</w:t>
      </w:r>
    </w:p>
    <w:p>
      <w:r>
        <w:t xml:space="preserve">   ○ A. Bees pollinating an almond orchard</w:t>
      </w:r>
    </w:p>
    <w:p>
      <w:r>
        <w:t xml:space="preserve">   ○ B. A forested hillside keeping a reservoir's water clean</w:t>
      </w:r>
    </w:p>
    <w:p>
      <w:r>
        <w:t xml:space="preserve">   ○ C. A concrete seawall built in front of a town</w:t>
      </w:r>
    </w:p>
    <w:p>
      <w:r>
        <w:t xml:space="preserve">   ○ D. A healthy lake supplying fish that families eat</w:t>
      </w:r>
    </w:p>
    <w:p>
      <w:r>
        <w:t>8. Which term fits? (a) A plan must cost less than $2 million; that limit is a ______. (b) Dolphins caught in a net set for tuna are ______. (c) Cutting a forest to plant one crop is an example of ______. (d) Average energy used by each person on Earth is the world's ______ energy use.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E: Use the words</w:t>
      </w:r>
    </w:p>
    <w:p>
      <w:r>
        <w:t xml:space="preserve">9. Write three or four sentences that explain why a growing human population puts more pressure on ecosystems than a growing hare population does. Use </w:t>
      </w:r>
      <w:r>
        <w:rPr>
          <w:b/>
        </w:rPr>
        <w:t>per capita</w:t>
      </w:r>
      <w:r>
        <w:t xml:space="preserve">, </w:t>
      </w:r>
      <w:r>
        <w:rPr>
          <w:b/>
        </w:rPr>
        <w:t>natural resource</w:t>
      </w:r>
      <w:r>
        <w:t xml:space="preserve"> and </w:t>
      </w:r>
      <w:r>
        <w:rPr>
          <w:b/>
        </w:rPr>
        <w:t>ecosystem services</w:t>
      </w:r>
      <w:r>
        <w:t xml:space="preserve"> correctly, and underline each one.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Questions to ask yourself</w:t>
      </w:r>
    </w:p>
    <w:p>
      <w:r>
        <w:t>For Part A, ask: Is someone taking too much (over-exploitation)? Adding something harmful (pollution)? Wrecking a place (habitat degradation)? Moving a species to a new place (invasive species)? Is a germ reaching people in a new way (emerging disease)? Is the long-term climate shifting (climate change)? For Part C, ask: Does the statement describe success (criterion), a limit (constraint), or something given up to get something else (tradeoff)?</w:t>
      </w:r>
    </w:p>
    <w:p>
      <w:pPr>
        <w:pStyle w:val="Heading2"/>
      </w:pPr>
      <w:r>
        <w:t>When one problem is two pressures</w:t>
      </w:r>
    </w:p>
    <w:p>
      <w:r>
        <w:t>Real problems often combine pressures. Choose one headline from Part A that could fit two pressures (for example, plastic fishing line is pollution, and a net lost at sea that keeps catching fish is also a kind of over-exploitation). Write a paragraph explaining both labels, then explain why naming both might lead an engineer to a better solution than naming only one.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