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5 of 10</w:t>
      </w:r>
    </w:p>
    <w:p>
      <w:pPr>
        <w:pStyle w:val="Heading1"/>
      </w:pPr>
      <w:r>
        <w:t>Reading the Fur Ledger: Peaks, Lags and a Rising Line</w:t>
      </w:r>
    </w:p>
    <w:p>
      <w:r>
        <w:rPr>
          <w:b/>
        </w:rPr>
        <w:t>Learning target: I can graph predator and prey records, calculate the cycle length and the lag between peaks, judge what the evidence can and cannot show about causes, and compare the pattern with real human population data.</w:t>
      </w:r>
    </w:p>
    <w:p>
      <w:r>
        <w:rPr>
          <w:color w:val="6B6F6C"/>
          <w:sz w:val="18"/>
        </w:rPr>
        <w:t>Data and graphing · about 50 minutes · individual · Standards: MS-ESS3-4 (supports), MS-LS2-1 (supports), MS-LS2-5 (supports)</w:t>
      </w:r>
    </w:p>
    <w:p>
      <w:r>
        <w:t>Name: ____________________________    Date: ____________    Period: ______</w:t>
      </w:r>
    </w:p>
    <w:p>
      <w:pPr>
        <w:pStyle w:val="Heading2"/>
      </w:pPr>
      <w:r>
        <w:t>Directions</w:t>
      </w:r>
    </w:p>
    <w:p>
      <w:r>
        <w:t>Part A uses a teaching dataset, so the numbers are invented, but the pattern matches the real fur-trade records. Plot both animals on the same grid using two colors or two symbols, and connect each animal's points with a line. Then calculate. Parts B and C use real published results. Show every calculation and include units.</w:t>
      </w:r>
    </w:p>
    <w:p>
      <w:pPr>
        <w:pStyle w:val="Heading2"/>
      </w:pPr>
      <w:r>
        <w:t>Part A: The fur ledger</w:t>
      </w:r>
    </w:p>
    <w:p>
      <w:r>
        <w:t>For more than a century, trading posts across northern Canada recorded the snowshoe hare and Canada lynx pelts that trappers brought in. A pelt count tells you how many animals were trapped, which depends on how many animals there were but also on how many trappers were working and what furs were worth.</w:t>
      </w:r>
    </w:p>
    <w:p>
      <w:r>
        <w:rPr>
          <w:b/>
        </w:rPr>
        <w:t>Pelts traded per year at a group of trading posts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Year</w:t>
            </w:r>
          </w:p>
        </w:tc>
        <w:tc>
          <w:tcPr>
            <w:tcW w:type="dxa" w:w="3360"/>
          </w:tcPr>
          <w:p>
            <w:r/>
            <w:r>
              <w:rPr>
                <w:b/>
              </w:rPr>
              <w:t>Hare pelts (thousands)</w:t>
            </w:r>
          </w:p>
        </w:tc>
        <w:tc>
          <w:tcPr>
            <w:tcW w:type="dxa" w:w="3360"/>
          </w:tcPr>
          <w:p>
            <w:r/>
            <w:r>
              <w:rPr>
                <w:b/>
              </w:rPr>
              <w:t>Lynx pelts (thousands)</w:t>
            </w:r>
          </w:p>
        </w:tc>
      </w:tr>
      <w:tr>
        <w:tc>
          <w:tcPr>
            <w:tcW w:type="dxa" w:w="3360"/>
          </w:tcPr>
          <w:p>
            <w:r>
              <w:t>1</w:t>
            </w:r>
          </w:p>
        </w:tc>
        <w:tc>
          <w:tcPr>
            <w:tcW w:type="dxa" w:w="3360"/>
          </w:tcPr>
          <w:p>
            <w:r>
              <w:t>20</w:t>
            </w:r>
          </w:p>
        </w:tc>
        <w:tc>
          <w:tcPr>
            <w:tcW w:type="dxa" w:w="3360"/>
          </w:tcPr>
          <w:p>
            <w:r>
              <w:t>8</w:t>
            </w:r>
          </w:p>
        </w:tc>
      </w:tr>
      <w:tr>
        <w:tc>
          <w:tcPr>
            <w:tcW w:type="dxa" w:w="3360"/>
          </w:tcPr>
          <w:p>
            <w:r>
              <w:t>2</w:t>
            </w:r>
          </w:p>
        </w:tc>
        <w:tc>
          <w:tcPr>
            <w:tcW w:type="dxa" w:w="3360"/>
          </w:tcPr>
          <w:p>
            <w:r>
              <w:t>45</w:t>
            </w:r>
          </w:p>
        </w:tc>
        <w:tc>
          <w:tcPr>
            <w:tcW w:type="dxa" w:w="3360"/>
          </w:tcPr>
          <w:p>
            <w:r>
              <w:t>9</w:t>
            </w:r>
          </w:p>
        </w:tc>
      </w:tr>
      <w:tr>
        <w:tc>
          <w:tcPr>
            <w:tcW w:type="dxa" w:w="3360"/>
          </w:tcPr>
          <w:p>
            <w:r>
              <w:t>3</w:t>
            </w:r>
          </w:p>
        </w:tc>
        <w:tc>
          <w:tcPr>
            <w:tcW w:type="dxa" w:w="3360"/>
          </w:tcPr>
          <w:p>
            <w:r>
              <w:t>90</w:t>
            </w:r>
          </w:p>
        </w:tc>
        <w:tc>
          <w:tcPr>
            <w:tcW w:type="dxa" w:w="3360"/>
          </w:tcPr>
          <w:p>
            <w:r>
              <w:t>14</w:t>
            </w:r>
          </w:p>
        </w:tc>
      </w:tr>
      <w:tr>
        <w:tc>
          <w:tcPr>
            <w:tcW w:type="dxa" w:w="3360"/>
          </w:tcPr>
          <w:p>
            <w:r>
              <w:t>4</w:t>
            </w:r>
          </w:p>
        </w:tc>
        <w:tc>
          <w:tcPr>
            <w:tcW w:type="dxa" w:w="3360"/>
          </w:tcPr>
          <w:p>
            <w:r>
              <w:t>120</w:t>
            </w:r>
          </w:p>
        </w:tc>
        <w:tc>
          <w:tcPr>
            <w:tcW w:type="dxa" w:w="3360"/>
          </w:tcPr>
          <w:p>
            <w:r>
              <w:t>25</w:t>
            </w:r>
          </w:p>
        </w:tc>
      </w:tr>
      <w:tr>
        <w:tc>
          <w:tcPr>
            <w:tcW w:type="dxa" w:w="3360"/>
          </w:tcPr>
          <w:p>
            <w:r>
              <w:t>5</w:t>
            </w:r>
          </w:p>
        </w:tc>
        <w:tc>
          <w:tcPr>
            <w:tcW w:type="dxa" w:w="3360"/>
          </w:tcPr>
          <w:p>
            <w:r>
              <w:t>80</w:t>
            </w:r>
          </w:p>
        </w:tc>
        <w:tc>
          <w:tcPr>
            <w:tcW w:type="dxa" w:w="3360"/>
          </w:tcPr>
          <w:p>
            <w:r>
              <w:t>38</w:t>
            </w:r>
          </w:p>
        </w:tc>
      </w:tr>
      <w:tr>
        <w:tc>
          <w:tcPr>
            <w:tcW w:type="dxa" w:w="3360"/>
          </w:tcPr>
          <w:p>
            <w:r>
              <w:t>6</w:t>
            </w:r>
          </w:p>
        </w:tc>
        <w:tc>
          <w:tcPr>
            <w:tcW w:type="dxa" w:w="3360"/>
          </w:tcPr>
          <w:p>
            <w:r>
              <w:t>30</w:t>
            </w:r>
          </w:p>
        </w:tc>
        <w:tc>
          <w:tcPr>
            <w:tcW w:type="dxa" w:w="3360"/>
          </w:tcPr>
          <w:p>
            <w:r>
              <w:t>33</w:t>
            </w:r>
          </w:p>
        </w:tc>
      </w:tr>
      <w:tr>
        <w:tc>
          <w:tcPr>
            <w:tcW w:type="dxa" w:w="3360"/>
          </w:tcPr>
          <w:p>
            <w:r>
              <w:t>7</w:t>
            </w:r>
          </w:p>
        </w:tc>
        <w:tc>
          <w:tcPr>
            <w:tcW w:type="dxa" w:w="3360"/>
          </w:tcPr>
          <w:p>
            <w:r>
              <w:t>10</w:t>
            </w:r>
          </w:p>
        </w:tc>
        <w:tc>
          <w:tcPr>
            <w:tcW w:type="dxa" w:w="3360"/>
          </w:tcPr>
          <w:p>
            <w:r>
              <w:t>18</w:t>
            </w:r>
          </w:p>
        </w:tc>
      </w:tr>
      <w:tr>
        <w:tc>
          <w:tcPr>
            <w:tcW w:type="dxa" w:w="3360"/>
          </w:tcPr>
          <w:p>
            <w:r>
              <w:t>8</w:t>
            </w:r>
          </w:p>
        </w:tc>
        <w:tc>
          <w:tcPr>
            <w:tcW w:type="dxa" w:w="3360"/>
          </w:tcPr>
          <w:p>
            <w:r>
              <w:t>6</w:t>
            </w:r>
          </w:p>
        </w:tc>
        <w:tc>
          <w:tcPr>
            <w:tcW w:type="dxa" w:w="3360"/>
          </w:tcPr>
          <w:p>
            <w:r>
              <w:t>8</w:t>
            </w:r>
          </w:p>
        </w:tc>
      </w:tr>
      <w:tr>
        <w:tc>
          <w:tcPr>
            <w:tcW w:type="dxa" w:w="3360"/>
          </w:tcPr>
          <w:p>
            <w:r>
              <w:t>9</w:t>
            </w:r>
          </w:p>
        </w:tc>
        <w:tc>
          <w:tcPr>
            <w:tcW w:type="dxa" w:w="3360"/>
          </w:tcPr>
          <w:p>
            <w:r>
              <w:t>9</w:t>
            </w:r>
          </w:p>
        </w:tc>
        <w:tc>
          <w:tcPr>
            <w:tcW w:type="dxa" w:w="3360"/>
          </w:tcPr>
          <w:p>
            <w:r>
              <w:t>4</w:t>
            </w:r>
          </w:p>
        </w:tc>
      </w:tr>
      <w:tr>
        <w:tc>
          <w:tcPr>
            <w:tcW w:type="dxa" w:w="3360"/>
          </w:tcPr>
          <w:p>
            <w:r>
              <w:t>10</w:t>
            </w:r>
          </w:p>
        </w:tc>
        <w:tc>
          <w:tcPr>
            <w:tcW w:type="dxa" w:w="3360"/>
          </w:tcPr>
          <w:p>
            <w:r>
              <w:t>22</w:t>
            </w:r>
          </w:p>
        </w:tc>
        <w:tc>
          <w:tcPr>
            <w:tcW w:type="dxa" w:w="3360"/>
          </w:tcPr>
          <w:p>
            <w:r>
              <w:t>3</w:t>
            </w:r>
          </w:p>
        </w:tc>
      </w:tr>
      <w:tr>
        <w:tc>
          <w:tcPr>
            <w:tcW w:type="dxa" w:w="3360"/>
          </w:tcPr>
          <w:p>
            <w:r>
              <w:t>11</w:t>
            </w:r>
          </w:p>
        </w:tc>
        <w:tc>
          <w:tcPr>
            <w:tcW w:type="dxa" w:w="3360"/>
          </w:tcPr>
          <w:p>
            <w:r>
              <w:t>50</w:t>
            </w:r>
          </w:p>
        </w:tc>
        <w:tc>
          <w:tcPr>
            <w:tcW w:type="dxa" w:w="3360"/>
          </w:tcPr>
          <w:p>
            <w:r>
              <w:t>5</w:t>
            </w:r>
          </w:p>
        </w:tc>
      </w:tr>
      <w:tr>
        <w:tc>
          <w:tcPr>
            <w:tcW w:type="dxa" w:w="3360"/>
          </w:tcPr>
          <w:p>
            <w:r>
              <w:t>12</w:t>
            </w:r>
          </w:p>
        </w:tc>
        <w:tc>
          <w:tcPr>
            <w:tcW w:type="dxa" w:w="3360"/>
          </w:tcPr>
          <w:p>
            <w:r>
              <w:t>95</w:t>
            </w:r>
          </w:p>
        </w:tc>
        <w:tc>
          <w:tcPr>
            <w:tcW w:type="dxa" w:w="3360"/>
          </w:tcPr>
          <w:p>
            <w:r>
              <w:t>11</w:t>
            </w:r>
          </w:p>
        </w:tc>
      </w:tr>
      <w:tr>
        <w:tc>
          <w:tcPr>
            <w:tcW w:type="dxa" w:w="3360"/>
          </w:tcPr>
          <w:p>
            <w:r>
              <w:t>13</w:t>
            </w:r>
          </w:p>
        </w:tc>
        <w:tc>
          <w:tcPr>
            <w:tcW w:type="dxa" w:w="3360"/>
          </w:tcPr>
          <w:p>
            <w:r>
              <w:t>130</w:t>
            </w:r>
          </w:p>
        </w:tc>
        <w:tc>
          <w:tcPr>
            <w:tcW w:type="dxa" w:w="3360"/>
          </w:tcPr>
          <w:p>
            <w:r>
              <w:t>22</w:t>
            </w:r>
          </w:p>
        </w:tc>
      </w:tr>
      <w:tr>
        <w:tc>
          <w:tcPr>
            <w:tcW w:type="dxa" w:w="3360"/>
          </w:tcPr>
          <w:p>
            <w:r>
              <w:t>14</w:t>
            </w:r>
          </w:p>
        </w:tc>
        <w:tc>
          <w:tcPr>
            <w:tcW w:type="dxa" w:w="3360"/>
          </w:tcPr>
          <w:p>
            <w:r>
              <w:t>105</w:t>
            </w:r>
          </w:p>
        </w:tc>
        <w:tc>
          <w:tcPr>
            <w:tcW w:type="dxa" w:w="3360"/>
          </w:tcPr>
          <w:p>
            <w:r>
              <w:t>34</w:t>
            </w:r>
          </w:p>
        </w:tc>
      </w:tr>
      <w:tr>
        <w:tc>
          <w:tcPr>
            <w:tcW w:type="dxa" w:w="3360"/>
          </w:tcPr>
          <w:p>
            <w:r>
              <w:t>15</w:t>
            </w:r>
          </w:p>
        </w:tc>
        <w:tc>
          <w:tcPr>
            <w:tcW w:type="dxa" w:w="3360"/>
          </w:tcPr>
          <w:p>
            <w:r>
              <w:t>40</w:t>
            </w:r>
          </w:p>
        </w:tc>
        <w:tc>
          <w:tcPr>
            <w:tcW w:type="dxa" w:w="3360"/>
          </w:tcPr>
          <w:p>
            <w:r>
              <w:t>41</w:t>
            </w:r>
          </w:p>
        </w:tc>
      </w:tr>
      <w:tr>
        <w:tc>
          <w:tcPr>
            <w:tcW w:type="dxa" w:w="3360"/>
          </w:tcPr>
          <w:p>
            <w:r>
              <w:t>16</w:t>
            </w:r>
          </w:p>
        </w:tc>
        <w:tc>
          <w:tcPr>
            <w:tcW w:type="dxa" w:w="3360"/>
          </w:tcPr>
          <w:p>
            <w:r>
              <w:t>12</w:t>
            </w:r>
          </w:p>
        </w:tc>
        <w:tc>
          <w:tcPr>
            <w:tcW w:type="dxa" w:w="3360"/>
          </w:tcPr>
          <w:p>
            <w:r>
              <w:t>26</w:t>
            </w:r>
          </w:p>
        </w:tc>
      </w:tr>
      <w:tr>
        <w:tc>
          <w:tcPr>
            <w:tcW w:type="dxa" w:w="3360"/>
          </w:tcPr>
          <w:p>
            <w:r>
              <w:t>17</w:t>
            </w:r>
          </w:p>
        </w:tc>
        <w:tc>
          <w:tcPr>
            <w:tcW w:type="dxa" w:w="3360"/>
          </w:tcPr>
          <w:p>
            <w:r>
              <w:t>5</w:t>
            </w:r>
          </w:p>
        </w:tc>
        <w:tc>
          <w:tcPr>
            <w:tcW w:type="dxa" w:w="3360"/>
          </w:tcPr>
          <w:p>
            <w:r>
              <w:t>12</w:t>
            </w:r>
          </w:p>
        </w:tc>
      </w:tr>
      <w:tr>
        <w:tc>
          <w:tcPr>
            <w:tcW w:type="dxa" w:w="3360"/>
          </w:tcPr>
          <w:p>
            <w:r>
              <w:t>18</w:t>
            </w:r>
          </w:p>
        </w:tc>
        <w:tc>
          <w:tcPr>
            <w:tcW w:type="dxa" w:w="3360"/>
          </w:tcPr>
          <w:p>
            <w:r>
              <w:t>7</w:t>
            </w:r>
          </w:p>
        </w:tc>
        <w:tc>
          <w:tcPr>
            <w:tcW w:type="dxa" w:w="3360"/>
          </w:tcPr>
          <w:p>
            <w:r>
              <w:t>5</w:t>
            </w:r>
          </w:p>
        </w:tc>
      </w:tr>
      <w:tr>
        <w:tc>
          <w:tcPr>
            <w:tcW w:type="dxa" w:w="3360"/>
          </w:tcPr>
          <w:p>
            <w:r>
              <w:t>19</w:t>
            </w:r>
          </w:p>
        </w:tc>
        <w:tc>
          <w:tcPr>
            <w:tcW w:type="dxa" w:w="3360"/>
          </w:tcPr>
          <w:p>
            <w:r>
              <w:t>18</w:t>
            </w:r>
          </w:p>
        </w:tc>
        <w:tc>
          <w:tcPr>
            <w:tcW w:type="dxa" w:w="3360"/>
          </w:tcPr>
          <w:p>
            <w:r>
              <w:t>3</w:t>
            </w:r>
          </w:p>
        </w:tc>
      </w:tr>
      <w:tr>
        <w:tc>
          <w:tcPr>
            <w:tcW w:type="dxa" w:w="3360"/>
          </w:tcPr>
          <w:p>
            <w:r>
              <w:t>20</w:t>
            </w:r>
          </w:p>
        </w:tc>
        <w:tc>
          <w:tcPr>
            <w:tcW w:type="dxa" w:w="3360"/>
          </w:tcPr>
          <w:p>
            <w:r>
              <w:t>40</w:t>
            </w:r>
          </w:p>
        </w:tc>
        <w:tc>
          <w:tcPr>
            <w:tcW w:type="dxa" w:w="3360"/>
          </w:tcPr>
          <w:p>
            <w:r>
              <w:t>4</w:t>
            </w:r>
          </w:p>
        </w:tc>
      </w:tr>
      <w:tr>
        <w:tc>
          <w:tcPr>
            <w:tcW w:type="dxa" w:w="3360"/>
          </w:tcPr>
          <w:p>
            <w:r>
              <w:t>21</w:t>
            </w:r>
          </w:p>
        </w:tc>
        <w:tc>
          <w:tcPr>
            <w:tcW w:type="dxa" w:w="3360"/>
          </w:tcPr>
          <w:p>
            <w:r>
              <w:t>75</w:t>
            </w:r>
          </w:p>
        </w:tc>
        <w:tc>
          <w:tcPr>
            <w:tcW w:type="dxa" w:w="3360"/>
          </w:tcPr>
          <w:p>
            <w:r>
              <w:t>8</w:t>
            </w:r>
          </w:p>
        </w:tc>
      </w:tr>
      <w:tr>
        <w:tc>
          <w:tcPr>
            <w:tcW w:type="dxa" w:w="3360"/>
          </w:tcPr>
          <w:p>
            <w:r>
              <w:t>22</w:t>
            </w:r>
          </w:p>
        </w:tc>
        <w:tc>
          <w:tcPr>
            <w:tcW w:type="dxa" w:w="3360"/>
          </w:tcPr>
          <w:p>
            <w:r>
              <w:t>110</w:t>
            </w:r>
          </w:p>
        </w:tc>
        <w:tc>
          <w:tcPr>
            <w:tcW w:type="dxa" w:w="3360"/>
          </w:tcPr>
          <w:p>
            <w:r>
              <w:t>15</w:t>
            </w:r>
          </w:p>
        </w:tc>
      </w:tr>
      <w:tr>
        <w:tc>
          <w:tcPr>
            <w:tcW w:type="dxa" w:w="3360"/>
          </w:tcPr>
          <w:p>
            <w:r>
              <w:t>23</w:t>
            </w:r>
          </w:p>
        </w:tc>
        <w:tc>
          <w:tcPr>
            <w:tcW w:type="dxa" w:w="3360"/>
          </w:tcPr>
          <w:p>
            <w:r>
              <w:t>115</w:t>
            </w:r>
          </w:p>
        </w:tc>
        <w:tc>
          <w:tcPr>
            <w:tcW w:type="dxa" w:w="3360"/>
          </w:tcPr>
          <w:p>
            <w:r>
              <w:t>27</w:t>
            </w:r>
          </w:p>
        </w:tc>
      </w:tr>
      <w:tr>
        <w:tc>
          <w:tcPr>
            <w:tcW w:type="dxa" w:w="3360"/>
          </w:tcPr>
          <w:p>
            <w:r>
              <w:t>24</w:t>
            </w:r>
          </w:p>
        </w:tc>
        <w:tc>
          <w:tcPr>
            <w:tcW w:type="dxa" w:w="3360"/>
          </w:tcPr>
          <w:p>
            <w:r>
              <w:t>70</w:t>
            </w:r>
          </w:p>
        </w:tc>
        <w:tc>
          <w:tcPr>
            <w:tcW w:type="dxa" w:w="3360"/>
          </w:tcPr>
          <w:p>
            <w:r>
              <w:t>36</w:t>
            </w:r>
          </w:p>
        </w:tc>
      </w:tr>
      <w:tr>
        <w:tc>
          <w:tcPr>
            <w:tcW w:type="dxa" w:w="3360"/>
          </w:tcPr>
          <w:p>
            <w:r>
              <w:t>25</w:t>
            </w:r>
          </w:p>
        </w:tc>
        <w:tc>
          <w:tcPr>
            <w:tcW w:type="dxa" w:w="3360"/>
          </w:tcPr>
          <w:p>
            <w:r>
              <w:t>25</w:t>
            </w:r>
          </w:p>
        </w:tc>
        <w:tc>
          <w:tcPr>
            <w:tcW w:type="dxa" w:w="3360"/>
          </w:tcPr>
          <w:p>
            <w:r>
              <w:t>39</w:t>
            </w:r>
          </w:p>
        </w:tc>
      </w:tr>
      <w:tr>
        <w:tc>
          <w:tcPr>
            <w:tcW w:type="dxa" w:w="3360"/>
          </w:tcPr>
          <w:p>
            <w:r>
              <w:t>26</w:t>
            </w:r>
          </w:p>
        </w:tc>
        <w:tc>
          <w:tcPr>
            <w:tcW w:type="dxa" w:w="3360"/>
          </w:tcPr>
          <w:p>
            <w:r>
              <w:t>8</w:t>
            </w:r>
          </w:p>
        </w:tc>
        <w:tc>
          <w:tcPr>
            <w:tcW w:type="dxa" w:w="3360"/>
          </w:tcPr>
          <w:p>
            <w:r>
              <w:t>24</w:t>
            </w:r>
          </w:p>
        </w:tc>
      </w:tr>
      <w:tr>
        <w:tc>
          <w:tcPr>
            <w:tcW w:type="dxa" w:w="3360"/>
          </w:tcPr>
          <w:p>
            <w:r>
              <w:t>27</w:t>
            </w:r>
          </w:p>
        </w:tc>
        <w:tc>
          <w:tcPr>
            <w:tcW w:type="dxa" w:w="3360"/>
          </w:tcPr>
          <w:p>
            <w:r>
              <w:t>5</w:t>
            </w:r>
          </w:p>
        </w:tc>
        <w:tc>
          <w:tcPr>
            <w:tcW w:type="dxa" w:w="3360"/>
          </w:tcPr>
          <w:p>
            <w:r>
              <w:t>10</w:t>
            </w:r>
          </w:p>
        </w:tc>
      </w:tr>
      <w:tr>
        <w:tc>
          <w:tcPr>
            <w:tcW w:type="dxa" w:w="3360"/>
          </w:tcPr>
          <w:p>
            <w:r>
              <w:t>28</w:t>
            </w:r>
          </w:p>
        </w:tc>
        <w:tc>
          <w:tcPr>
            <w:tcW w:type="dxa" w:w="3360"/>
          </w:tcPr>
          <w:p>
            <w:r>
              <w:t>12</w:t>
            </w:r>
          </w:p>
        </w:tc>
        <w:tc>
          <w:tcPr>
            <w:tcW w:type="dxa" w:w="3360"/>
          </w:tcPr>
          <w:p>
            <w:r>
              <w:t>5</w:t>
            </w:r>
          </w:p>
        </w:tc>
      </w:tr>
      <w:tr>
        <w:tc>
          <w:tcPr>
            <w:tcW w:type="dxa" w:w="3360"/>
          </w:tcPr>
          <w:p>
            <w:r>
              <w:t>29</w:t>
            </w:r>
          </w:p>
        </w:tc>
        <w:tc>
          <w:tcPr>
            <w:tcW w:type="dxa" w:w="3360"/>
          </w:tcPr>
          <w:p>
            <w:r>
              <w:t>35</w:t>
            </w:r>
          </w:p>
        </w:tc>
        <w:tc>
          <w:tcPr>
            <w:tcW w:type="dxa" w:w="3360"/>
          </w:tcPr>
          <w:p>
            <w:r>
              <w:t>4</w:t>
            </w:r>
          </w:p>
        </w:tc>
      </w:tr>
      <w:tr>
        <w:tc>
          <w:tcPr>
            <w:tcW w:type="dxa" w:w="3360"/>
          </w:tcPr>
          <w:p>
            <w:r>
              <w:t>30</w:t>
            </w:r>
          </w:p>
        </w:tc>
        <w:tc>
          <w:tcPr>
            <w:tcW w:type="dxa" w:w="3360"/>
          </w:tcPr>
          <w:p>
            <w:r>
              <w:t>70</w:t>
            </w:r>
          </w:p>
        </w:tc>
        <w:tc>
          <w:tcPr>
            <w:tcW w:type="dxa" w:w="3360"/>
          </w:tcPr>
          <w:p>
            <w:r>
              <w:t>7</w:t>
            </w:r>
          </w:p>
        </w:tc>
      </w:tr>
      <w:tr>
        <w:tc>
          <w:tcPr>
            <w:tcW w:type="dxa" w:w="3360"/>
          </w:tcPr>
          <w:p>
            <w:r>
              <w:t>31</w:t>
            </w:r>
          </w:p>
        </w:tc>
        <w:tc>
          <w:tcPr>
            <w:tcW w:type="dxa" w:w="3360"/>
          </w:tcPr>
          <w:p>
            <w:r>
              <w:t>100</w:t>
            </w:r>
          </w:p>
        </w:tc>
        <w:tc>
          <w:tcPr>
            <w:tcW w:type="dxa" w:w="3360"/>
          </w:tcPr>
          <w:p>
            <w:r>
              <w:t>12</w:t>
            </w:r>
          </w:p>
        </w:tc>
      </w:tr>
    </w:tbl>
    <w:p/>
    <w:p>
      <w:r>
        <w:rPr>
          <w:i/>
          <w:sz w:val="18"/>
        </w:rPr>
        <w:t>Simulated data for teaching. The values are invented to copy the real pattern in Hudson's Bay Company records: a cycle of about ten years, with lynx peaks a year or two after hare peaks. Year 1 is the first year of the record.</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Hare_and_lynx_pelts_traded_per_year.png"/>
                    <pic:cNvPicPr/>
                  </pic:nvPicPr>
                  <pic:blipFill>
                    <a:blip r:embed="rId9"/>
                    <a:stretch>
                      <a:fillRect/>
                    </a:stretch>
                  </pic:blipFill>
                  <pic:spPr>
                    <a:xfrm>
                      <a:off x="0" y="0"/>
                      <a:ext cx="5943600" cy="3566160"/>
                    </a:xfrm>
                    <a:prstGeom prst="rect"/>
                  </pic:spPr>
                </pic:pic>
              </a:graphicData>
            </a:graphic>
          </wp:inline>
        </w:drawing>
      </w:r>
    </w:p>
    <w:p>
      <w:r>
        <w:t>1. From the table, list the three years when hare pelts peaked and the three years when lynx pelts peaked. (A peak is a year higher than the year before and the year after.)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Calculate the time between the first and second hare peaks and between the second and third. What is the average cycle length?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For each cycle, calculate the lag: lynx peak year minus hare peak year. Then find the average lag to one decimal place.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Divide the highest hare count in the record by the lowest hare count that follows it. How many times bigger is the boom than the bust?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Use births and deaths to explain why lynx numbers keep rising for a year or two after hares have started to crash, and why they then fall.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Testing the causes</w:t>
      </w:r>
    </w:p>
    <w:p>
      <w:r>
        <w:t>Pelt records show a pattern, but they cannot show what causes it. Ecologists have long debated whether hares crash mainly because predators catch up with them, because winter food (twigs and bark) runs out, or both. In the Yukon in the late 1980s and early 1990s, a team led by Charles Krebs changed conditions in separate square-kilometer blocks of forest: they fenced out mammal predators such as lynx and coyotes (owls and hawks could still fly in), added food, or did both, and compared each block with an unchanged block.</w:t>
      </w:r>
    </w:p>
    <w:p>
      <w:r>
        <w:rPr>
          <w:b/>
        </w:rPr>
        <w:t>Hare numbers during the peak and decline, compared with an unchanged forest block</w:t>
      </w:r>
    </w:p>
    <w:tbl>
      <w:tblPr>
        <w:tblStyle w:val="TableGrid"/>
        <w:tblW w:type="auto" w:w="0"/>
        <w:tblLook w:firstColumn="1" w:firstRow="1" w:lastColumn="0" w:lastRow="0" w:noHBand="0" w:noVBand="1" w:val="04A0"/>
      </w:tblPr>
      <w:tblGrid>
        <w:gridCol w:w="5040"/>
        <w:gridCol w:w="5040"/>
      </w:tblGrid>
      <w:tr>
        <w:tc>
          <w:tcPr>
            <w:tcW w:type="dxa" w:w="5040"/>
          </w:tcPr>
          <w:p>
            <w:r/>
            <w:r>
              <w:rPr>
                <w:b/>
              </w:rPr>
              <w:t>Treatment</w:t>
            </w:r>
          </w:p>
        </w:tc>
        <w:tc>
          <w:tcPr>
            <w:tcW w:type="dxa" w:w="5040"/>
          </w:tcPr>
          <w:p>
            <w:r/>
            <w:r>
              <w:rPr>
                <w:b/>
              </w:rPr>
              <w:t>Hares compared with the unchanged block</w:t>
            </w:r>
          </w:p>
        </w:tc>
      </w:tr>
      <w:tr>
        <w:tc>
          <w:tcPr>
            <w:tcW w:type="dxa" w:w="5040"/>
          </w:tcPr>
          <w:p>
            <w:r>
              <w:t>Unchanged block (control)</w:t>
            </w:r>
          </w:p>
        </w:tc>
        <w:tc>
          <w:tcPr>
            <w:tcW w:type="dxa" w:w="5040"/>
          </w:tcPr>
          <w:p>
            <w:r>
              <w:t>1 times</w:t>
            </w:r>
          </w:p>
        </w:tc>
      </w:tr>
      <w:tr>
        <w:tc>
          <w:tcPr>
            <w:tcW w:type="dxa" w:w="5040"/>
          </w:tcPr>
          <w:p>
            <w:r>
              <w:t>Mammal predators fenced out</w:t>
            </w:r>
          </w:p>
        </w:tc>
        <w:tc>
          <w:tcPr>
            <w:tcW w:type="dxa" w:w="5040"/>
          </w:tcPr>
          <w:p>
            <w:r>
              <w:t>about 2 times</w:t>
            </w:r>
          </w:p>
        </w:tc>
      </w:tr>
      <w:tr>
        <w:tc>
          <w:tcPr>
            <w:tcW w:type="dxa" w:w="5040"/>
          </w:tcPr>
          <w:p>
            <w:r>
              <w:t>Food added</w:t>
            </w:r>
          </w:p>
        </w:tc>
        <w:tc>
          <w:tcPr>
            <w:tcW w:type="dxa" w:w="5040"/>
          </w:tcPr>
          <w:p>
            <w:r>
              <w:t>about 3 times</w:t>
            </w:r>
          </w:p>
        </w:tc>
      </w:tr>
      <w:tr>
        <w:tc>
          <w:tcPr>
            <w:tcW w:type="dxa" w:w="5040"/>
          </w:tcPr>
          <w:p>
            <w:r>
              <w:t>Predators fenced out and food added</w:t>
            </w:r>
          </w:p>
        </w:tc>
        <w:tc>
          <w:tcPr>
            <w:tcW w:type="dxa" w:w="5040"/>
          </w:tcPr>
          <w:p>
            <w:r>
              <w:t>about 11 times</w:t>
            </w:r>
          </w:p>
        </w:tc>
      </w:tr>
    </w:tbl>
    <w:p/>
    <w:p>
      <w:r>
        <w:rPr>
          <w:i/>
          <w:sz w:val="18"/>
        </w:rPr>
        <w:t>Real results, rounded, from Krebs and others, Science, 1995. '2 times' means about twice as many hares per area as the unchanged block.</w:t>
      </w:r>
    </w:p>
    <w:p>
      <w:r>
        <w:t>6. Which explanation do the experiment results support best: predators alone, food alone, or both together? Use the numbers. Explain why an experiment like this gives stronger evidence about causes than the pelt records do.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Give two reasons a year with many lynx pelts might not be a year with many lynx.</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The human line</w:t>
      </w:r>
    </w:p>
    <w:p>
      <w:r>
        <w:rPr>
          <w:b/>
        </w:rPr>
        <w:t>World population milestones and projections</w:t>
      </w:r>
    </w:p>
    <w:tbl>
      <w:tblPr>
        <w:tblStyle w:val="TableGrid"/>
        <w:tblW w:type="auto" w:w="0"/>
        <w:tblLook w:firstColumn="1" w:firstRow="1" w:lastColumn="0" w:lastRow="0" w:noHBand="0" w:noVBand="1" w:val="04A0"/>
      </w:tblPr>
      <w:tblGrid>
        <w:gridCol w:w="5040"/>
        <w:gridCol w:w="5040"/>
      </w:tblGrid>
      <w:tr>
        <w:tc>
          <w:tcPr>
            <w:tcW w:type="dxa" w:w="5040"/>
          </w:tcPr>
          <w:p>
            <w:r/>
            <w:r>
              <w:rPr>
                <w:b/>
              </w:rPr>
              <w:t>World population</w:t>
            </w:r>
          </w:p>
        </w:tc>
        <w:tc>
          <w:tcPr>
            <w:tcW w:type="dxa" w:w="5040"/>
          </w:tcPr>
          <w:p>
            <w:r/>
            <w:r>
              <w:rPr>
                <w:b/>
              </w:rPr>
              <w:t>Year</w:t>
            </w:r>
          </w:p>
        </w:tc>
      </w:tr>
      <w:tr>
        <w:tc>
          <w:tcPr>
            <w:tcW w:type="dxa" w:w="5040"/>
          </w:tcPr>
          <w:p>
            <w:r>
              <w:t>1 billion</w:t>
            </w:r>
          </w:p>
        </w:tc>
        <w:tc>
          <w:tcPr>
            <w:tcW w:type="dxa" w:w="5040"/>
          </w:tcPr>
          <w:p>
            <w:r>
              <w:t>about 1804</w:t>
            </w:r>
          </w:p>
        </w:tc>
      </w:tr>
      <w:tr>
        <w:tc>
          <w:tcPr>
            <w:tcW w:type="dxa" w:w="5040"/>
          </w:tcPr>
          <w:p>
            <w:r>
              <w:t>2 billion</w:t>
            </w:r>
          </w:p>
        </w:tc>
        <w:tc>
          <w:tcPr>
            <w:tcW w:type="dxa" w:w="5040"/>
          </w:tcPr>
          <w:p>
            <w:r>
              <w:t>1927</w:t>
            </w:r>
          </w:p>
        </w:tc>
      </w:tr>
      <w:tr>
        <w:tc>
          <w:tcPr>
            <w:tcW w:type="dxa" w:w="5040"/>
          </w:tcPr>
          <w:p>
            <w:r>
              <w:t>3 billion</w:t>
            </w:r>
          </w:p>
        </w:tc>
        <w:tc>
          <w:tcPr>
            <w:tcW w:type="dxa" w:w="5040"/>
          </w:tcPr>
          <w:p>
            <w:r>
              <w:t>1960</w:t>
            </w:r>
          </w:p>
        </w:tc>
      </w:tr>
      <w:tr>
        <w:tc>
          <w:tcPr>
            <w:tcW w:type="dxa" w:w="5040"/>
          </w:tcPr>
          <w:p>
            <w:r>
              <w:t>4 billion</w:t>
            </w:r>
          </w:p>
        </w:tc>
        <w:tc>
          <w:tcPr>
            <w:tcW w:type="dxa" w:w="5040"/>
          </w:tcPr>
          <w:p>
            <w:r>
              <w:t>1974</w:t>
            </w:r>
          </w:p>
        </w:tc>
      </w:tr>
      <w:tr>
        <w:tc>
          <w:tcPr>
            <w:tcW w:type="dxa" w:w="5040"/>
          </w:tcPr>
          <w:p>
            <w:r>
              <w:t>5 billion</w:t>
            </w:r>
          </w:p>
        </w:tc>
        <w:tc>
          <w:tcPr>
            <w:tcW w:type="dxa" w:w="5040"/>
          </w:tcPr>
          <w:p>
            <w:r>
              <w:t>1987</w:t>
            </w:r>
          </w:p>
        </w:tc>
      </w:tr>
      <w:tr>
        <w:tc>
          <w:tcPr>
            <w:tcW w:type="dxa" w:w="5040"/>
          </w:tcPr>
          <w:p>
            <w:r>
              <w:t>6 billion</w:t>
            </w:r>
          </w:p>
        </w:tc>
        <w:tc>
          <w:tcPr>
            <w:tcW w:type="dxa" w:w="5040"/>
          </w:tcPr>
          <w:p>
            <w:r>
              <w:t>1999</w:t>
            </w:r>
          </w:p>
        </w:tc>
      </w:tr>
      <w:tr>
        <w:tc>
          <w:tcPr>
            <w:tcW w:type="dxa" w:w="5040"/>
          </w:tcPr>
          <w:p>
            <w:r>
              <w:t>7 billion</w:t>
            </w:r>
          </w:p>
        </w:tc>
        <w:tc>
          <w:tcPr>
            <w:tcW w:type="dxa" w:w="5040"/>
          </w:tcPr>
          <w:p>
            <w:r>
              <w:t>2011</w:t>
            </w:r>
          </w:p>
        </w:tc>
      </w:tr>
      <w:tr>
        <w:tc>
          <w:tcPr>
            <w:tcW w:type="dxa" w:w="5040"/>
          </w:tcPr>
          <w:p>
            <w:r>
              <w:t>8 billion</w:t>
            </w:r>
          </w:p>
        </w:tc>
        <w:tc>
          <w:tcPr>
            <w:tcW w:type="dxa" w:w="5040"/>
          </w:tcPr>
          <w:p>
            <w:r>
              <w:t>2022</w:t>
            </w:r>
          </w:p>
        </w:tc>
      </w:tr>
      <w:tr>
        <w:tc>
          <w:tcPr>
            <w:tcW w:type="dxa" w:w="5040"/>
          </w:tcPr>
          <w:p>
            <w:r>
              <w:t>about 8.2 billion</w:t>
            </w:r>
          </w:p>
        </w:tc>
        <w:tc>
          <w:tcPr>
            <w:tcW w:type="dxa" w:w="5040"/>
          </w:tcPr>
          <w:p>
            <w:r>
              <w:t>2025 (estimate)</w:t>
            </w:r>
          </w:p>
        </w:tc>
      </w:tr>
      <w:tr>
        <w:tc>
          <w:tcPr>
            <w:tcW w:type="dxa" w:w="5040"/>
          </w:tcPr>
          <w:p>
            <w:r>
              <w:t>9 billion (projected)</w:t>
            </w:r>
          </w:p>
        </w:tc>
        <w:tc>
          <w:tcPr>
            <w:tcW w:type="dxa" w:w="5040"/>
          </w:tcPr>
          <w:p>
            <w:r>
              <w:t>about 2037</w:t>
            </w:r>
          </w:p>
        </w:tc>
      </w:tr>
      <w:tr>
        <w:tc>
          <w:tcPr>
            <w:tcW w:type="dxa" w:w="5040"/>
          </w:tcPr>
          <w:p>
            <w:r>
              <w:t>about 10.3 billion, the projected peak</w:t>
            </w:r>
          </w:p>
        </w:tc>
        <w:tc>
          <w:tcPr>
            <w:tcW w:type="dxa" w:w="5040"/>
          </w:tcPr>
          <w:p>
            <w:r>
              <w:t>mid-2080s</w:t>
            </w:r>
          </w:p>
        </w:tc>
      </w:tr>
    </w:tbl>
    <w:p/>
    <w:p>
      <w:r>
        <w:rPr>
          <w:i/>
          <w:sz w:val="18"/>
        </w:rPr>
        <w:t>Real estimates and projections from the United Nations (World Population Prospects 2024 and UN Population Fund 2025 estimate). Early dates are least certain; projections may change.</w:t>
      </w:r>
    </w:p>
    <w:p>
      <w:r>
        <w:t>8. Calculate how many years it took to add each billion people.</w:t>
      </w:r>
    </w:p>
    <w:tbl>
      <w:tblPr>
        <w:tblStyle w:val="TableGrid"/>
        <w:tblW w:type="auto" w:w="0"/>
        <w:tblLook w:firstColumn="1" w:firstRow="1" w:lastColumn="0" w:lastRow="0" w:noHBand="0" w:noVBand="1" w:val="04A0"/>
      </w:tblPr>
      <w:tblGrid>
        <w:gridCol w:w="10080"/>
      </w:tblGrid>
      <w:tr>
        <w:tc>
          <w:tcPr>
            <w:tcW w:type="dxa" w:w="10080"/>
          </w:tcPr>
          <w:p>
            <w:r/>
            <w:r>
              <w:rPr>
                <w:b/>
              </w:rPr>
              <w:t>Years to add that billion</w:t>
            </w:r>
          </w:p>
        </w:tc>
      </w:tr>
      <w:tr>
        <w:tc>
          <w:tcPr>
            <w:tcW w:type="dxa" w:w="10080"/>
          </w:tcPr>
          <w:p>
            <w:r>
              <w:t>1 → 2 billion</w:t>
            </w:r>
          </w:p>
        </w:tc>
      </w:tr>
      <w:tr>
        <w:tc>
          <w:tcPr>
            <w:tcW w:type="dxa" w:w="10080"/>
          </w:tcPr>
          <w:p>
            <w:r>
              <w:t>2 → 3 billion</w:t>
            </w:r>
          </w:p>
        </w:tc>
      </w:tr>
      <w:tr>
        <w:tc>
          <w:tcPr>
            <w:tcW w:type="dxa" w:w="10080"/>
          </w:tcPr>
          <w:p>
            <w:r>
              <w:t>3 → 4 billion</w:t>
            </w:r>
          </w:p>
        </w:tc>
      </w:tr>
      <w:tr>
        <w:tc>
          <w:tcPr>
            <w:tcW w:type="dxa" w:w="10080"/>
          </w:tcPr>
          <w:p>
            <w:r>
              <w:t>4 → 5 billion</w:t>
            </w:r>
          </w:p>
        </w:tc>
      </w:tr>
      <w:tr>
        <w:tc>
          <w:tcPr>
            <w:tcW w:type="dxa" w:w="10080"/>
          </w:tcPr>
          <w:p>
            <w:r>
              <w:t>5 → 6 billion</w:t>
            </w:r>
          </w:p>
        </w:tc>
      </w:tr>
      <w:tr>
        <w:tc>
          <w:tcPr>
            <w:tcW w:type="dxa" w:w="10080"/>
          </w:tcPr>
          <w:p>
            <w:r>
              <w:t>6 → 7 billion</w:t>
            </w:r>
          </w:p>
        </w:tc>
      </w:tr>
      <w:tr>
        <w:tc>
          <w:tcPr>
            <w:tcW w:type="dxa" w:w="10080"/>
          </w:tcPr>
          <w:p>
            <w:r>
              <w:t>7 → 8 billion</w:t>
            </w:r>
          </w:p>
        </w:tc>
      </w:tr>
      <w:tr>
        <w:tc>
          <w:tcPr>
            <w:tcW w:type="dxa" w:w="10080"/>
          </w:tcPr>
          <w:p>
            <w:r>
              <w:t>8 → 9 billion (projected)</w:t>
            </w:r>
          </w:p>
        </w:tc>
      </w:tr>
    </w:tbl>
    <w:p/>
    <w:p>
      <w:r>
        <w:t>9. An older textbook says the human population is 'growing at an increasing rate'. Use your answers to q8 to evaluate this claim for the years since 1974. Is the total still rising? Is it rising faster and faster?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Compare the hare record with the human record. Why does one cycle while the other has kept rising? Then explain why a human population that is growing more slowly can still put more and more pressure on ecosystems. Use the term </w:t>
      </w:r>
      <w:r>
        <w:rPr>
          <w:b/>
        </w:rPr>
        <w:t>per capita</w:t>
      </w:r>
      <w:r>
        <w:t xml:space="preserve"> in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Finding peaks and lags</w:t>
      </w:r>
    </w:p>
    <w:p>
      <w:r>
        <w:t>Run your pencil down the hare column and circle each number that is bigger than both of its neighbors; those are the peaks. Do the same for lynx with a box. Then pair each hare circle with the next lynx box below it and subtract the years. For q8, subtract the earlier year from the later year in each pair of rows.</w:t>
      </w:r>
    </w:p>
    <w:p>
      <w:pPr>
        <w:pStyle w:val="Heading2"/>
      </w:pPr>
      <w:r>
        <w:t>Do hares eat lynx?</w:t>
      </w:r>
    </w:p>
    <w:p>
      <w:r>
        <w:t>In 1973 an ecologist wrote a paper with that joking title, because in some stretches of the old fur records the hare peaks seem to come after the lynx peaks, which a simple predator-prey model cannot explain. One reason is that the famous hare series was stitched together from different regions and sources. Write a paragraph explaining how combining records from different places and different collection methods could create a misleading pattern, and propose a rule a scientist should follow before comparing two long-term data series.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